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73578" w14:textId="77777777" w:rsidR="005F5A93" w:rsidRPr="00900358" w:rsidRDefault="00000000">
      <w:pPr>
        <w:spacing w:after="0" w:line="240" w:lineRule="auto"/>
        <w:jc w:val="center"/>
        <w:rPr>
          <w:lang w:val="ru-RU"/>
        </w:rPr>
      </w:pPr>
      <w:proofErr w:type="spellStart"/>
      <w:r w:rsidRPr="00900358">
        <w:rPr>
          <w:b/>
          <w:lang w:val="ru-RU"/>
        </w:rPr>
        <w:t>Вінницький</w:t>
      </w:r>
      <w:proofErr w:type="spellEnd"/>
      <w:r w:rsidRPr="00900358">
        <w:rPr>
          <w:b/>
          <w:lang w:val="ru-RU"/>
        </w:rPr>
        <w:t xml:space="preserve"> </w:t>
      </w:r>
      <w:proofErr w:type="spellStart"/>
      <w:r w:rsidRPr="00900358">
        <w:rPr>
          <w:b/>
          <w:lang w:val="ru-RU"/>
        </w:rPr>
        <w:t>національний</w:t>
      </w:r>
      <w:proofErr w:type="spellEnd"/>
      <w:r w:rsidRPr="00900358">
        <w:rPr>
          <w:b/>
          <w:lang w:val="ru-RU"/>
        </w:rPr>
        <w:t xml:space="preserve"> </w:t>
      </w:r>
      <w:proofErr w:type="spellStart"/>
      <w:r w:rsidRPr="00900358">
        <w:rPr>
          <w:b/>
          <w:lang w:val="ru-RU"/>
        </w:rPr>
        <w:t>медичний</w:t>
      </w:r>
      <w:proofErr w:type="spellEnd"/>
      <w:r w:rsidRPr="00900358">
        <w:rPr>
          <w:b/>
          <w:lang w:val="ru-RU"/>
        </w:rPr>
        <w:t xml:space="preserve"> </w:t>
      </w:r>
      <w:proofErr w:type="spellStart"/>
      <w:r w:rsidRPr="00900358">
        <w:rPr>
          <w:b/>
          <w:lang w:val="ru-RU"/>
        </w:rPr>
        <w:t>університет</w:t>
      </w:r>
      <w:proofErr w:type="spellEnd"/>
      <w:r w:rsidRPr="00900358">
        <w:rPr>
          <w:b/>
          <w:lang w:val="ru-RU"/>
        </w:rPr>
        <w:t xml:space="preserve"> </w:t>
      </w:r>
      <w:proofErr w:type="spellStart"/>
      <w:r w:rsidRPr="00900358">
        <w:rPr>
          <w:b/>
          <w:lang w:val="ru-RU"/>
        </w:rPr>
        <w:t>ім</w:t>
      </w:r>
      <w:proofErr w:type="spellEnd"/>
      <w:r w:rsidRPr="00900358">
        <w:rPr>
          <w:b/>
          <w:lang w:val="ru-RU"/>
        </w:rPr>
        <w:t>. М. І. Пирогова</w:t>
      </w:r>
    </w:p>
    <w:p w14:paraId="6BB653F9" w14:textId="77777777" w:rsidR="00AD3894" w:rsidRPr="00F45C89" w:rsidRDefault="00AD3894" w:rsidP="00AD3894">
      <w:pPr>
        <w:spacing w:after="0" w:line="240" w:lineRule="auto"/>
        <w:jc w:val="right"/>
        <w:rPr>
          <w:szCs w:val="24"/>
          <w:lang w:val="uk-UA"/>
        </w:rPr>
      </w:pPr>
      <w:r w:rsidRPr="00F45C89">
        <w:rPr>
          <w:szCs w:val="24"/>
          <w:lang w:val="uk-UA"/>
        </w:rPr>
        <w:t>“Затверджую”</w:t>
      </w:r>
    </w:p>
    <w:p w14:paraId="4CC070C4" w14:textId="77777777" w:rsidR="00AD3894" w:rsidRDefault="00AD3894" w:rsidP="00AD3894">
      <w:pPr>
        <w:spacing w:after="0" w:line="240" w:lineRule="auto"/>
        <w:jc w:val="right"/>
        <w:rPr>
          <w:szCs w:val="24"/>
          <w:lang w:val="uk-UA"/>
        </w:rPr>
      </w:pPr>
      <w:r>
        <w:rPr>
          <w:noProof/>
          <w:szCs w:val="24"/>
          <w:lang w:val="uk-UA"/>
        </w:rPr>
        <w:drawing>
          <wp:anchor distT="0" distB="0" distL="114300" distR="114300" simplePos="0" relativeHeight="251656704" behindDoc="1" locked="0" layoutInCell="1" allowOverlap="1" wp14:anchorId="7CB9E8EC" wp14:editId="7305C04B">
            <wp:simplePos x="0" y="0"/>
            <wp:positionH relativeFrom="column">
              <wp:posOffset>3954145</wp:posOffset>
            </wp:positionH>
            <wp:positionV relativeFrom="paragraph">
              <wp:posOffset>78105</wp:posOffset>
            </wp:positionV>
            <wp:extent cx="1051814" cy="769620"/>
            <wp:effectExtent l="0" t="0" r="0" b="0"/>
            <wp:wrapNone/>
            <wp:docPr id="16207041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814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0CC2">
        <w:rPr>
          <w:szCs w:val="24"/>
          <w:lang w:val="uk-UA"/>
        </w:rPr>
        <w:t>Проректор з науково-педагогічної роботи</w:t>
      </w:r>
    </w:p>
    <w:p w14:paraId="0DB2EC0B" w14:textId="77777777" w:rsidR="00AD3894" w:rsidRDefault="00AD3894" w:rsidP="00AD3894">
      <w:pPr>
        <w:spacing w:after="0" w:line="240" w:lineRule="auto"/>
        <w:jc w:val="right"/>
        <w:rPr>
          <w:szCs w:val="24"/>
          <w:lang w:val="uk-UA"/>
        </w:rPr>
      </w:pPr>
      <w:r w:rsidRPr="00D70CC2">
        <w:rPr>
          <w:szCs w:val="24"/>
          <w:lang w:val="uk-UA"/>
        </w:rPr>
        <w:t xml:space="preserve"> та післядипломної освіти</w:t>
      </w:r>
    </w:p>
    <w:p w14:paraId="2416177F" w14:textId="77777777" w:rsidR="00AD3894" w:rsidRPr="00F45C89" w:rsidRDefault="00AD3894" w:rsidP="00AD3894">
      <w:pPr>
        <w:spacing w:after="0" w:line="240" w:lineRule="auto"/>
        <w:jc w:val="right"/>
        <w:rPr>
          <w:szCs w:val="24"/>
          <w:lang w:val="uk-UA"/>
        </w:rPr>
      </w:pPr>
      <w:r w:rsidRPr="00F45C89">
        <w:rPr>
          <w:szCs w:val="24"/>
          <w:lang w:val="uk-UA"/>
        </w:rPr>
        <w:t>__________</w:t>
      </w:r>
      <w:r>
        <w:rPr>
          <w:szCs w:val="24"/>
          <w:lang w:val="uk-UA"/>
        </w:rPr>
        <w:t>__Олександр НАЗАРЧУК</w:t>
      </w:r>
    </w:p>
    <w:p w14:paraId="7E903122" w14:textId="77777777" w:rsidR="00AD3894" w:rsidRPr="007E77AC" w:rsidRDefault="00AD3894" w:rsidP="00AD3894">
      <w:pPr>
        <w:spacing w:after="0" w:line="240" w:lineRule="auto"/>
        <w:jc w:val="right"/>
        <w:rPr>
          <w:szCs w:val="24"/>
          <w:u w:val="single"/>
          <w:lang w:val="uk-UA"/>
        </w:rPr>
      </w:pPr>
      <w:r w:rsidRPr="007E77AC">
        <w:rPr>
          <w:szCs w:val="24"/>
          <w:u w:val="single"/>
          <w:lang w:val="uk-UA"/>
        </w:rPr>
        <w:t>“2</w:t>
      </w:r>
      <w:r>
        <w:rPr>
          <w:szCs w:val="24"/>
          <w:u w:val="single"/>
          <w:lang w:val="uk-UA"/>
        </w:rPr>
        <w:t>8</w:t>
      </w:r>
      <w:r w:rsidRPr="007E77AC">
        <w:rPr>
          <w:szCs w:val="24"/>
          <w:u w:val="single"/>
          <w:lang w:val="uk-UA"/>
        </w:rPr>
        <w:t>” серпня 202</w:t>
      </w:r>
      <w:r>
        <w:rPr>
          <w:szCs w:val="24"/>
          <w:u w:val="single"/>
          <w:lang w:val="uk-UA"/>
        </w:rPr>
        <w:t>6</w:t>
      </w:r>
      <w:r w:rsidRPr="007E77AC">
        <w:rPr>
          <w:szCs w:val="24"/>
          <w:u w:val="single"/>
          <w:lang w:val="uk-UA"/>
        </w:rPr>
        <w:t xml:space="preserve"> р.</w:t>
      </w:r>
    </w:p>
    <w:p w14:paraId="0700B2BA" w14:textId="77777777" w:rsidR="005F5A93" w:rsidRPr="00AD3894" w:rsidRDefault="005F5A93">
      <w:pPr>
        <w:rPr>
          <w:lang w:val="uk-UA"/>
        </w:rPr>
      </w:pPr>
    </w:p>
    <w:p w14:paraId="40D546A3" w14:textId="77777777" w:rsidR="005F5A93" w:rsidRPr="00900358" w:rsidRDefault="00000000">
      <w:pPr>
        <w:spacing w:after="0" w:line="240" w:lineRule="auto"/>
        <w:jc w:val="center"/>
        <w:rPr>
          <w:lang w:val="ru-RU"/>
        </w:rPr>
      </w:pPr>
      <w:proofErr w:type="spellStart"/>
      <w:r w:rsidRPr="00900358">
        <w:rPr>
          <w:b/>
          <w:sz w:val="26"/>
          <w:lang w:val="ru-RU"/>
        </w:rPr>
        <w:t>Тематичний</w:t>
      </w:r>
      <w:proofErr w:type="spellEnd"/>
      <w:r w:rsidRPr="00900358">
        <w:rPr>
          <w:b/>
          <w:sz w:val="26"/>
          <w:lang w:val="ru-RU"/>
        </w:rPr>
        <w:t xml:space="preserve"> план </w:t>
      </w:r>
      <w:proofErr w:type="spellStart"/>
      <w:r w:rsidRPr="00900358">
        <w:rPr>
          <w:b/>
          <w:sz w:val="26"/>
          <w:lang w:val="ru-RU"/>
        </w:rPr>
        <w:t>практичних</w:t>
      </w:r>
      <w:proofErr w:type="spellEnd"/>
      <w:r w:rsidRPr="00900358">
        <w:rPr>
          <w:b/>
          <w:sz w:val="26"/>
          <w:lang w:val="ru-RU"/>
        </w:rPr>
        <w:t xml:space="preserve"> занять на </w:t>
      </w:r>
      <w:proofErr w:type="spellStart"/>
      <w:r w:rsidRPr="00900358">
        <w:rPr>
          <w:b/>
          <w:sz w:val="26"/>
          <w:lang w:val="ru-RU"/>
        </w:rPr>
        <w:t>циклі</w:t>
      </w:r>
      <w:proofErr w:type="spellEnd"/>
      <w:r w:rsidRPr="00900358">
        <w:rPr>
          <w:b/>
          <w:sz w:val="26"/>
          <w:lang w:val="ru-RU"/>
        </w:rPr>
        <w:t xml:space="preserve"> </w:t>
      </w:r>
      <w:proofErr w:type="spellStart"/>
      <w:r w:rsidRPr="00900358">
        <w:rPr>
          <w:b/>
          <w:sz w:val="26"/>
          <w:lang w:val="ru-RU"/>
        </w:rPr>
        <w:t>очної</w:t>
      </w:r>
      <w:proofErr w:type="spellEnd"/>
      <w:r w:rsidRPr="00900358">
        <w:rPr>
          <w:b/>
          <w:sz w:val="26"/>
          <w:lang w:val="ru-RU"/>
        </w:rPr>
        <w:t xml:space="preserve"> </w:t>
      </w:r>
      <w:proofErr w:type="spellStart"/>
      <w:r w:rsidRPr="00900358">
        <w:rPr>
          <w:b/>
          <w:sz w:val="26"/>
          <w:lang w:val="ru-RU"/>
        </w:rPr>
        <w:t>інтернатури</w:t>
      </w:r>
      <w:proofErr w:type="spellEnd"/>
      <w:r w:rsidRPr="00900358">
        <w:rPr>
          <w:b/>
          <w:sz w:val="26"/>
          <w:lang w:val="ru-RU"/>
        </w:rPr>
        <w:t xml:space="preserve"> з курсу </w:t>
      </w:r>
      <w:proofErr w:type="spellStart"/>
      <w:r w:rsidRPr="00900358">
        <w:rPr>
          <w:b/>
          <w:sz w:val="26"/>
          <w:lang w:val="ru-RU"/>
        </w:rPr>
        <w:t>дитячої</w:t>
      </w:r>
      <w:proofErr w:type="spellEnd"/>
      <w:r w:rsidRPr="00900358">
        <w:rPr>
          <w:b/>
          <w:sz w:val="26"/>
          <w:lang w:val="ru-RU"/>
        </w:rPr>
        <w:t xml:space="preserve"> </w:t>
      </w:r>
      <w:proofErr w:type="spellStart"/>
      <w:r w:rsidRPr="00900358">
        <w:rPr>
          <w:b/>
          <w:sz w:val="26"/>
          <w:lang w:val="ru-RU"/>
        </w:rPr>
        <w:t>стоматології</w:t>
      </w:r>
      <w:proofErr w:type="spellEnd"/>
      <w:r w:rsidRPr="00900358">
        <w:rPr>
          <w:b/>
          <w:sz w:val="26"/>
          <w:lang w:val="ru-RU"/>
        </w:rPr>
        <w:t xml:space="preserve"> за </w:t>
      </w:r>
      <w:proofErr w:type="spellStart"/>
      <w:r w:rsidRPr="00900358">
        <w:rPr>
          <w:b/>
          <w:sz w:val="26"/>
          <w:lang w:val="ru-RU"/>
        </w:rPr>
        <w:t>фахом</w:t>
      </w:r>
      <w:proofErr w:type="spellEnd"/>
      <w:r w:rsidRPr="00900358">
        <w:rPr>
          <w:b/>
          <w:sz w:val="26"/>
          <w:lang w:val="ru-RU"/>
        </w:rPr>
        <w:t xml:space="preserve"> «</w:t>
      </w:r>
      <w:proofErr w:type="spellStart"/>
      <w:r w:rsidRPr="00900358">
        <w:rPr>
          <w:b/>
          <w:sz w:val="26"/>
          <w:lang w:val="ru-RU"/>
        </w:rPr>
        <w:t>Стоматологія</w:t>
      </w:r>
      <w:proofErr w:type="spellEnd"/>
      <w:r w:rsidRPr="00900358">
        <w:rPr>
          <w:b/>
          <w:sz w:val="26"/>
          <w:lang w:val="ru-RU"/>
        </w:rPr>
        <w:t xml:space="preserve">» (1 </w:t>
      </w:r>
      <w:proofErr w:type="spellStart"/>
      <w:r w:rsidRPr="00900358">
        <w:rPr>
          <w:b/>
          <w:sz w:val="26"/>
          <w:lang w:val="ru-RU"/>
        </w:rPr>
        <w:t>рік</w:t>
      </w:r>
      <w:proofErr w:type="spellEnd"/>
      <w:r w:rsidRPr="00900358">
        <w:rPr>
          <w:b/>
          <w:sz w:val="26"/>
          <w:lang w:val="ru-RU"/>
        </w:rPr>
        <w:t xml:space="preserve"> </w:t>
      </w:r>
      <w:proofErr w:type="spellStart"/>
      <w:r w:rsidRPr="00900358">
        <w:rPr>
          <w:b/>
          <w:sz w:val="26"/>
          <w:lang w:val="ru-RU"/>
        </w:rPr>
        <w:t>навчання</w:t>
      </w:r>
      <w:proofErr w:type="spellEnd"/>
      <w:r w:rsidRPr="00900358">
        <w:rPr>
          <w:b/>
          <w:sz w:val="26"/>
          <w:lang w:val="ru-RU"/>
        </w:rPr>
        <w:t>)</w:t>
      </w:r>
    </w:p>
    <w:p w14:paraId="5103B67A" w14:textId="77777777" w:rsidR="005F5A93" w:rsidRPr="00900358" w:rsidRDefault="005F5A93">
      <w:pPr>
        <w:rPr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687"/>
        <w:gridCol w:w="8510"/>
        <w:gridCol w:w="1219"/>
      </w:tblGrid>
      <w:tr w:rsidR="005F5A93" w14:paraId="38E3BD24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C494E" w14:textId="77777777" w:rsidR="005F5A93" w:rsidRDefault="00000000">
            <w:pPr>
              <w:jc w:val="center"/>
            </w:pPr>
            <w:r>
              <w:rPr>
                <w:b/>
              </w:rPr>
              <w:t>№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теми</w:t>
            </w:r>
            <w:proofErr w:type="spellEnd"/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14E6CA" w14:textId="77777777" w:rsidR="005F5A93" w:rsidRDefault="00000000">
            <w:pPr>
              <w:jc w:val="center"/>
            </w:pPr>
            <w:proofErr w:type="spellStart"/>
            <w:r>
              <w:rPr>
                <w:b/>
              </w:rPr>
              <w:t>Тема</w:t>
            </w:r>
            <w:proofErr w:type="spellEnd"/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E6A8B9" w14:textId="77777777" w:rsidR="005F5A93" w:rsidRDefault="00000000">
            <w:pPr>
              <w:jc w:val="center"/>
            </w:pPr>
            <w:proofErr w:type="spellStart"/>
            <w:r>
              <w:rPr>
                <w:b/>
              </w:rPr>
              <w:t>Кількість</w:t>
            </w:r>
            <w:proofErr w:type="spellEnd"/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годин</w:t>
            </w:r>
            <w:proofErr w:type="spellEnd"/>
          </w:p>
        </w:tc>
      </w:tr>
      <w:tr w:rsidR="005F5A93" w14:paraId="7B7F20DD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DBD257" w14:textId="77777777" w:rsidR="005F5A93" w:rsidRDefault="00000000">
            <w:pPr>
              <w:jc w:val="center"/>
            </w:pPr>
            <w:r>
              <w:t>1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11949" w14:textId="77777777" w:rsidR="005F5A93" w:rsidRPr="00900358" w:rsidRDefault="00000000">
            <w:pPr>
              <w:rPr>
                <w:lang w:val="ru-RU"/>
              </w:rPr>
            </w:pPr>
            <w:proofErr w:type="spellStart"/>
            <w:r w:rsidRPr="00900358">
              <w:rPr>
                <w:lang w:val="ru-RU"/>
              </w:rPr>
              <w:t>Клінічна</w:t>
            </w:r>
            <w:proofErr w:type="spellEnd"/>
            <w:r w:rsidRPr="00900358">
              <w:rPr>
                <w:lang w:val="ru-RU"/>
              </w:rPr>
              <w:t xml:space="preserve"> і </w:t>
            </w:r>
            <w:proofErr w:type="spellStart"/>
            <w:r w:rsidRPr="00900358">
              <w:rPr>
                <w:lang w:val="ru-RU"/>
              </w:rPr>
              <w:t>топографічна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анатомія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порожнини</w:t>
            </w:r>
            <w:proofErr w:type="spellEnd"/>
            <w:r w:rsidRPr="00900358">
              <w:rPr>
                <w:lang w:val="ru-RU"/>
              </w:rPr>
              <w:t xml:space="preserve"> рота і </w:t>
            </w:r>
            <w:proofErr w:type="spellStart"/>
            <w:r w:rsidRPr="00900358">
              <w:rPr>
                <w:lang w:val="ru-RU"/>
              </w:rPr>
              <w:t>зубощелепної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системи</w:t>
            </w:r>
            <w:proofErr w:type="spellEnd"/>
            <w:r w:rsidRPr="00900358">
              <w:rPr>
                <w:lang w:val="ru-RU"/>
              </w:rPr>
              <w:t xml:space="preserve">. Оперативна </w:t>
            </w:r>
            <w:proofErr w:type="spellStart"/>
            <w:r w:rsidRPr="00900358">
              <w:rPr>
                <w:lang w:val="ru-RU"/>
              </w:rPr>
              <w:t>хірургія</w:t>
            </w:r>
            <w:proofErr w:type="spellEnd"/>
            <w:r w:rsidRPr="00900358">
              <w:rPr>
                <w:lang w:val="ru-RU"/>
              </w:rPr>
              <w:t xml:space="preserve"> і </w:t>
            </w:r>
            <w:proofErr w:type="spellStart"/>
            <w:r w:rsidRPr="00900358">
              <w:rPr>
                <w:lang w:val="ru-RU"/>
              </w:rPr>
              <w:t>хірургічні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маніпуляції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щелепно-лицьової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ділянки</w:t>
            </w:r>
            <w:proofErr w:type="spellEnd"/>
            <w:r w:rsidRPr="00900358">
              <w:rPr>
                <w:lang w:val="ru-RU"/>
              </w:rPr>
              <w:t>. Топографо-</w:t>
            </w:r>
            <w:proofErr w:type="spellStart"/>
            <w:r w:rsidRPr="00900358">
              <w:rPr>
                <w:lang w:val="ru-RU"/>
              </w:rPr>
              <w:t>анатомічні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обґрунтування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провідникової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анестезії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гілок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трійчастого</w:t>
            </w:r>
            <w:proofErr w:type="spellEnd"/>
            <w:r w:rsidRPr="00900358">
              <w:rPr>
                <w:lang w:val="ru-RU"/>
              </w:rPr>
              <w:t xml:space="preserve"> нерва.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D402E0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050A0634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1CC827" w14:textId="77777777" w:rsidR="005F5A93" w:rsidRDefault="00000000">
            <w:pPr>
              <w:jc w:val="center"/>
            </w:pPr>
            <w:r>
              <w:t>2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376267" w14:textId="77777777" w:rsidR="005F5A93" w:rsidRPr="00900358" w:rsidRDefault="00000000">
            <w:pPr>
              <w:rPr>
                <w:lang w:val="ru-RU"/>
              </w:rPr>
            </w:pPr>
            <w:proofErr w:type="spellStart"/>
            <w:r w:rsidRPr="00900358">
              <w:rPr>
                <w:lang w:val="ru-RU"/>
              </w:rPr>
              <w:t>Діагностика</w:t>
            </w:r>
            <w:proofErr w:type="spellEnd"/>
            <w:r w:rsidRPr="00900358">
              <w:rPr>
                <w:lang w:val="ru-RU"/>
              </w:rPr>
              <w:t xml:space="preserve"> і </w:t>
            </w:r>
            <w:proofErr w:type="spellStart"/>
            <w:r w:rsidRPr="00900358">
              <w:rPr>
                <w:lang w:val="ru-RU"/>
              </w:rPr>
              <w:t>невідкладна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допомога</w:t>
            </w:r>
            <w:proofErr w:type="spellEnd"/>
            <w:r w:rsidRPr="00900358">
              <w:rPr>
                <w:lang w:val="ru-RU"/>
              </w:rPr>
              <w:t xml:space="preserve"> при комах (</w:t>
            </w:r>
            <w:proofErr w:type="spellStart"/>
            <w:r w:rsidRPr="00900358">
              <w:rPr>
                <w:lang w:val="ru-RU"/>
              </w:rPr>
              <w:t>гіпо</w:t>
            </w:r>
            <w:proofErr w:type="spellEnd"/>
            <w:r w:rsidRPr="00900358">
              <w:rPr>
                <w:lang w:val="ru-RU"/>
              </w:rPr>
              <w:t xml:space="preserve">-, </w:t>
            </w:r>
            <w:proofErr w:type="spellStart"/>
            <w:r w:rsidRPr="00900358">
              <w:rPr>
                <w:lang w:val="ru-RU"/>
              </w:rPr>
              <w:t>гіперглікемічній</w:t>
            </w:r>
            <w:proofErr w:type="spellEnd"/>
            <w:r w:rsidRPr="00900358">
              <w:rPr>
                <w:lang w:val="ru-RU"/>
              </w:rPr>
              <w:t xml:space="preserve">). </w:t>
            </w:r>
            <w:proofErr w:type="spellStart"/>
            <w:r w:rsidRPr="00900358">
              <w:rPr>
                <w:lang w:val="ru-RU"/>
              </w:rPr>
              <w:t>Ознаки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клінічної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смерті</w:t>
            </w:r>
            <w:proofErr w:type="spellEnd"/>
            <w:r w:rsidRPr="00900358">
              <w:rPr>
                <w:lang w:val="ru-RU"/>
              </w:rPr>
              <w:t xml:space="preserve"> та методика </w:t>
            </w:r>
            <w:proofErr w:type="spellStart"/>
            <w:r w:rsidRPr="00900358">
              <w:rPr>
                <w:lang w:val="ru-RU"/>
              </w:rPr>
              <w:t>проведення</w:t>
            </w:r>
            <w:proofErr w:type="spellEnd"/>
            <w:r w:rsidRPr="00900358">
              <w:rPr>
                <w:lang w:val="ru-RU"/>
              </w:rPr>
              <w:t xml:space="preserve"> непрямого </w:t>
            </w:r>
            <w:proofErr w:type="spellStart"/>
            <w:r w:rsidRPr="00900358">
              <w:rPr>
                <w:lang w:val="ru-RU"/>
              </w:rPr>
              <w:t>масажу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серця</w:t>
            </w:r>
            <w:proofErr w:type="spellEnd"/>
            <w:r w:rsidRPr="00900358">
              <w:rPr>
                <w:lang w:val="ru-RU"/>
              </w:rPr>
              <w:t xml:space="preserve"> і </w:t>
            </w:r>
            <w:proofErr w:type="spellStart"/>
            <w:r w:rsidRPr="00900358">
              <w:rPr>
                <w:lang w:val="ru-RU"/>
              </w:rPr>
              <w:t>штучної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вентиляції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легень</w:t>
            </w:r>
            <w:proofErr w:type="spellEnd"/>
            <w:r w:rsidRPr="00900358">
              <w:rPr>
                <w:lang w:val="ru-RU"/>
              </w:rPr>
              <w:t xml:space="preserve">. </w:t>
            </w:r>
            <w:proofErr w:type="spellStart"/>
            <w:r w:rsidRPr="00900358">
              <w:rPr>
                <w:lang w:val="ru-RU"/>
              </w:rPr>
              <w:t>Проведення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інтенсивної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терапії</w:t>
            </w:r>
            <w:proofErr w:type="spellEnd"/>
            <w:r w:rsidRPr="00900358">
              <w:rPr>
                <w:lang w:val="ru-RU"/>
              </w:rPr>
              <w:t xml:space="preserve"> та </w:t>
            </w:r>
            <w:proofErr w:type="spellStart"/>
            <w:r w:rsidRPr="00900358">
              <w:rPr>
                <w:lang w:val="ru-RU"/>
              </w:rPr>
              <w:t>реанімаційних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заходів</w:t>
            </w:r>
            <w:proofErr w:type="spellEnd"/>
            <w:r w:rsidRPr="00900358">
              <w:rPr>
                <w:lang w:val="ru-RU"/>
              </w:rPr>
              <w:t xml:space="preserve"> при </w:t>
            </w:r>
            <w:proofErr w:type="spellStart"/>
            <w:r w:rsidRPr="00900358">
              <w:rPr>
                <w:lang w:val="ru-RU"/>
              </w:rPr>
              <w:t>травмі</w:t>
            </w:r>
            <w:proofErr w:type="spellEnd"/>
            <w:r w:rsidRPr="00900358">
              <w:rPr>
                <w:lang w:val="ru-RU"/>
              </w:rPr>
              <w:t xml:space="preserve"> та </w:t>
            </w:r>
            <w:proofErr w:type="spellStart"/>
            <w:r w:rsidRPr="00900358">
              <w:rPr>
                <w:lang w:val="ru-RU"/>
              </w:rPr>
              <w:t>запальних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процесах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щелепно-лицевої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ділянки</w:t>
            </w:r>
            <w:proofErr w:type="spellEnd"/>
            <w:r w:rsidRPr="00900358">
              <w:rPr>
                <w:lang w:val="ru-RU"/>
              </w:rPr>
              <w:t>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C6C1EB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747D639C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9CA459" w14:textId="77777777" w:rsidR="005F5A93" w:rsidRDefault="00000000">
            <w:pPr>
              <w:jc w:val="center"/>
            </w:pPr>
            <w:r>
              <w:t>3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59D1A8" w14:textId="77777777" w:rsidR="005F5A93" w:rsidRDefault="00000000">
            <w:proofErr w:type="spellStart"/>
            <w:r>
              <w:t>Фізичні</w:t>
            </w:r>
            <w:proofErr w:type="spellEnd"/>
            <w:r>
              <w:t xml:space="preserve"> </w:t>
            </w:r>
            <w:proofErr w:type="spellStart"/>
            <w:r>
              <w:t>методи</w:t>
            </w:r>
            <w:proofErr w:type="spellEnd"/>
            <w:r>
              <w:t xml:space="preserve"> </w:t>
            </w:r>
            <w:proofErr w:type="spellStart"/>
            <w:r>
              <w:t>місцевого</w:t>
            </w:r>
            <w:proofErr w:type="spellEnd"/>
            <w:r>
              <w:t xml:space="preserve"> </w:t>
            </w:r>
            <w:proofErr w:type="spellStart"/>
            <w:r>
              <w:t>знеболювання</w:t>
            </w:r>
            <w:proofErr w:type="spellEnd"/>
            <w:r>
              <w:t xml:space="preserve"> (</w:t>
            </w:r>
            <w:proofErr w:type="spellStart"/>
            <w:r>
              <w:t>постійний</w:t>
            </w:r>
            <w:proofErr w:type="spellEnd"/>
            <w:r>
              <w:t xml:space="preserve"> </w:t>
            </w:r>
            <w:proofErr w:type="spellStart"/>
            <w:r>
              <w:t>струм</w:t>
            </w:r>
            <w:proofErr w:type="spellEnd"/>
            <w:r>
              <w:t xml:space="preserve">, </w:t>
            </w:r>
            <w:proofErr w:type="spellStart"/>
            <w:r>
              <w:t>діадинамічні</w:t>
            </w:r>
            <w:proofErr w:type="spellEnd"/>
            <w:r>
              <w:t xml:space="preserve"> </w:t>
            </w:r>
            <w:proofErr w:type="spellStart"/>
            <w:r>
              <w:t>струми</w:t>
            </w:r>
            <w:proofErr w:type="spellEnd"/>
            <w:r>
              <w:t xml:space="preserve">, </w:t>
            </w:r>
            <w:proofErr w:type="spellStart"/>
            <w:r>
              <w:t>флуктуючі</w:t>
            </w:r>
            <w:proofErr w:type="spellEnd"/>
            <w:r>
              <w:t xml:space="preserve"> </w:t>
            </w:r>
            <w:proofErr w:type="spellStart"/>
            <w:r>
              <w:t>струми</w:t>
            </w:r>
            <w:proofErr w:type="spellEnd"/>
            <w:r>
              <w:t xml:space="preserve"> </w:t>
            </w:r>
            <w:proofErr w:type="spellStart"/>
            <w:r>
              <w:t>тощо</w:t>
            </w:r>
            <w:proofErr w:type="spellEnd"/>
            <w:r>
              <w:t xml:space="preserve">). </w:t>
            </w:r>
            <w:proofErr w:type="spellStart"/>
            <w:r>
              <w:t>Помилки</w:t>
            </w:r>
            <w:proofErr w:type="spellEnd"/>
            <w:r>
              <w:t xml:space="preserve"> й </w:t>
            </w:r>
            <w:proofErr w:type="spellStart"/>
            <w:r>
              <w:t>ускладнення</w:t>
            </w:r>
            <w:proofErr w:type="spellEnd"/>
            <w:r>
              <w:t xml:space="preserve"> в </w:t>
            </w:r>
            <w:proofErr w:type="spellStart"/>
            <w:r>
              <w:t>проведенні</w:t>
            </w:r>
            <w:proofErr w:type="spellEnd"/>
            <w:r>
              <w:t xml:space="preserve"> </w:t>
            </w:r>
            <w:proofErr w:type="spellStart"/>
            <w:r>
              <w:t>знеболювання</w:t>
            </w:r>
            <w:proofErr w:type="spellEnd"/>
            <w:r>
              <w:t>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CD0674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301AB925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633EDA" w14:textId="77777777" w:rsidR="005F5A93" w:rsidRDefault="00000000">
            <w:pPr>
              <w:jc w:val="center"/>
            </w:pPr>
            <w:r>
              <w:t>4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6EE951" w14:textId="77777777" w:rsidR="005F5A93" w:rsidRDefault="00000000">
            <w:proofErr w:type="spellStart"/>
            <w:r w:rsidRPr="00900358">
              <w:rPr>
                <w:lang w:val="ru-RU"/>
              </w:rPr>
              <w:t>Основи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профілактики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стоматологічних</w:t>
            </w:r>
            <w:proofErr w:type="spellEnd"/>
            <w:r w:rsidRPr="00900358">
              <w:rPr>
                <w:lang w:val="ru-RU"/>
              </w:rPr>
              <w:t xml:space="preserve"> хвороб. Комплексна </w:t>
            </w:r>
            <w:proofErr w:type="spellStart"/>
            <w:r w:rsidRPr="00900358">
              <w:rPr>
                <w:lang w:val="ru-RU"/>
              </w:rPr>
              <w:t>профілактика</w:t>
            </w:r>
            <w:proofErr w:type="spellEnd"/>
            <w:r w:rsidRPr="00900358">
              <w:rPr>
                <w:lang w:val="ru-RU"/>
              </w:rPr>
              <w:t xml:space="preserve">. </w:t>
            </w:r>
            <w:proofErr w:type="spellStart"/>
            <w:r>
              <w:t>Санітарно-просвітня</w:t>
            </w:r>
            <w:proofErr w:type="spellEnd"/>
            <w:r>
              <w:t xml:space="preserve"> </w:t>
            </w:r>
            <w:proofErr w:type="spellStart"/>
            <w:r>
              <w:t>робота</w:t>
            </w:r>
            <w:proofErr w:type="spellEnd"/>
            <w:r>
              <w:t xml:space="preserve"> </w:t>
            </w:r>
            <w:proofErr w:type="spellStart"/>
            <w:r>
              <w:t>серед</w:t>
            </w:r>
            <w:proofErr w:type="spellEnd"/>
            <w:r>
              <w:t xml:space="preserve"> </w:t>
            </w:r>
            <w:proofErr w:type="spellStart"/>
            <w:r>
              <w:t>населення</w:t>
            </w:r>
            <w:proofErr w:type="spellEnd"/>
            <w:r>
              <w:t>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F9A424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23D5A69F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3D7F89" w14:textId="77777777" w:rsidR="005F5A93" w:rsidRDefault="00000000">
            <w:pPr>
              <w:jc w:val="center"/>
            </w:pPr>
            <w:r>
              <w:t>5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525C00" w14:textId="77777777" w:rsidR="005F5A93" w:rsidRPr="00900358" w:rsidRDefault="00000000">
            <w:pPr>
              <w:rPr>
                <w:lang w:val="ru-RU"/>
              </w:rPr>
            </w:pPr>
            <w:proofErr w:type="spellStart"/>
            <w:r w:rsidRPr="00900358">
              <w:rPr>
                <w:lang w:val="ru-RU"/>
              </w:rPr>
              <w:t>Основи</w:t>
            </w:r>
            <w:proofErr w:type="spellEnd"/>
            <w:r w:rsidRPr="00900358">
              <w:rPr>
                <w:lang w:val="ru-RU"/>
              </w:rPr>
              <w:t xml:space="preserve"> маркетингу, менеджменту і права в </w:t>
            </w:r>
            <w:proofErr w:type="spellStart"/>
            <w:r w:rsidRPr="00900358">
              <w:rPr>
                <w:lang w:val="ru-RU"/>
              </w:rPr>
              <w:t>стоматології</w:t>
            </w:r>
            <w:proofErr w:type="spellEnd"/>
            <w:r w:rsidRPr="00900358">
              <w:rPr>
                <w:lang w:val="ru-RU"/>
              </w:rPr>
              <w:t>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A02C71" w14:textId="77777777" w:rsidR="005F5A93" w:rsidRDefault="00000000">
            <w:pPr>
              <w:jc w:val="center"/>
            </w:pPr>
            <w:r>
              <w:t>2</w:t>
            </w:r>
          </w:p>
        </w:tc>
      </w:tr>
      <w:tr w:rsidR="005F5A93" w14:paraId="5CBDE7C3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65E4BF" w14:textId="77777777" w:rsidR="005F5A93" w:rsidRDefault="00000000">
            <w:pPr>
              <w:jc w:val="center"/>
            </w:pPr>
            <w:r>
              <w:t>6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55C10" w14:textId="77777777" w:rsidR="005F5A93" w:rsidRDefault="00000000">
            <w:r>
              <w:t>Перебіг карієсу, особливості діагностики і лікування в різні вікові періоди у дітей. Помилки й ускладнення в діагностиці та лікуванні карієсу тимчасових і постійних зубів. Вибір пломбувального матеріалу, герметизація фісур.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A9A223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7248315C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7115E1" w14:textId="77777777" w:rsidR="005F5A93" w:rsidRDefault="00000000">
            <w:pPr>
              <w:jc w:val="center"/>
            </w:pPr>
            <w:r>
              <w:t>7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61441D" w14:textId="77777777" w:rsidR="005F5A93" w:rsidRDefault="00000000">
            <w:r>
              <w:t>Діагностика, диференційна діагностика різних форм пульпіту тимчасових і постійних зубів у дітей.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7ECB40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0DF189A5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9A91D4" w14:textId="77777777" w:rsidR="005F5A93" w:rsidRDefault="00000000">
            <w:pPr>
              <w:jc w:val="center"/>
            </w:pPr>
            <w:r>
              <w:t>8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D95227" w14:textId="77777777" w:rsidR="005F5A93" w:rsidRDefault="00000000">
            <w:r>
              <w:t>Клініка, діагностика, диференційна діагностика гострих і хронічних форм запалення періодонта постійних і тимчасових зубів у дітей. Принципи лікування періодонтиту тимчасових і постійних зубів у дітей. Фізичні методи лікування ускладненого карієсу.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31575D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44C79BDC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3A36EB" w14:textId="77777777" w:rsidR="005F5A93" w:rsidRDefault="00000000">
            <w:pPr>
              <w:jc w:val="center"/>
            </w:pPr>
            <w:r>
              <w:t>9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597CCA" w14:textId="77777777" w:rsidR="005F5A93" w:rsidRDefault="00000000">
            <w:r>
              <w:t>Помилки й ускладнення лікування періодонтиту, запобігання та їх усунення.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14F353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36F60AD2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31632" w14:textId="77777777" w:rsidR="005F5A93" w:rsidRDefault="00000000">
            <w:pPr>
              <w:jc w:val="center"/>
            </w:pPr>
            <w:r>
              <w:t>10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675CBF" w14:textId="77777777" w:rsidR="005F5A93" w:rsidRPr="00900358" w:rsidRDefault="00000000">
            <w:pPr>
              <w:rPr>
                <w:lang w:val="ru-RU"/>
              </w:rPr>
            </w:pPr>
            <w:proofErr w:type="spellStart"/>
            <w:r w:rsidRPr="00900358">
              <w:rPr>
                <w:lang w:val="ru-RU"/>
              </w:rPr>
              <w:t>Некаріозні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ураження</w:t>
            </w:r>
            <w:proofErr w:type="spellEnd"/>
            <w:r w:rsidRPr="00900358">
              <w:rPr>
                <w:lang w:val="ru-RU"/>
              </w:rPr>
              <w:t xml:space="preserve">. </w:t>
            </w:r>
            <w:proofErr w:type="spellStart"/>
            <w:r w:rsidRPr="00900358">
              <w:rPr>
                <w:lang w:val="ru-RU"/>
              </w:rPr>
              <w:t>Діагностика</w:t>
            </w:r>
            <w:proofErr w:type="spellEnd"/>
            <w:r w:rsidRPr="00900358">
              <w:rPr>
                <w:lang w:val="ru-RU"/>
              </w:rPr>
              <w:t xml:space="preserve">, </w:t>
            </w:r>
            <w:proofErr w:type="spellStart"/>
            <w:r w:rsidRPr="00900358">
              <w:rPr>
                <w:lang w:val="ru-RU"/>
              </w:rPr>
              <w:t>лікування</w:t>
            </w:r>
            <w:proofErr w:type="spellEnd"/>
            <w:r w:rsidRPr="00900358">
              <w:rPr>
                <w:lang w:val="ru-RU"/>
              </w:rPr>
              <w:t xml:space="preserve"> і </w:t>
            </w:r>
            <w:proofErr w:type="spellStart"/>
            <w:r w:rsidRPr="00900358">
              <w:rPr>
                <w:lang w:val="ru-RU"/>
              </w:rPr>
              <w:t>профілактика</w:t>
            </w:r>
            <w:proofErr w:type="spellEnd"/>
            <w:r w:rsidRPr="00900358">
              <w:rPr>
                <w:lang w:val="ru-RU"/>
              </w:rPr>
              <w:t>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DEA66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0C9BCC3F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9E3DF" w14:textId="77777777" w:rsidR="005F5A93" w:rsidRDefault="00000000">
            <w:pPr>
              <w:jc w:val="center"/>
            </w:pPr>
            <w:r>
              <w:t>11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7A3B9" w14:textId="77777777" w:rsidR="005F5A93" w:rsidRDefault="00000000">
            <w:proofErr w:type="spellStart"/>
            <w:r w:rsidRPr="00900358">
              <w:rPr>
                <w:lang w:val="ru-RU"/>
              </w:rPr>
              <w:t>Хвороби</w:t>
            </w:r>
            <w:proofErr w:type="spellEnd"/>
            <w:r w:rsidRPr="00900358">
              <w:rPr>
                <w:lang w:val="ru-RU"/>
              </w:rPr>
              <w:t xml:space="preserve"> тканин пародонта в </w:t>
            </w:r>
            <w:proofErr w:type="spellStart"/>
            <w:r w:rsidRPr="00900358">
              <w:rPr>
                <w:lang w:val="ru-RU"/>
              </w:rPr>
              <w:t>дітей</w:t>
            </w:r>
            <w:proofErr w:type="spellEnd"/>
            <w:r w:rsidRPr="00900358">
              <w:rPr>
                <w:lang w:val="ru-RU"/>
              </w:rPr>
              <w:t xml:space="preserve">. </w:t>
            </w:r>
            <w:proofErr w:type="spellStart"/>
            <w:r w:rsidRPr="00900358">
              <w:rPr>
                <w:lang w:val="ru-RU"/>
              </w:rPr>
              <w:t>Значення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факторів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ризику</w:t>
            </w:r>
            <w:proofErr w:type="spellEnd"/>
            <w:r w:rsidRPr="00900358">
              <w:rPr>
                <w:lang w:val="ru-RU"/>
              </w:rPr>
              <w:t xml:space="preserve"> хвороб тканин пародонта в </w:t>
            </w:r>
            <w:proofErr w:type="spellStart"/>
            <w:r w:rsidRPr="00900358">
              <w:rPr>
                <w:lang w:val="ru-RU"/>
              </w:rPr>
              <w:t>дітей</w:t>
            </w:r>
            <w:proofErr w:type="spellEnd"/>
            <w:r w:rsidRPr="00900358">
              <w:rPr>
                <w:lang w:val="ru-RU"/>
              </w:rPr>
              <w:t xml:space="preserve">. </w:t>
            </w:r>
            <w:proofErr w:type="spellStart"/>
            <w:r>
              <w:t>Клініка</w:t>
            </w:r>
            <w:proofErr w:type="spellEnd"/>
            <w:r>
              <w:t xml:space="preserve">, </w:t>
            </w:r>
            <w:proofErr w:type="spellStart"/>
            <w:r>
              <w:t>діагностика</w:t>
            </w:r>
            <w:proofErr w:type="spellEnd"/>
            <w:r>
              <w:t xml:space="preserve">, </w:t>
            </w:r>
            <w:proofErr w:type="spellStart"/>
            <w:r>
              <w:t>диференційна</w:t>
            </w:r>
            <w:proofErr w:type="spellEnd"/>
            <w:r>
              <w:t xml:space="preserve"> </w:t>
            </w:r>
            <w:proofErr w:type="spellStart"/>
            <w:r>
              <w:t>діагностика</w:t>
            </w:r>
            <w:proofErr w:type="spellEnd"/>
            <w:r>
              <w:t xml:space="preserve"> хвороб тканин пародонта в дітей.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0D582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1E4DCECD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F75591" w14:textId="77777777" w:rsidR="005F5A93" w:rsidRDefault="00000000">
            <w:pPr>
              <w:jc w:val="center"/>
            </w:pPr>
            <w:r>
              <w:lastRenderedPageBreak/>
              <w:t>12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9A7CDB" w14:textId="77777777" w:rsidR="005F5A93" w:rsidRPr="00900358" w:rsidRDefault="00000000">
            <w:pPr>
              <w:rPr>
                <w:lang w:val="ru-RU"/>
              </w:rPr>
            </w:pPr>
            <w:proofErr w:type="spellStart"/>
            <w:r w:rsidRPr="00900358">
              <w:rPr>
                <w:lang w:val="ru-RU"/>
              </w:rPr>
              <w:t>Методи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лікування</w:t>
            </w:r>
            <w:proofErr w:type="spellEnd"/>
            <w:r w:rsidRPr="00900358">
              <w:rPr>
                <w:lang w:val="ru-RU"/>
              </w:rPr>
              <w:t xml:space="preserve"> хвороб тканин пародонта в </w:t>
            </w:r>
            <w:proofErr w:type="spellStart"/>
            <w:r w:rsidRPr="00900358">
              <w:rPr>
                <w:lang w:val="ru-RU"/>
              </w:rPr>
              <w:t>дітей</w:t>
            </w:r>
            <w:proofErr w:type="spellEnd"/>
            <w:r w:rsidRPr="00900358">
              <w:rPr>
                <w:lang w:val="ru-RU"/>
              </w:rPr>
              <w:t xml:space="preserve">. </w:t>
            </w:r>
            <w:proofErr w:type="spellStart"/>
            <w:r w:rsidRPr="00900358">
              <w:rPr>
                <w:lang w:val="ru-RU"/>
              </w:rPr>
              <w:t>Фізичні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методи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лікування</w:t>
            </w:r>
            <w:proofErr w:type="spellEnd"/>
            <w:r w:rsidRPr="00900358">
              <w:rPr>
                <w:lang w:val="ru-RU"/>
              </w:rPr>
              <w:t xml:space="preserve"> хвороб тканин пародонта.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B4CDF3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43E95146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035B0D" w14:textId="77777777" w:rsidR="005F5A93" w:rsidRDefault="00000000">
            <w:pPr>
              <w:jc w:val="center"/>
            </w:pPr>
            <w:r>
              <w:t>13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C8CDA0" w14:textId="77777777" w:rsidR="005F5A93" w:rsidRPr="00900358" w:rsidRDefault="00000000">
            <w:pPr>
              <w:rPr>
                <w:lang w:val="ru-RU"/>
              </w:rPr>
            </w:pPr>
            <w:proofErr w:type="spellStart"/>
            <w:r w:rsidRPr="00900358">
              <w:rPr>
                <w:lang w:val="ru-RU"/>
              </w:rPr>
              <w:t>Залежність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розвитку</w:t>
            </w:r>
            <w:proofErr w:type="spellEnd"/>
            <w:r w:rsidRPr="00900358">
              <w:rPr>
                <w:lang w:val="ru-RU"/>
              </w:rPr>
              <w:t xml:space="preserve"> хвороб </w:t>
            </w:r>
            <w:proofErr w:type="spellStart"/>
            <w:r w:rsidRPr="00900358">
              <w:rPr>
                <w:lang w:val="ru-RU"/>
              </w:rPr>
              <w:t>слизової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оболонки</w:t>
            </w:r>
            <w:proofErr w:type="spellEnd"/>
            <w:r w:rsidRPr="00900358">
              <w:rPr>
                <w:lang w:val="ru-RU"/>
              </w:rPr>
              <w:t xml:space="preserve"> рота в </w:t>
            </w:r>
            <w:proofErr w:type="spellStart"/>
            <w:r w:rsidRPr="00900358">
              <w:rPr>
                <w:lang w:val="ru-RU"/>
              </w:rPr>
              <w:t>дітей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залежно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від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вікових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особливостей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її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структури</w:t>
            </w:r>
            <w:proofErr w:type="spellEnd"/>
            <w:r w:rsidRPr="00900358">
              <w:rPr>
                <w:lang w:val="ru-RU"/>
              </w:rPr>
              <w:t>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854D09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6EDE2CDB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DFBFC5" w14:textId="77777777" w:rsidR="005F5A93" w:rsidRDefault="00000000">
            <w:pPr>
              <w:jc w:val="center"/>
            </w:pPr>
            <w:r>
              <w:t>14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CCE47F" w14:textId="77777777" w:rsidR="005F5A93" w:rsidRPr="00900358" w:rsidRDefault="00000000">
            <w:pPr>
              <w:rPr>
                <w:lang w:val="ru-RU"/>
              </w:rPr>
            </w:pPr>
            <w:proofErr w:type="spellStart"/>
            <w:r w:rsidRPr="00900358">
              <w:rPr>
                <w:lang w:val="ru-RU"/>
              </w:rPr>
              <w:t>Класифікація</w:t>
            </w:r>
            <w:proofErr w:type="spellEnd"/>
            <w:r w:rsidRPr="00900358">
              <w:rPr>
                <w:lang w:val="ru-RU"/>
              </w:rPr>
              <w:t xml:space="preserve"> хвороб </w:t>
            </w:r>
            <w:proofErr w:type="spellStart"/>
            <w:r w:rsidRPr="00900358">
              <w:rPr>
                <w:lang w:val="ru-RU"/>
              </w:rPr>
              <w:t>слизової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оболонки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порожнини</w:t>
            </w:r>
            <w:proofErr w:type="spellEnd"/>
            <w:r w:rsidRPr="00900358">
              <w:rPr>
                <w:lang w:val="ru-RU"/>
              </w:rPr>
              <w:t xml:space="preserve"> рота. </w:t>
            </w:r>
            <w:proofErr w:type="spellStart"/>
            <w:r w:rsidRPr="00900358">
              <w:rPr>
                <w:lang w:val="ru-RU"/>
              </w:rPr>
              <w:t>Ушкодження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слизової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оболонки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ротової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порожнини</w:t>
            </w:r>
            <w:proofErr w:type="spellEnd"/>
            <w:r w:rsidRPr="00900358">
              <w:rPr>
                <w:lang w:val="ru-RU"/>
              </w:rPr>
              <w:t>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66C69C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2050E20D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6BB3C2" w14:textId="77777777" w:rsidR="005F5A93" w:rsidRDefault="00000000">
            <w:pPr>
              <w:jc w:val="center"/>
            </w:pPr>
            <w:r>
              <w:t>15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DC1064" w14:textId="77777777" w:rsidR="005F5A93" w:rsidRPr="00900358" w:rsidRDefault="00000000">
            <w:pPr>
              <w:rPr>
                <w:lang w:val="ru-RU"/>
              </w:rPr>
            </w:pPr>
            <w:proofErr w:type="spellStart"/>
            <w:r w:rsidRPr="00900358">
              <w:rPr>
                <w:lang w:val="ru-RU"/>
              </w:rPr>
              <w:t>Вірусні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хвороби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слизової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оболонки</w:t>
            </w:r>
            <w:proofErr w:type="spellEnd"/>
            <w:r w:rsidRPr="00900358">
              <w:rPr>
                <w:lang w:val="ru-RU"/>
              </w:rPr>
              <w:t xml:space="preserve"> рота. Прояви </w:t>
            </w:r>
            <w:proofErr w:type="spellStart"/>
            <w:r w:rsidRPr="00900358">
              <w:rPr>
                <w:lang w:val="ru-RU"/>
              </w:rPr>
              <w:t>гострих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вірусних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інфекцій</w:t>
            </w:r>
            <w:proofErr w:type="spellEnd"/>
            <w:r w:rsidRPr="00900358">
              <w:rPr>
                <w:lang w:val="ru-RU"/>
              </w:rPr>
              <w:t xml:space="preserve"> на </w:t>
            </w:r>
            <w:proofErr w:type="spellStart"/>
            <w:r w:rsidRPr="00900358">
              <w:rPr>
                <w:lang w:val="ru-RU"/>
              </w:rPr>
              <w:t>слизовій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оболонці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порожнини</w:t>
            </w:r>
            <w:proofErr w:type="spellEnd"/>
            <w:r w:rsidRPr="00900358">
              <w:rPr>
                <w:lang w:val="ru-RU"/>
              </w:rPr>
              <w:t xml:space="preserve"> рота.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6D89EB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1187D717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CD2DB" w14:textId="77777777" w:rsidR="005F5A93" w:rsidRDefault="00000000">
            <w:pPr>
              <w:jc w:val="center"/>
            </w:pPr>
            <w:r>
              <w:t>16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31F5FF" w14:textId="77777777" w:rsidR="005F5A93" w:rsidRDefault="00000000">
            <w:r>
              <w:t>Грибкові хвороби. Алергічні хвороби слизової оболонки.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71AB1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01BAE072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33837" w14:textId="77777777" w:rsidR="005F5A93" w:rsidRDefault="00000000">
            <w:pPr>
              <w:jc w:val="center"/>
            </w:pPr>
            <w:r>
              <w:t>17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A06BEC" w14:textId="77777777" w:rsidR="005F5A93" w:rsidRDefault="00000000">
            <w:proofErr w:type="spellStart"/>
            <w:r w:rsidRPr="00900358">
              <w:rPr>
                <w:lang w:val="ru-RU"/>
              </w:rPr>
              <w:t>Зміни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слизової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оболонки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порожнини</w:t>
            </w:r>
            <w:proofErr w:type="spellEnd"/>
            <w:r w:rsidRPr="00900358">
              <w:rPr>
                <w:lang w:val="ru-RU"/>
              </w:rPr>
              <w:t xml:space="preserve"> рота при </w:t>
            </w:r>
            <w:proofErr w:type="spellStart"/>
            <w:r w:rsidRPr="00900358">
              <w:rPr>
                <w:lang w:val="ru-RU"/>
              </w:rPr>
              <w:t>деяких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системних</w:t>
            </w:r>
            <w:proofErr w:type="spellEnd"/>
            <w:r w:rsidRPr="00900358">
              <w:rPr>
                <w:lang w:val="ru-RU"/>
              </w:rPr>
              <w:t xml:space="preserve"> і </w:t>
            </w:r>
            <w:proofErr w:type="spellStart"/>
            <w:r w:rsidRPr="00900358">
              <w:rPr>
                <w:lang w:val="ru-RU"/>
              </w:rPr>
              <w:t>специфічних</w:t>
            </w:r>
            <w:proofErr w:type="spellEnd"/>
            <w:r w:rsidRPr="00900358">
              <w:rPr>
                <w:lang w:val="ru-RU"/>
              </w:rPr>
              <w:t xml:space="preserve"> хворобах. </w:t>
            </w:r>
            <w:proofErr w:type="spellStart"/>
            <w:r>
              <w:t>Аномалії</w:t>
            </w:r>
            <w:proofErr w:type="spellEnd"/>
            <w:r>
              <w:t xml:space="preserve"> </w:t>
            </w:r>
            <w:proofErr w:type="spellStart"/>
            <w:r>
              <w:t>та</w:t>
            </w:r>
            <w:proofErr w:type="spellEnd"/>
            <w:r>
              <w:t xml:space="preserve"> </w:t>
            </w:r>
            <w:proofErr w:type="spellStart"/>
            <w:r>
              <w:t>самостійні</w:t>
            </w:r>
            <w:proofErr w:type="spellEnd"/>
            <w:r>
              <w:t xml:space="preserve"> </w:t>
            </w:r>
            <w:proofErr w:type="spellStart"/>
            <w:r>
              <w:t>хвороби</w:t>
            </w:r>
            <w:proofErr w:type="spellEnd"/>
            <w:r>
              <w:t xml:space="preserve"> язика і губ.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5923B1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43AE0405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413028" w14:textId="77777777" w:rsidR="005F5A93" w:rsidRDefault="00000000">
            <w:pPr>
              <w:jc w:val="center"/>
            </w:pPr>
            <w:r>
              <w:t>18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E157F5" w14:textId="77777777" w:rsidR="005F5A93" w:rsidRPr="00900358" w:rsidRDefault="00000000">
            <w:pPr>
              <w:rPr>
                <w:lang w:val="ru-RU"/>
              </w:rPr>
            </w:pPr>
            <w:proofErr w:type="spellStart"/>
            <w:r w:rsidRPr="00900358">
              <w:rPr>
                <w:lang w:val="ru-RU"/>
              </w:rPr>
              <w:t>Санація</w:t>
            </w:r>
            <w:proofErr w:type="spellEnd"/>
            <w:r w:rsidRPr="00900358">
              <w:rPr>
                <w:lang w:val="ru-RU"/>
              </w:rPr>
              <w:t xml:space="preserve"> і </w:t>
            </w:r>
            <w:proofErr w:type="spellStart"/>
            <w:r w:rsidRPr="00900358">
              <w:rPr>
                <w:lang w:val="ru-RU"/>
              </w:rPr>
              <w:t>диспансеризація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дітей</w:t>
            </w:r>
            <w:proofErr w:type="spellEnd"/>
            <w:r w:rsidRPr="00900358">
              <w:rPr>
                <w:lang w:val="ru-RU"/>
              </w:rPr>
              <w:t xml:space="preserve"> у </w:t>
            </w:r>
            <w:proofErr w:type="spellStart"/>
            <w:r w:rsidRPr="00900358">
              <w:rPr>
                <w:lang w:val="ru-RU"/>
              </w:rPr>
              <w:t>стоматології</w:t>
            </w:r>
            <w:proofErr w:type="spellEnd"/>
            <w:r w:rsidRPr="00900358">
              <w:rPr>
                <w:lang w:val="ru-RU"/>
              </w:rPr>
              <w:t>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83249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2179A5EE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DD0412" w14:textId="77777777" w:rsidR="005F5A93" w:rsidRDefault="00000000">
            <w:pPr>
              <w:jc w:val="center"/>
            </w:pPr>
            <w:r>
              <w:t>19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F1C843" w14:textId="77777777" w:rsidR="005F5A93" w:rsidRDefault="00000000">
            <w:proofErr w:type="spellStart"/>
            <w:r w:rsidRPr="00900358">
              <w:rPr>
                <w:lang w:val="ru-RU"/>
              </w:rPr>
              <w:t>Хірургічне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лікування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незрощень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верхньої</w:t>
            </w:r>
            <w:proofErr w:type="spellEnd"/>
            <w:r w:rsidRPr="00900358">
              <w:rPr>
                <w:lang w:val="ru-RU"/>
              </w:rPr>
              <w:t xml:space="preserve"> губи. </w:t>
            </w:r>
            <w:proofErr w:type="spellStart"/>
            <w:r w:rsidRPr="00900358">
              <w:rPr>
                <w:lang w:val="ru-RU"/>
              </w:rPr>
              <w:t>Хірургічне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лікування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незрощень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піднебіння</w:t>
            </w:r>
            <w:proofErr w:type="spellEnd"/>
            <w:r w:rsidRPr="00900358">
              <w:rPr>
                <w:lang w:val="ru-RU"/>
              </w:rPr>
              <w:t xml:space="preserve">. </w:t>
            </w:r>
            <w:proofErr w:type="spellStart"/>
            <w:r w:rsidRPr="00900358">
              <w:rPr>
                <w:lang w:val="ru-RU"/>
              </w:rPr>
              <w:t>Післяопераційні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деформації</w:t>
            </w:r>
            <w:proofErr w:type="spellEnd"/>
            <w:r w:rsidRPr="00900358">
              <w:rPr>
                <w:lang w:val="ru-RU"/>
              </w:rPr>
              <w:t xml:space="preserve"> губи і носа. </w:t>
            </w:r>
            <w:proofErr w:type="spellStart"/>
            <w:r>
              <w:t>Дефекти</w:t>
            </w:r>
            <w:proofErr w:type="spellEnd"/>
            <w:r>
              <w:t xml:space="preserve"> </w:t>
            </w:r>
            <w:proofErr w:type="spellStart"/>
            <w:r>
              <w:t>піднебіння</w:t>
            </w:r>
            <w:proofErr w:type="spellEnd"/>
            <w:r>
              <w:t>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9C5BC6" w14:textId="77777777" w:rsidR="005F5A93" w:rsidRDefault="00000000">
            <w:pPr>
              <w:jc w:val="center"/>
            </w:pPr>
            <w:r>
              <w:t>4</w:t>
            </w:r>
          </w:p>
        </w:tc>
      </w:tr>
      <w:tr w:rsidR="005F5A93" w14:paraId="4072AE08" w14:textId="77777777" w:rsidTr="007A049F">
        <w:trPr>
          <w:jc w:val="center"/>
        </w:trPr>
        <w:tc>
          <w:tcPr>
            <w:tcW w:w="50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DF5D9F" w14:textId="77777777" w:rsidR="005F5A93" w:rsidRDefault="00000000">
            <w:pPr>
              <w:jc w:val="center"/>
            </w:pPr>
            <w:r>
              <w:t>20</w:t>
            </w:r>
          </w:p>
        </w:tc>
        <w:tc>
          <w:tcPr>
            <w:tcW w:w="869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178583" w14:textId="77777777" w:rsidR="005F5A93" w:rsidRDefault="00000000">
            <w:proofErr w:type="spellStart"/>
            <w:r w:rsidRPr="00900358">
              <w:rPr>
                <w:lang w:val="ru-RU"/>
              </w:rPr>
              <w:t>Зміни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слизової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оболонки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порожнини</w:t>
            </w:r>
            <w:proofErr w:type="spellEnd"/>
            <w:r w:rsidRPr="00900358">
              <w:rPr>
                <w:lang w:val="ru-RU"/>
              </w:rPr>
              <w:t xml:space="preserve"> рота при </w:t>
            </w:r>
            <w:proofErr w:type="spellStart"/>
            <w:r w:rsidRPr="00900358">
              <w:rPr>
                <w:lang w:val="ru-RU"/>
              </w:rPr>
              <w:t>деяких</w:t>
            </w:r>
            <w:proofErr w:type="spellEnd"/>
            <w:r w:rsidRPr="00900358">
              <w:rPr>
                <w:lang w:val="ru-RU"/>
              </w:rPr>
              <w:t xml:space="preserve"> </w:t>
            </w:r>
            <w:proofErr w:type="spellStart"/>
            <w:r w:rsidRPr="00900358">
              <w:rPr>
                <w:lang w:val="ru-RU"/>
              </w:rPr>
              <w:t>системних</w:t>
            </w:r>
            <w:proofErr w:type="spellEnd"/>
            <w:r w:rsidRPr="00900358">
              <w:rPr>
                <w:lang w:val="ru-RU"/>
              </w:rPr>
              <w:t xml:space="preserve"> і </w:t>
            </w:r>
            <w:proofErr w:type="spellStart"/>
            <w:r w:rsidRPr="00900358">
              <w:rPr>
                <w:lang w:val="ru-RU"/>
              </w:rPr>
              <w:t>специфічних</w:t>
            </w:r>
            <w:proofErr w:type="spellEnd"/>
            <w:r w:rsidRPr="00900358">
              <w:rPr>
                <w:lang w:val="ru-RU"/>
              </w:rPr>
              <w:t xml:space="preserve"> хворобах. </w:t>
            </w:r>
            <w:proofErr w:type="spellStart"/>
            <w:r>
              <w:t>Аномалії</w:t>
            </w:r>
            <w:proofErr w:type="spellEnd"/>
            <w:r>
              <w:t xml:space="preserve"> </w:t>
            </w:r>
            <w:proofErr w:type="spellStart"/>
            <w:r>
              <w:t>та</w:t>
            </w:r>
            <w:proofErr w:type="spellEnd"/>
            <w:r>
              <w:t xml:space="preserve"> </w:t>
            </w:r>
            <w:proofErr w:type="spellStart"/>
            <w:r>
              <w:t>самостійні</w:t>
            </w:r>
            <w:proofErr w:type="spellEnd"/>
            <w:r>
              <w:t xml:space="preserve"> </w:t>
            </w:r>
            <w:proofErr w:type="spellStart"/>
            <w:r>
              <w:t>хвороби</w:t>
            </w:r>
            <w:proofErr w:type="spellEnd"/>
            <w:r>
              <w:t xml:space="preserve"> язика і губ.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69C9E2" w14:textId="77777777" w:rsidR="005F5A93" w:rsidRDefault="00000000">
            <w:pPr>
              <w:jc w:val="center"/>
            </w:pPr>
            <w:r>
              <w:t>6</w:t>
            </w:r>
          </w:p>
        </w:tc>
      </w:tr>
      <w:tr w:rsidR="005F5A93" w14:paraId="3257DBF5" w14:textId="77777777" w:rsidTr="007A049F">
        <w:trPr>
          <w:jc w:val="center"/>
        </w:trPr>
        <w:tc>
          <w:tcPr>
            <w:tcW w:w="9197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B34F6" w14:textId="77777777" w:rsidR="005F5A93" w:rsidRDefault="00000000">
            <w:r>
              <w:rPr>
                <w:b/>
              </w:rPr>
              <w:t>Всього разом годин: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7B82DB" w14:textId="77777777" w:rsidR="005F5A93" w:rsidRDefault="005F5A93">
            <w:pPr>
              <w:jc w:val="center"/>
            </w:pPr>
          </w:p>
        </w:tc>
      </w:tr>
    </w:tbl>
    <w:p w14:paraId="6F9E1C05" w14:textId="37DB17B1" w:rsidR="005F5A93" w:rsidRDefault="00AD3894">
      <w:r w:rsidRPr="00D418D8">
        <w:rPr>
          <w:noProof/>
          <w:lang w:val="uk-UA" w:eastAsia="uk-UA"/>
        </w:rPr>
        <w:drawing>
          <wp:anchor distT="0" distB="0" distL="114300" distR="114300" simplePos="0" relativeHeight="251658752" behindDoc="0" locked="0" layoutInCell="1" allowOverlap="1" wp14:anchorId="5968086F" wp14:editId="40A15B98">
            <wp:simplePos x="0" y="0"/>
            <wp:positionH relativeFrom="column">
              <wp:posOffset>3131820</wp:posOffset>
            </wp:positionH>
            <wp:positionV relativeFrom="paragraph">
              <wp:posOffset>23495</wp:posOffset>
            </wp:positionV>
            <wp:extent cx="1038225" cy="561975"/>
            <wp:effectExtent l="0" t="0" r="0" b="0"/>
            <wp:wrapNone/>
            <wp:docPr id="1875343422" name="Рисунок 1" descr="Зображення, що містить текст, програмне забезпечення, Комп’ютерна піктограма, Мультимедійне програмне забезпеченн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текст, програмне забезпечення, Комп’ютерна піктограма, Мультимедійне програмне забезпечення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62" t="60066" r="40710" b="28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A5D9BD" w14:textId="2777BEAF" w:rsidR="005F5A93" w:rsidRPr="00900358" w:rsidRDefault="00000000">
      <w:pPr>
        <w:spacing w:after="0" w:line="240" w:lineRule="auto"/>
        <w:rPr>
          <w:lang w:val="ru-RU"/>
        </w:rPr>
      </w:pPr>
      <w:r w:rsidRPr="00900358">
        <w:rPr>
          <w:lang w:val="ru-RU"/>
        </w:rPr>
        <w:t xml:space="preserve">Зав. </w:t>
      </w:r>
      <w:proofErr w:type="spellStart"/>
      <w:r w:rsidRPr="00900358">
        <w:rPr>
          <w:lang w:val="ru-RU"/>
        </w:rPr>
        <w:t>кафедри</w:t>
      </w:r>
      <w:proofErr w:type="spellEnd"/>
      <w:r w:rsidRPr="00900358">
        <w:rPr>
          <w:lang w:val="ru-RU"/>
        </w:rPr>
        <w:t xml:space="preserve"> </w:t>
      </w:r>
      <w:proofErr w:type="spellStart"/>
      <w:r w:rsidRPr="00900358">
        <w:rPr>
          <w:lang w:val="ru-RU"/>
        </w:rPr>
        <w:t>стоматології</w:t>
      </w:r>
      <w:proofErr w:type="spellEnd"/>
      <w:r w:rsidRPr="00900358">
        <w:rPr>
          <w:lang w:val="ru-RU"/>
        </w:rPr>
        <w:t xml:space="preserve"> </w:t>
      </w:r>
      <w:proofErr w:type="spellStart"/>
      <w:r w:rsidRPr="00900358">
        <w:rPr>
          <w:lang w:val="ru-RU"/>
        </w:rPr>
        <w:t>дитячого</w:t>
      </w:r>
      <w:proofErr w:type="spellEnd"/>
      <w:r w:rsidRPr="00900358">
        <w:rPr>
          <w:lang w:val="ru-RU"/>
        </w:rPr>
        <w:t xml:space="preserve"> </w:t>
      </w:r>
      <w:proofErr w:type="spellStart"/>
      <w:r w:rsidRPr="00900358">
        <w:rPr>
          <w:lang w:val="ru-RU"/>
        </w:rPr>
        <w:t>віку</w:t>
      </w:r>
      <w:proofErr w:type="spellEnd"/>
      <w:r w:rsidRPr="00900358">
        <w:rPr>
          <w:lang w:val="ru-RU"/>
        </w:rPr>
        <w:t xml:space="preserve">        ____________________        Микола ДМІТРІЄВ</w:t>
      </w:r>
    </w:p>
    <w:sectPr w:rsidR="005F5A93" w:rsidRPr="00900358" w:rsidSect="00034616">
      <w:pgSz w:w="12240" w:h="15840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96894298">
    <w:abstractNumId w:val="8"/>
  </w:num>
  <w:num w:numId="2" w16cid:durableId="1502743476">
    <w:abstractNumId w:val="6"/>
  </w:num>
  <w:num w:numId="3" w16cid:durableId="658191338">
    <w:abstractNumId w:val="5"/>
  </w:num>
  <w:num w:numId="4" w16cid:durableId="1937666953">
    <w:abstractNumId w:val="4"/>
  </w:num>
  <w:num w:numId="5" w16cid:durableId="933903920">
    <w:abstractNumId w:val="7"/>
  </w:num>
  <w:num w:numId="6" w16cid:durableId="504591512">
    <w:abstractNumId w:val="3"/>
  </w:num>
  <w:num w:numId="7" w16cid:durableId="1028527115">
    <w:abstractNumId w:val="2"/>
  </w:num>
  <w:num w:numId="8" w16cid:durableId="920136523">
    <w:abstractNumId w:val="1"/>
  </w:num>
  <w:num w:numId="9" w16cid:durableId="1095663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F5A93"/>
    <w:rsid w:val="007A049F"/>
    <w:rsid w:val="00900358"/>
    <w:rsid w:val="00AA1D8D"/>
    <w:rsid w:val="00AD3894"/>
    <w:rsid w:val="00B47730"/>
    <w:rsid w:val="00CB0664"/>
    <w:rsid w:val="00DB1005"/>
    <w:rsid w:val="00F8162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DF0BF2"/>
  <w14:defaultImageDpi w14:val="300"/>
  <w15:docId w15:val="{E99E4013-FCB2-44DD-8DB3-F14BBD0B8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2046</Words>
  <Characters>1167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Ростислав Иванов</cp:lastModifiedBy>
  <cp:revision>4</cp:revision>
  <dcterms:created xsi:type="dcterms:W3CDTF">2013-12-23T23:15:00Z</dcterms:created>
  <dcterms:modified xsi:type="dcterms:W3CDTF">2026-09-08T09:00:00Z</dcterms:modified>
  <cp:category/>
</cp:coreProperties>
</file>