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601C" w:rsidRPr="000952AC" w:rsidRDefault="000952AC">
      <w:pPr>
        <w:keepNext/>
        <w:keepLines/>
        <w:spacing w:after="0" w:line="240" w:lineRule="auto"/>
        <w:jc w:val="center"/>
        <w:rPr>
          <w:lang w:val="ru-RU"/>
        </w:rPr>
      </w:pPr>
      <w:r w:rsidRPr="000952AC">
        <w:rPr>
          <w:b/>
          <w:lang w:val="ru-RU"/>
        </w:rPr>
        <w:t>МІНІСТЕРСТВО ОХОРОНИ ЗДОРОВ'Я УКРАЇНИ</w:t>
      </w:r>
    </w:p>
    <w:p w:rsidR="0054601C" w:rsidRPr="000952AC" w:rsidRDefault="000952AC">
      <w:pPr>
        <w:keepNext/>
        <w:keepLines/>
        <w:spacing w:after="0" w:line="240" w:lineRule="auto"/>
        <w:jc w:val="center"/>
        <w:rPr>
          <w:lang w:val="ru-RU"/>
        </w:rPr>
      </w:pPr>
      <w:r w:rsidRPr="000952AC">
        <w:rPr>
          <w:b/>
          <w:lang w:val="ru-RU"/>
        </w:rPr>
        <w:t>ВІННИЦЬКИЙ НАЦІОНАЛЬНИЙ МЕДИЧНИЙ УНІВЕРСИТЕТ</w:t>
      </w:r>
    </w:p>
    <w:p w:rsidR="0054601C" w:rsidRPr="000952AC" w:rsidRDefault="000952AC">
      <w:pPr>
        <w:keepNext/>
        <w:keepLines/>
        <w:spacing w:after="0" w:line="240" w:lineRule="auto"/>
        <w:jc w:val="center"/>
        <w:rPr>
          <w:lang w:val="ru-RU"/>
        </w:rPr>
      </w:pPr>
      <w:proofErr w:type="spellStart"/>
      <w:r w:rsidRPr="000952AC">
        <w:rPr>
          <w:b/>
          <w:lang w:val="ru-RU"/>
        </w:rPr>
        <w:t>ім</w:t>
      </w:r>
      <w:proofErr w:type="spellEnd"/>
      <w:r w:rsidRPr="000952AC">
        <w:rPr>
          <w:b/>
          <w:lang w:val="ru-RU"/>
        </w:rPr>
        <w:t>. М.І. ПИРОГОВА</w:t>
      </w:r>
    </w:p>
    <w:p w:rsidR="000952AC" w:rsidRDefault="000952AC" w:rsidP="000952AC">
      <w:pPr>
        <w:keepNext/>
        <w:keepLines/>
        <w:spacing w:after="320" w:line="240" w:lineRule="auto"/>
        <w:jc w:val="right"/>
        <w:rPr>
          <w:lang w:val="ru-RU"/>
        </w:rPr>
      </w:pPr>
      <w:r>
        <w:rPr>
          <w:noProof/>
        </w:rPr>
        <w:drawing>
          <wp:anchor distT="0" distB="0" distL="114300" distR="114300" simplePos="0" relativeHeight="251666432" behindDoc="1" locked="0" layoutInCell="1" allowOverlap="1">
            <wp:simplePos x="0" y="0"/>
            <wp:positionH relativeFrom="column">
              <wp:posOffset>3507740</wp:posOffset>
            </wp:positionH>
            <wp:positionV relativeFrom="paragraph">
              <wp:posOffset>622935</wp:posOffset>
            </wp:positionV>
            <wp:extent cx="1428750" cy="714375"/>
            <wp:effectExtent l="0" t="0" r="0" b="0"/>
            <wp:wrapNone/>
            <wp:docPr id="36" name="Рисунок 36" descr="A541E6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541E6C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714375"/>
                    </a:xfrm>
                    <a:prstGeom prst="rect">
                      <a:avLst/>
                    </a:prstGeom>
                    <a:noFill/>
                  </pic:spPr>
                </pic:pic>
              </a:graphicData>
            </a:graphic>
            <wp14:sizeRelH relativeFrom="page">
              <wp14:pctWidth>0</wp14:pctWidth>
            </wp14:sizeRelH>
            <wp14:sizeRelV relativeFrom="page">
              <wp14:pctHeight>0</wp14:pctHeight>
            </wp14:sizeRelV>
          </wp:anchor>
        </w:drawing>
      </w:r>
      <w:r>
        <w:rPr>
          <w:lang w:val="ru-RU"/>
        </w:rPr>
        <w:t>“</w:t>
      </w:r>
      <w:proofErr w:type="spellStart"/>
      <w:r>
        <w:rPr>
          <w:lang w:val="ru-RU"/>
        </w:rPr>
        <w:t>Затверджено</w:t>
      </w:r>
      <w:proofErr w:type="spellEnd"/>
      <w:r>
        <w:rPr>
          <w:lang w:val="ru-RU"/>
        </w:rPr>
        <w:t>”</w:t>
      </w:r>
      <w:r>
        <w:rPr>
          <w:lang w:val="ru-RU"/>
        </w:rPr>
        <w:br/>
        <w:t xml:space="preserve">на </w:t>
      </w:r>
      <w:proofErr w:type="spellStart"/>
      <w:r>
        <w:rPr>
          <w:lang w:val="ru-RU"/>
        </w:rPr>
        <w:t>методичній</w:t>
      </w:r>
      <w:proofErr w:type="spellEnd"/>
      <w:r>
        <w:rPr>
          <w:lang w:val="ru-RU"/>
        </w:rPr>
        <w:t xml:space="preserve"> </w:t>
      </w:r>
      <w:proofErr w:type="spellStart"/>
      <w:r>
        <w:rPr>
          <w:lang w:val="ru-RU"/>
        </w:rPr>
        <w:t>нараді</w:t>
      </w:r>
      <w:proofErr w:type="spellEnd"/>
      <w:r>
        <w:rPr>
          <w:lang w:val="ru-RU"/>
        </w:rPr>
        <w:br/>
      </w:r>
      <w:proofErr w:type="spellStart"/>
      <w:r>
        <w:rPr>
          <w:lang w:val="ru-RU"/>
        </w:rPr>
        <w:t>кафедри</w:t>
      </w:r>
      <w:proofErr w:type="spellEnd"/>
      <w:r>
        <w:rPr>
          <w:lang w:val="ru-RU"/>
        </w:rPr>
        <w:t xml:space="preserve"> </w:t>
      </w:r>
      <w:proofErr w:type="spellStart"/>
      <w:r>
        <w:rPr>
          <w:lang w:val="ru-RU"/>
        </w:rPr>
        <w:t>стоматології</w:t>
      </w:r>
      <w:proofErr w:type="spellEnd"/>
      <w:r>
        <w:rPr>
          <w:lang w:val="ru-RU"/>
        </w:rPr>
        <w:br/>
      </w:r>
      <w:proofErr w:type="spellStart"/>
      <w:r>
        <w:rPr>
          <w:lang w:val="ru-RU"/>
        </w:rPr>
        <w:t>дитячого</w:t>
      </w:r>
      <w:proofErr w:type="spellEnd"/>
      <w:r>
        <w:rPr>
          <w:lang w:val="ru-RU"/>
        </w:rPr>
        <w:t xml:space="preserve"> </w:t>
      </w:r>
      <w:proofErr w:type="spellStart"/>
      <w:r>
        <w:rPr>
          <w:lang w:val="ru-RU"/>
        </w:rPr>
        <w:t>віку</w:t>
      </w:r>
      <w:proofErr w:type="spellEnd"/>
      <w:r>
        <w:rPr>
          <w:lang w:val="ru-RU"/>
        </w:rPr>
        <w:br/>
      </w:r>
      <w:proofErr w:type="spellStart"/>
      <w:r>
        <w:rPr>
          <w:lang w:val="ru-RU"/>
        </w:rPr>
        <w:t>завідувач</w:t>
      </w:r>
      <w:proofErr w:type="spellEnd"/>
      <w:r>
        <w:rPr>
          <w:lang w:val="ru-RU"/>
        </w:rPr>
        <w:t xml:space="preserve"> </w:t>
      </w:r>
      <w:proofErr w:type="spellStart"/>
      <w:r>
        <w:rPr>
          <w:lang w:val="ru-RU"/>
        </w:rPr>
        <w:t>кафедри</w:t>
      </w:r>
      <w:proofErr w:type="spellEnd"/>
      <w:r>
        <w:rPr>
          <w:lang w:val="ru-RU"/>
        </w:rPr>
        <w:br/>
        <w:t>_________________Микола ДМІТРІЄВ</w:t>
      </w:r>
      <w:r>
        <w:rPr>
          <w:lang w:val="ru-RU"/>
        </w:rPr>
        <w:br/>
        <w:t xml:space="preserve">«28» </w:t>
      </w:r>
      <w:proofErr w:type="spellStart"/>
      <w:r>
        <w:rPr>
          <w:lang w:val="ru-RU"/>
        </w:rPr>
        <w:t>серпня</w:t>
      </w:r>
      <w:proofErr w:type="spellEnd"/>
      <w:r>
        <w:rPr>
          <w:lang w:val="ru-RU"/>
        </w:rPr>
        <w:t xml:space="preserve"> 2026 р.</w:t>
      </w:r>
    </w:p>
    <w:p w:rsidR="0054601C" w:rsidRPr="000952AC" w:rsidRDefault="000952AC">
      <w:pPr>
        <w:keepNext/>
        <w:keepLines/>
        <w:spacing w:before="360" w:line="240" w:lineRule="auto"/>
        <w:jc w:val="center"/>
        <w:rPr>
          <w:lang w:val="ru-RU"/>
        </w:rPr>
      </w:pPr>
      <w:bookmarkStart w:id="0" w:name="_GoBack"/>
      <w:bookmarkEnd w:id="0"/>
      <w:r w:rsidRPr="000952AC">
        <w:rPr>
          <w:b/>
          <w:sz w:val="28"/>
          <w:lang w:val="ru-RU"/>
        </w:rPr>
        <w:t>МЕТОДИЧНІ РЕКОМЕНДАЦІЇ</w:t>
      </w:r>
    </w:p>
    <w:p w:rsidR="0054601C" w:rsidRPr="000952AC" w:rsidRDefault="000952AC">
      <w:pPr>
        <w:keepNext/>
        <w:keepLines/>
        <w:spacing w:after="240" w:line="240" w:lineRule="auto"/>
        <w:jc w:val="center"/>
        <w:rPr>
          <w:lang w:val="ru-RU"/>
        </w:rPr>
      </w:pPr>
      <w:r w:rsidRPr="000952AC">
        <w:rPr>
          <w:lang w:val="ru-RU"/>
        </w:rPr>
        <w:t xml:space="preserve">для </w:t>
      </w:r>
      <w:proofErr w:type="spellStart"/>
      <w:r w:rsidRPr="000952AC">
        <w:rPr>
          <w:lang w:val="ru-RU"/>
        </w:rPr>
        <w:t>лікарів-інтернів</w:t>
      </w:r>
      <w:proofErr w:type="spellEnd"/>
      <w:r w:rsidRPr="000952AC">
        <w:rPr>
          <w:lang w:val="ru-RU"/>
        </w:rPr>
        <w:t xml:space="preserve"> при </w:t>
      </w:r>
      <w:proofErr w:type="spellStart"/>
      <w:r w:rsidRPr="000952AC">
        <w:rPr>
          <w:lang w:val="ru-RU"/>
        </w:rPr>
        <w:t>підготовці</w:t>
      </w:r>
      <w:proofErr w:type="spellEnd"/>
      <w:r w:rsidRPr="000952AC">
        <w:rPr>
          <w:lang w:val="ru-RU"/>
        </w:rPr>
        <w:br/>
        <w:t xml:space="preserve">до практичного </w:t>
      </w:r>
      <w:proofErr w:type="spellStart"/>
      <w:r w:rsidRPr="000952AC">
        <w:rPr>
          <w:lang w:val="ru-RU"/>
        </w:rPr>
        <w:t>заняття</w:t>
      </w:r>
      <w:proofErr w:type="spellEnd"/>
    </w:p>
    <w:tbl>
      <w:tblPr>
        <w:tblStyle w:val="aff2"/>
        <w:tblW w:w="0" w:type="auto"/>
        <w:jc w:val="center"/>
        <w:tblLook w:val="04A0" w:firstRow="1" w:lastRow="0" w:firstColumn="1" w:lastColumn="0" w:noHBand="0" w:noVBand="1"/>
      </w:tblPr>
      <w:tblGrid>
        <w:gridCol w:w="4969"/>
        <w:gridCol w:w="4997"/>
      </w:tblGrid>
      <w:tr w:rsidR="0054601C">
        <w:trPr>
          <w:cantSplit/>
          <w:jc w:val="center"/>
        </w:trPr>
        <w:tc>
          <w:tcPr>
            <w:tcW w:w="5128" w:type="dxa"/>
            <w:tcMar>
              <w:top w:w="80" w:type="dxa"/>
              <w:left w:w="80" w:type="dxa"/>
              <w:bottom w:w="80" w:type="dxa"/>
              <w:right w:w="80" w:type="dxa"/>
            </w:tcMar>
            <w:vAlign w:val="center"/>
          </w:tcPr>
          <w:p w:rsidR="0054601C" w:rsidRDefault="000952AC">
            <w:proofErr w:type="spellStart"/>
            <w:r>
              <w:t>Навчальна</w:t>
            </w:r>
            <w:proofErr w:type="spellEnd"/>
            <w:r>
              <w:t xml:space="preserve"> </w:t>
            </w:r>
            <w:proofErr w:type="spellStart"/>
            <w:r>
              <w:t>дисципліна</w:t>
            </w:r>
            <w:proofErr w:type="spellEnd"/>
          </w:p>
        </w:tc>
        <w:tc>
          <w:tcPr>
            <w:tcW w:w="5128" w:type="dxa"/>
            <w:tcMar>
              <w:top w:w="80" w:type="dxa"/>
              <w:left w:w="80" w:type="dxa"/>
              <w:bottom w:w="80" w:type="dxa"/>
              <w:right w:w="80" w:type="dxa"/>
            </w:tcMar>
            <w:vAlign w:val="center"/>
          </w:tcPr>
          <w:p w:rsidR="0054601C" w:rsidRDefault="000952AC">
            <w:r>
              <w:t>Терапевтична стоматологія дитячого віку</w:t>
            </w:r>
          </w:p>
        </w:tc>
      </w:tr>
      <w:tr w:rsidR="0054601C">
        <w:trPr>
          <w:cantSplit/>
          <w:jc w:val="center"/>
        </w:trPr>
        <w:tc>
          <w:tcPr>
            <w:tcW w:w="5128" w:type="dxa"/>
            <w:tcMar>
              <w:top w:w="80" w:type="dxa"/>
              <w:left w:w="80" w:type="dxa"/>
              <w:bottom w:w="80" w:type="dxa"/>
              <w:right w:w="80" w:type="dxa"/>
            </w:tcMar>
            <w:vAlign w:val="center"/>
          </w:tcPr>
          <w:p w:rsidR="0054601C" w:rsidRDefault="000952AC">
            <w:r>
              <w:t>Тема заняття</w:t>
            </w:r>
          </w:p>
        </w:tc>
        <w:tc>
          <w:tcPr>
            <w:tcW w:w="5128" w:type="dxa"/>
            <w:tcMar>
              <w:top w:w="80" w:type="dxa"/>
              <w:left w:w="80" w:type="dxa"/>
              <w:bottom w:w="80" w:type="dxa"/>
              <w:right w:w="80" w:type="dxa"/>
            </w:tcMar>
            <w:vAlign w:val="center"/>
          </w:tcPr>
          <w:p w:rsidR="0054601C" w:rsidRDefault="000952AC">
            <w:proofErr w:type="spellStart"/>
            <w:r w:rsidRPr="000952AC">
              <w:rPr>
                <w:lang w:val="ru-RU"/>
              </w:rPr>
              <w:t>Хірургічне</w:t>
            </w:r>
            <w:proofErr w:type="spellEnd"/>
            <w:r w:rsidRPr="000952AC">
              <w:rPr>
                <w:lang w:val="ru-RU"/>
              </w:rPr>
              <w:t xml:space="preserve"> </w:t>
            </w:r>
            <w:proofErr w:type="spellStart"/>
            <w:r w:rsidRPr="000952AC">
              <w:rPr>
                <w:lang w:val="ru-RU"/>
              </w:rPr>
              <w:t>лікування</w:t>
            </w:r>
            <w:proofErr w:type="spellEnd"/>
            <w:r w:rsidRPr="000952AC">
              <w:rPr>
                <w:lang w:val="ru-RU"/>
              </w:rPr>
              <w:t xml:space="preserve"> </w:t>
            </w:r>
            <w:proofErr w:type="spellStart"/>
            <w:r w:rsidRPr="000952AC">
              <w:rPr>
                <w:lang w:val="ru-RU"/>
              </w:rPr>
              <w:t>незрощень</w:t>
            </w:r>
            <w:proofErr w:type="spellEnd"/>
            <w:r w:rsidRPr="000952AC">
              <w:rPr>
                <w:lang w:val="ru-RU"/>
              </w:rPr>
              <w:t xml:space="preserve"> </w:t>
            </w:r>
            <w:proofErr w:type="spellStart"/>
            <w:r w:rsidRPr="000952AC">
              <w:rPr>
                <w:lang w:val="ru-RU"/>
              </w:rPr>
              <w:t>верхньої</w:t>
            </w:r>
            <w:proofErr w:type="spellEnd"/>
            <w:r w:rsidRPr="000952AC">
              <w:rPr>
                <w:lang w:val="ru-RU"/>
              </w:rPr>
              <w:t xml:space="preserve"> губи. </w:t>
            </w:r>
            <w:proofErr w:type="spellStart"/>
            <w:r w:rsidRPr="000952AC">
              <w:rPr>
                <w:lang w:val="ru-RU"/>
              </w:rPr>
              <w:t>Хірургічне</w:t>
            </w:r>
            <w:proofErr w:type="spellEnd"/>
            <w:r w:rsidRPr="000952AC">
              <w:rPr>
                <w:lang w:val="ru-RU"/>
              </w:rPr>
              <w:t xml:space="preserve"> </w:t>
            </w:r>
            <w:proofErr w:type="spellStart"/>
            <w:r w:rsidRPr="000952AC">
              <w:rPr>
                <w:lang w:val="ru-RU"/>
              </w:rPr>
              <w:t>лікування</w:t>
            </w:r>
            <w:proofErr w:type="spellEnd"/>
            <w:r w:rsidRPr="000952AC">
              <w:rPr>
                <w:lang w:val="ru-RU"/>
              </w:rPr>
              <w:t xml:space="preserve"> </w:t>
            </w:r>
            <w:proofErr w:type="spellStart"/>
            <w:r w:rsidRPr="000952AC">
              <w:rPr>
                <w:lang w:val="ru-RU"/>
              </w:rPr>
              <w:t>незрощень</w:t>
            </w:r>
            <w:proofErr w:type="spellEnd"/>
            <w:r w:rsidRPr="000952AC">
              <w:rPr>
                <w:lang w:val="ru-RU"/>
              </w:rPr>
              <w:t xml:space="preserve"> </w:t>
            </w:r>
            <w:proofErr w:type="spellStart"/>
            <w:r w:rsidRPr="000952AC">
              <w:rPr>
                <w:lang w:val="ru-RU"/>
              </w:rPr>
              <w:t>піднебіння</w:t>
            </w:r>
            <w:proofErr w:type="spellEnd"/>
            <w:r w:rsidRPr="000952AC">
              <w:rPr>
                <w:lang w:val="ru-RU"/>
              </w:rPr>
              <w:t xml:space="preserve">. </w:t>
            </w:r>
            <w:proofErr w:type="spellStart"/>
            <w:r w:rsidRPr="000952AC">
              <w:rPr>
                <w:lang w:val="ru-RU"/>
              </w:rPr>
              <w:t>Післяопераційні</w:t>
            </w:r>
            <w:proofErr w:type="spellEnd"/>
            <w:r w:rsidRPr="000952AC">
              <w:rPr>
                <w:lang w:val="ru-RU"/>
              </w:rPr>
              <w:t xml:space="preserve"> </w:t>
            </w:r>
            <w:proofErr w:type="spellStart"/>
            <w:r w:rsidRPr="000952AC">
              <w:rPr>
                <w:lang w:val="ru-RU"/>
              </w:rPr>
              <w:t>деформації</w:t>
            </w:r>
            <w:proofErr w:type="spellEnd"/>
            <w:r w:rsidRPr="000952AC">
              <w:rPr>
                <w:lang w:val="ru-RU"/>
              </w:rPr>
              <w:t xml:space="preserve"> губи і нос</w:t>
            </w:r>
            <w:r w:rsidRPr="000952AC">
              <w:rPr>
                <w:lang w:val="ru-RU"/>
              </w:rPr>
              <w:t xml:space="preserve">а. </w:t>
            </w:r>
            <w:proofErr w:type="spellStart"/>
            <w:r>
              <w:t>Дефекти</w:t>
            </w:r>
            <w:proofErr w:type="spellEnd"/>
            <w:r>
              <w:t xml:space="preserve"> </w:t>
            </w:r>
            <w:proofErr w:type="spellStart"/>
            <w:r>
              <w:t>піднебіння</w:t>
            </w:r>
            <w:proofErr w:type="spellEnd"/>
            <w:r>
              <w:t>.</w:t>
            </w:r>
          </w:p>
        </w:tc>
      </w:tr>
      <w:tr w:rsidR="0054601C">
        <w:trPr>
          <w:cantSplit/>
          <w:jc w:val="center"/>
        </w:trPr>
        <w:tc>
          <w:tcPr>
            <w:tcW w:w="5128" w:type="dxa"/>
            <w:tcMar>
              <w:top w:w="80" w:type="dxa"/>
              <w:left w:w="80" w:type="dxa"/>
              <w:bottom w:w="80" w:type="dxa"/>
              <w:right w:w="80" w:type="dxa"/>
            </w:tcMar>
            <w:vAlign w:val="center"/>
          </w:tcPr>
          <w:p w:rsidR="0054601C" w:rsidRDefault="000952AC">
            <w:r>
              <w:t>Курс</w:t>
            </w:r>
          </w:p>
        </w:tc>
        <w:tc>
          <w:tcPr>
            <w:tcW w:w="5128" w:type="dxa"/>
            <w:tcMar>
              <w:top w:w="80" w:type="dxa"/>
              <w:left w:w="80" w:type="dxa"/>
              <w:bottom w:w="80" w:type="dxa"/>
              <w:right w:w="80" w:type="dxa"/>
            </w:tcMar>
            <w:vAlign w:val="center"/>
          </w:tcPr>
          <w:p w:rsidR="0054601C" w:rsidRDefault="000952AC">
            <w:r>
              <w:t>4</w:t>
            </w:r>
          </w:p>
        </w:tc>
      </w:tr>
      <w:tr w:rsidR="0054601C">
        <w:trPr>
          <w:cantSplit/>
          <w:jc w:val="center"/>
        </w:trPr>
        <w:tc>
          <w:tcPr>
            <w:tcW w:w="5128" w:type="dxa"/>
            <w:tcMar>
              <w:top w:w="80" w:type="dxa"/>
              <w:left w:w="80" w:type="dxa"/>
              <w:bottom w:w="80" w:type="dxa"/>
              <w:right w:w="80" w:type="dxa"/>
            </w:tcMar>
            <w:vAlign w:val="center"/>
          </w:tcPr>
          <w:p w:rsidR="0054601C" w:rsidRDefault="000952AC">
            <w:r>
              <w:t>Факультет та форма навчання</w:t>
            </w:r>
          </w:p>
        </w:tc>
        <w:tc>
          <w:tcPr>
            <w:tcW w:w="5128" w:type="dxa"/>
            <w:tcMar>
              <w:top w:w="80" w:type="dxa"/>
              <w:left w:w="80" w:type="dxa"/>
              <w:bottom w:w="80" w:type="dxa"/>
              <w:right w:w="80" w:type="dxa"/>
            </w:tcMar>
            <w:vAlign w:val="center"/>
          </w:tcPr>
          <w:p w:rsidR="0054601C" w:rsidRDefault="000952AC">
            <w:r>
              <w:t>Стоматологічний, денна</w:t>
            </w:r>
          </w:p>
        </w:tc>
      </w:tr>
    </w:tbl>
    <w:p w:rsidR="0054601C" w:rsidRDefault="0054601C">
      <w:pPr>
        <w:spacing w:before="3100" w:after="0" w:line="240" w:lineRule="auto"/>
        <w:jc w:val="center"/>
      </w:pPr>
    </w:p>
    <w:p w:rsidR="0054601C" w:rsidRDefault="000952AC">
      <w:pPr>
        <w:keepNext/>
        <w:keepLines/>
        <w:spacing w:after="0" w:line="240" w:lineRule="auto"/>
        <w:jc w:val="center"/>
      </w:pPr>
      <w:r>
        <w:t>Вінниця 2026</w:t>
      </w:r>
    </w:p>
    <w:p w:rsidR="0054601C" w:rsidRDefault="000952AC">
      <w:r>
        <w:br w:type="page"/>
      </w:r>
    </w:p>
    <w:p w:rsidR="0054601C" w:rsidRDefault="000952AC">
      <w:pPr>
        <w:keepNext/>
        <w:keepLines/>
        <w:spacing w:before="200" w:after="0" w:line="240" w:lineRule="auto"/>
      </w:pPr>
      <w:r>
        <w:rPr>
          <w:b/>
        </w:rPr>
        <w:lastRenderedPageBreak/>
        <w:t>Укладач: Асистент Ростислав ІВАНОВ</w:t>
      </w:r>
    </w:p>
    <w:p w:rsidR="0054601C" w:rsidRDefault="000952AC">
      <w:pPr>
        <w:keepNext/>
        <w:keepLines/>
        <w:widowControl w:val="0"/>
        <w:numPr>
          <w:ilvl w:val="0"/>
          <w:numId w:val="1"/>
        </w:numPr>
        <w:tabs>
          <w:tab w:val="left" w:pos="1148"/>
        </w:tabs>
        <w:spacing w:after="160" w:line="360" w:lineRule="auto"/>
        <w:ind w:left="0" w:firstLine="840"/>
        <w:jc w:val="both"/>
      </w:pPr>
      <w:r>
        <w:rPr>
          <w:color w:val="000000"/>
          <w:lang w:val="uk-UA" w:eastAsia="uk-UA" w:bidi="uk-UA"/>
        </w:rPr>
        <w:t>Актуальність теми заняття:</w:t>
      </w:r>
    </w:p>
    <w:p w:rsidR="0054601C" w:rsidRPr="000952AC" w:rsidRDefault="000952AC">
      <w:pPr>
        <w:widowControl w:val="0"/>
        <w:spacing w:after="0" w:line="360" w:lineRule="auto"/>
        <w:rPr>
          <w:lang w:val="uk-UA"/>
        </w:rPr>
      </w:pPr>
      <w:r>
        <w:rPr>
          <w:color w:val="212121"/>
          <w:lang w:val="uk-UA" w:eastAsia="uk-UA" w:bidi="uk-UA"/>
        </w:rPr>
        <w:t xml:space="preserve">Вроджені розщілини верхньої губи, коміркового відростка, м'якого і твердого піднебіння складають 30-35% від усіх вад розвитку людини та є однією з найскладніших проблем сучасної медицини </w:t>
      </w:r>
      <w:r>
        <w:rPr>
          <w:color w:val="000000"/>
          <w:lang w:val="uk-UA" w:eastAsia="uk-UA" w:bidi="uk-UA"/>
        </w:rPr>
        <w:t xml:space="preserve">. </w:t>
      </w:r>
      <w:r>
        <w:rPr>
          <w:color w:val="212121"/>
          <w:lang w:val="uk-UA" w:eastAsia="uk-UA" w:bidi="uk-UA"/>
        </w:rPr>
        <w:t>За тяжкістю анатомо- функціональних порушень розщілини губи й підне</w:t>
      </w:r>
      <w:r>
        <w:rPr>
          <w:color w:val="212121"/>
          <w:lang w:val="uk-UA" w:eastAsia="uk-UA" w:bidi="uk-UA"/>
        </w:rPr>
        <w:t>біння посідають одне з чільних місць, а в 17% випадків поєднуються з іншими вродженими аномаліями органів і тканин. Естетичні, морфологічні і функціональні порушення, які виникають при цьому, ведуть до погіршення механізму соціальної адаптації пацієнтів ст</w:t>
      </w:r>
      <w:r>
        <w:rPr>
          <w:color w:val="212121"/>
          <w:lang w:val="uk-UA" w:eastAsia="uk-UA" w:bidi="uk-UA"/>
        </w:rPr>
        <w:t>ворюючи ряд медико-соціальних проблем .</w:t>
      </w:r>
    </w:p>
    <w:p w:rsidR="0054601C" w:rsidRPr="000952AC" w:rsidRDefault="000952AC">
      <w:pPr>
        <w:widowControl w:val="0"/>
        <w:spacing w:after="0" w:line="360" w:lineRule="auto"/>
        <w:ind w:firstLine="840"/>
        <w:rPr>
          <w:lang w:val="uk-UA"/>
        </w:rPr>
      </w:pPr>
      <w:r>
        <w:rPr>
          <w:color w:val="212121"/>
          <w:lang w:val="uk-UA" w:eastAsia="uk-UA" w:bidi="uk-UA"/>
        </w:rPr>
        <w:t>У даний час кількість дітей з такою вродженою патологією не зменшується, а, навпаки, відзначається тенденція до його зростання . Крім того, зростає кількість дітей, які потребують покращення результатів відновлювальн</w:t>
      </w:r>
      <w:r>
        <w:rPr>
          <w:color w:val="212121"/>
          <w:lang w:val="uk-UA" w:eastAsia="uk-UA" w:bidi="uk-UA"/>
        </w:rPr>
        <w:t>их операцій і ортодонтичного лікування в системі комплексної реабілітації, що вимагає постійного пошуку та впровадження нових методів .</w:t>
      </w:r>
    </w:p>
    <w:p w:rsidR="0054601C" w:rsidRPr="000952AC" w:rsidRDefault="000952AC">
      <w:pPr>
        <w:widowControl w:val="0"/>
        <w:spacing w:after="0" w:line="360" w:lineRule="auto"/>
        <w:ind w:firstLine="840"/>
        <w:rPr>
          <w:lang w:val="uk-UA"/>
        </w:rPr>
      </w:pPr>
      <w:r>
        <w:rPr>
          <w:color w:val="212121"/>
          <w:lang w:val="uk-UA" w:eastAsia="uk-UA" w:bidi="uk-UA"/>
        </w:rPr>
        <w:t>Відомо, що ранні операції на піднебінні призводять до затримки росту верхньої щелепи, підсилюють її недорозвинення за ра</w:t>
      </w:r>
      <w:r>
        <w:rPr>
          <w:color w:val="212121"/>
          <w:lang w:val="uk-UA" w:eastAsia="uk-UA" w:bidi="uk-UA"/>
        </w:rPr>
        <w:t>хунок пошкодження росткових зон і зближення фрагментів щелепи, а також до утворення післяопераційних рубців. У результаті проведеного хірургічного лікування відбувається наростання колапсу верхньої щелепи, а патологічні зміни верхньої зубоальвеолярної дуги</w:t>
      </w:r>
      <w:r>
        <w:rPr>
          <w:color w:val="212121"/>
          <w:lang w:val="uk-UA" w:eastAsia="uk-UA" w:bidi="uk-UA"/>
        </w:rPr>
        <w:t xml:space="preserve"> стають чітко вираженими, що призводить до деформації середньої третини обличчя й дисгармонії розвитку лицевого скелету .</w:t>
      </w:r>
    </w:p>
    <w:p w:rsidR="0054601C" w:rsidRPr="000952AC" w:rsidRDefault="000952AC">
      <w:pPr>
        <w:widowControl w:val="0"/>
        <w:spacing w:after="0" w:line="360" w:lineRule="auto"/>
        <w:ind w:firstLine="1020"/>
        <w:rPr>
          <w:lang w:val="ru-RU"/>
        </w:rPr>
      </w:pPr>
      <w:r>
        <w:rPr>
          <w:color w:val="212121"/>
          <w:lang w:val="uk-UA" w:eastAsia="uk-UA" w:bidi="uk-UA"/>
        </w:rPr>
        <w:t>Доведено, що серед пацієнтів з повною розщілиною піднебіння провідною деформацією вважається недорозвинення верхньої щелепи та її звуж</w:t>
      </w:r>
      <w:r>
        <w:rPr>
          <w:color w:val="212121"/>
          <w:lang w:val="uk-UA" w:eastAsia="uk-UA" w:bidi="uk-UA"/>
        </w:rPr>
        <w:t xml:space="preserve">ення в бічних відділах, які зустрічаються у 69% прооперованих дітей. При цьому науково-обґрунтовані методи лікування звуження верхньої щелепи в дітей з такою патологією представлені </w:t>
      </w:r>
      <w:r>
        <w:rPr>
          <w:color w:val="000000"/>
          <w:lang w:val="uk-UA" w:eastAsia="uk-UA" w:bidi="uk-UA"/>
        </w:rPr>
        <w:t xml:space="preserve">одиничними </w:t>
      </w:r>
      <w:r>
        <w:rPr>
          <w:color w:val="212121"/>
          <w:lang w:val="uk-UA" w:eastAsia="uk-UA" w:bidi="uk-UA"/>
        </w:rPr>
        <w:t>роботами.</w:t>
      </w:r>
    </w:p>
    <w:p w:rsidR="0054601C" w:rsidRPr="000952AC" w:rsidRDefault="000952AC">
      <w:pPr>
        <w:widowControl w:val="0"/>
        <w:spacing w:after="0" w:line="360" w:lineRule="auto"/>
        <w:ind w:firstLine="1020"/>
        <w:rPr>
          <w:lang w:val="ru-RU"/>
        </w:rPr>
      </w:pPr>
      <w:r>
        <w:rPr>
          <w:color w:val="000000"/>
          <w:lang w:val="uk-UA" w:eastAsia="uk-UA" w:bidi="uk-UA"/>
        </w:rPr>
        <w:t xml:space="preserve">Тим </w:t>
      </w:r>
      <w:r>
        <w:rPr>
          <w:color w:val="212121"/>
          <w:lang w:val="uk-UA" w:eastAsia="uk-UA" w:bidi="uk-UA"/>
        </w:rPr>
        <w:t>часом, однією з невирішених актуальних проблем су</w:t>
      </w:r>
      <w:r>
        <w:rPr>
          <w:color w:val="212121"/>
          <w:lang w:val="uk-UA" w:eastAsia="uk-UA" w:bidi="uk-UA"/>
        </w:rPr>
        <w:t xml:space="preserve">часної стоматології є вдосконалення методів ранньої реабілітації дітей з вродженою аномалією щелепно-лицевої ділянки </w:t>
      </w:r>
      <w:r>
        <w:rPr>
          <w:color w:val="000000"/>
          <w:lang w:val="uk-UA" w:eastAsia="uk-UA" w:bidi="uk-UA"/>
        </w:rPr>
        <w:t>.</w:t>
      </w:r>
    </w:p>
    <w:p w:rsidR="0054601C" w:rsidRPr="000952AC" w:rsidRDefault="000952AC">
      <w:pPr>
        <w:widowControl w:val="0"/>
        <w:spacing w:after="0" w:line="360" w:lineRule="auto"/>
        <w:ind w:firstLine="1020"/>
        <w:rPr>
          <w:lang w:val="ru-RU"/>
        </w:rPr>
      </w:pPr>
      <w:r>
        <w:rPr>
          <w:color w:val="000000"/>
          <w:lang w:val="uk-UA" w:eastAsia="uk-UA" w:bidi="uk-UA"/>
        </w:rPr>
        <w:t>Таким чином, складність і трудомісткість лікування дітей з повною розщілиною піднебіння після вело- й уранопластики, високий відсоток</w:t>
      </w:r>
    </w:p>
    <w:p w:rsidR="0054601C" w:rsidRPr="000952AC" w:rsidRDefault="000952AC">
      <w:pPr>
        <w:widowControl w:val="0"/>
        <w:spacing w:after="1260" w:line="360" w:lineRule="auto"/>
        <w:rPr>
          <w:lang w:val="ru-RU"/>
        </w:rPr>
      </w:pPr>
      <w:r>
        <w:rPr>
          <w:color w:val="000000"/>
          <w:lang w:val="uk-UA" w:eastAsia="uk-UA" w:bidi="uk-UA"/>
        </w:rPr>
        <w:t xml:space="preserve">незадовільних результатів та ускладнень при лікуванні, відсутність стабільності результатів роблять актуальними пошуки нових та удосконалення існуючих </w:t>
      </w:r>
      <w:proofErr w:type="spellStart"/>
      <w:r>
        <w:rPr>
          <w:color w:val="000000"/>
          <w:lang w:val="uk-UA" w:eastAsia="uk-UA" w:bidi="uk-UA"/>
        </w:rPr>
        <w:t>ортодонтичних</w:t>
      </w:r>
      <w:proofErr w:type="spellEnd"/>
      <w:r>
        <w:rPr>
          <w:color w:val="000000"/>
          <w:lang w:val="uk-UA" w:eastAsia="uk-UA" w:bidi="uk-UA"/>
        </w:rPr>
        <w:t xml:space="preserve"> конструкцій.</w:t>
      </w:r>
    </w:p>
    <w:p w:rsidR="0054601C" w:rsidRDefault="000952AC">
      <w:pPr>
        <w:keepNext/>
        <w:keepLines/>
        <w:widowControl w:val="0"/>
        <w:numPr>
          <w:ilvl w:val="0"/>
          <w:numId w:val="1"/>
        </w:numPr>
        <w:tabs>
          <w:tab w:val="left" w:pos="1232"/>
        </w:tabs>
        <w:spacing w:after="0" w:line="240" w:lineRule="auto"/>
        <w:ind w:left="0" w:firstLine="840"/>
      </w:pPr>
      <w:r>
        <w:rPr>
          <w:color w:val="000000"/>
          <w:lang w:val="uk-UA" w:eastAsia="uk-UA" w:bidi="uk-UA"/>
        </w:rPr>
        <w:t>Конкретні цілі:</w:t>
      </w:r>
    </w:p>
    <w:p w:rsidR="0054601C" w:rsidRPr="000952AC" w:rsidRDefault="000952AC">
      <w:pPr>
        <w:widowControl w:val="0"/>
        <w:numPr>
          <w:ilvl w:val="0"/>
          <w:numId w:val="3"/>
        </w:numPr>
        <w:tabs>
          <w:tab w:val="left" w:pos="1156"/>
        </w:tabs>
        <w:spacing w:after="0" w:line="240" w:lineRule="auto"/>
        <w:ind w:left="0" w:firstLine="900"/>
        <w:rPr>
          <w:lang w:val="ru-RU"/>
        </w:rPr>
      </w:pPr>
      <w:r>
        <w:rPr>
          <w:color w:val="000000"/>
          <w:lang w:val="uk-UA" w:eastAsia="uk-UA" w:bidi="uk-UA"/>
        </w:rPr>
        <w:t xml:space="preserve">Пояснювати етіологію і патогенез виникнення природжених вад </w:t>
      </w:r>
      <w:r>
        <w:rPr>
          <w:color w:val="000000"/>
          <w:lang w:val="uk-UA" w:eastAsia="uk-UA" w:bidi="uk-UA"/>
        </w:rPr>
        <w:t>обличчя</w:t>
      </w:r>
    </w:p>
    <w:p w:rsidR="0054601C" w:rsidRPr="000952AC" w:rsidRDefault="000952AC">
      <w:pPr>
        <w:widowControl w:val="0"/>
        <w:numPr>
          <w:ilvl w:val="0"/>
          <w:numId w:val="3"/>
        </w:numPr>
        <w:tabs>
          <w:tab w:val="left" w:pos="1156"/>
        </w:tabs>
        <w:spacing w:after="0" w:line="240" w:lineRule="auto"/>
        <w:ind w:left="0" w:firstLine="900"/>
        <w:rPr>
          <w:lang w:val="ru-RU"/>
        </w:rPr>
      </w:pPr>
      <w:r>
        <w:rPr>
          <w:color w:val="000000"/>
          <w:lang w:val="uk-UA" w:eastAsia="uk-UA" w:bidi="uk-UA"/>
        </w:rPr>
        <w:t>Пояснювати особливості діагностики і профілактики природжених вад обличчя.</w:t>
      </w:r>
    </w:p>
    <w:p w:rsidR="0054601C" w:rsidRPr="000952AC" w:rsidRDefault="000952AC">
      <w:pPr>
        <w:widowControl w:val="0"/>
        <w:numPr>
          <w:ilvl w:val="0"/>
          <w:numId w:val="3"/>
        </w:numPr>
        <w:tabs>
          <w:tab w:val="left" w:pos="1156"/>
        </w:tabs>
        <w:spacing w:after="0" w:line="240" w:lineRule="auto"/>
        <w:ind w:left="0" w:firstLine="840"/>
        <w:rPr>
          <w:lang w:val="ru-RU"/>
        </w:rPr>
      </w:pPr>
      <w:r>
        <w:rPr>
          <w:color w:val="000000"/>
          <w:lang w:val="uk-UA" w:eastAsia="uk-UA" w:bidi="uk-UA"/>
        </w:rPr>
        <w:t xml:space="preserve">Ознайомитися з принципами діагностики спадкових синдромів в </w:t>
      </w:r>
      <w:proofErr w:type="spellStart"/>
      <w:r>
        <w:rPr>
          <w:color w:val="000000"/>
          <w:lang w:val="uk-UA" w:eastAsia="uk-UA" w:bidi="uk-UA"/>
        </w:rPr>
        <w:t>ортодонтії</w:t>
      </w:r>
      <w:proofErr w:type="spellEnd"/>
      <w:r>
        <w:rPr>
          <w:color w:val="000000"/>
          <w:lang w:val="uk-UA" w:eastAsia="uk-UA" w:bidi="uk-UA"/>
        </w:rPr>
        <w:t>.</w:t>
      </w:r>
    </w:p>
    <w:p w:rsidR="0054601C" w:rsidRPr="000952AC" w:rsidRDefault="000952AC">
      <w:pPr>
        <w:widowControl w:val="0"/>
        <w:numPr>
          <w:ilvl w:val="0"/>
          <w:numId w:val="3"/>
        </w:numPr>
        <w:tabs>
          <w:tab w:val="left" w:pos="2016"/>
        </w:tabs>
        <w:spacing w:after="300" w:line="240" w:lineRule="auto"/>
        <w:ind w:left="0" w:firstLine="840"/>
        <w:rPr>
          <w:lang w:val="ru-RU"/>
        </w:rPr>
      </w:pPr>
      <w:r>
        <w:rPr>
          <w:color w:val="000000"/>
          <w:lang w:val="uk-UA" w:eastAsia="uk-UA" w:bidi="uk-UA"/>
        </w:rPr>
        <w:lastRenderedPageBreak/>
        <w:t>Аналізувати клінічні прояви основних спадкових синдромів.</w:t>
      </w:r>
    </w:p>
    <w:p w:rsidR="0054601C" w:rsidRPr="000952AC" w:rsidRDefault="000952AC">
      <w:pPr>
        <w:widowControl w:val="0"/>
        <w:tabs>
          <w:tab w:val="left" w:leader="underscore" w:pos="9610"/>
        </w:tabs>
        <w:spacing w:after="0" w:line="240" w:lineRule="auto"/>
        <w:ind w:left="96"/>
        <w:rPr>
          <w:lang w:val="ru-RU"/>
        </w:rPr>
      </w:pPr>
      <w:r>
        <w:rPr>
          <w:color w:val="000000"/>
          <w:lang w:val="uk-UA" w:eastAsia="uk-UA" w:bidi="uk-UA"/>
        </w:rPr>
        <w:t>3. Базові знання, вміння, навички, необхідн</w:t>
      </w:r>
      <w:r>
        <w:rPr>
          <w:color w:val="000000"/>
          <w:lang w:val="uk-UA" w:eastAsia="uk-UA" w:bidi="uk-UA"/>
        </w:rPr>
        <w:t xml:space="preserve">і для вивчення теми </w:t>
      </w:r>
      <w:r>
        <w:rPr>
          <w:color w:val="000000"/>
          <w:u w:val="single"/>
          <w:lang w:val="uk-UA" w:eastAsia="uk-UA" w:bidi="uk-UA"/>
        </w:rPr>
        <w:t>(міждисциплінарна інтеграція)</w:t>
      </w:r>
      <w:r>
        <w:rPr>
          <w:color w:val="000000"/>
          <w:lang w:val="uk-UA" w:eastAsia="uk-UA" w:bidi="uk-UA"/>
        </w:rPr>
        <w:tab/>
      </w:r>
    </w:p>
    <w:tbl>
      <w:tblPr>
        <w:tblOverlap w:val="never"/>
        <w:tblW w:w="0" w:type="auto"/>
        <w:jc w:val="center"/>
        <w:tblLayout w:type="fixed"/>
        <w:tblLook w:val="04A0" w:firstRow="1" w:lastRow="0" w:firstColumn="1" w:lastColumn="0" w:noHBand="0" w:noVBand="1"/>
      </w:tblPr>
      <w:tblGrid>
        <w:gridCol w:w="4819"/>
        <w:gridCol w:w="4819"/>
      </w:tblGrid>
      <w:tr w:rsidR="0054601C">
        <w:trPr>
          <w:cantSplit/>
          <w:trHeight w:hRule="exact" w:val="341"/>
          <w:jc w:val="center"/>
        </w:trPr>
        <w:tc>
          <w:tcPr>
            <w:tcW w:w="4819" w:type="dxa"/>
            <w:tcBorders>
              <w:top w:val="single" w:sz="4" w:space="0" w:color="auto"/>
              <w:lef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Предмет</w:t>
            </w:r>
          </w:p>
        </w:tc>
        <w:tc>
          <w:tcPr>
            <w:tcW w:w="4819" w:type="dxa"/>
            <w:tcBorders>
              <w:top w:val="single" w:sz="4" w:space="0" w:color="auto"/>
              <w:left w:val="single" w:sz="4" w:space="0" w:color="auto"/>
              <w:righ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Отримані знання і навички</w:t>
            </w:r>
          </w:p>
        </w:tc>
      </w:tr>
      <w:tr w:rsidR="0054601C">
        <w:trPr>
          <w:cantSplit/>
          <w:trHeight w:hRule="exact" w:val="2587"/>
          <w:jc w:val="center"/>
        </w:trPr>
        <w:tc>
          <w:tcPr>
            <w:tcW w:w="481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Анатомія</w:t>
            </w:r>
          </w:p>
        </w:tc>
        <w:tc>
          <w:tcPr>
            <w:tcW w:w="4819" w:type="dxa"/>
            <w:tcBorders>
              <w:top w:val="single" w:sz="4" w:space="0" w:color="auto"/>
              <w:left w:val="single" w:sz="4" w:space="0" w:color="auto"/>
              <w:right w:val="single" w:sz="4" w:space="0" w:color="auto"/>
            </w:tcBorders>
            <w:shd w:val="clear" w:color="auto" w:fill="auto"/>
            <w:vAlign w:val="bottom"/>
          </w:tcPr>
          <w:p w:rsidR="0054601C" w:rsidRDefault="000952AC">
            <w:pPr>
              <w:widowControl w:val="0"/>
              <w:tabs>
                <w:tab w:val="left" w:pos="1675"/>
                <w:tab w:val="left" w:pos="2890"/>
                <w:tab w:val="left" w:pos="4512"/>
              </w:tabs>
              <w:spacing w:after="0" w:line="240" w:lineRule="auto"/>
            </w:pPr>
            <w:r>
              <w:rPr>
                <w:color w:val="000000"/>
                <w:lang w:val="uk-UA" w:eastAsia="uk-UA" w:bidi="uk-UA"/>
              </w:rPr>
              <w:t>Описувати</w:t>
            </w:r>
            <w:r>
              <w:rPr>
                <w:color w:val="000000"/>
                <w:lang w:val="uk-UA" w:eastAsia="uk-UA" w:bidi="uk-UA"/>
              </w:rPr>
              <w:tab/>
              <w:t>будову</w:t>
            </w:r>
            <w:r>
              <w:rPr>
                <w:color w:val="000000"/>
                <w:lang w:val="uk-UA" w:eastAsia="uk-UA" w:bidi="uk-UA"/>
              </w:rPr>
              <w:tab/>
              <w:t>мозкового</w:t>
            </w:r>
            <w:r>
              <w:rPr>
                <w:color w:val="000000"/>
                <w:lang w:val="uk-UA" w:eastAsia="uk-UA" w:bidi="uk-UA"/>
              </w:rPr>
              <w:tab/>
              <w:t>і</w:t>
            </w:r>
          </w:p>
          <w:p w:rsidR="0054601C" w:rsidRPr="000952AC" w:rsidRDefault="000952AC">
            <w:pPr>
              <w:widowControl w:val="0"/>
              <w:tabs>
                <w:tab w:val="left" w:pos="1315"/>
                <w:tab w:val="left" w:pos="2880"/>
                <w:tab w:val="left" w:pos="4522"/>
              </w:tabs>
              <w:spacing w:after="0" w:line="240" w:lineRule="auto"/>
              <w:rPr>
                <w:lang w:val="uk-UA"/>
              </w:rPr>
            </w:pPr>
            <w:r>
              <w:rPr>
                <w:color w:val="000000"/>
                <w:lang w:val="uk-UA" w:eastAsia="uk-UA" w:bidi="uk-UA"/>
              </w:rPr>
              <w:t>лицевого відділів черепа, щелеп, прикріплення мімічних і жувальних м'язів.</w:t>
            </w:r>
            <w:r>
              <w:rPr>
                <w:color w:val="000000"/>
                <w:lang w:val="uk-UA" w:eastAsia="uk-UA" w:bidi="uk-UA"/>
              </w:rPr>
              <w:tab/>
              <w:t>Оцінити</w:t>
            </w:r>
            <w:r>
              <w:rPr>
                <w:color w:val="000000"/>
                <w:lang w:val="uk-UA" w:eastAsia="uk-UA" w:bidi="uk-UA"/>
              </w:rPr>
              <w:tab/>
              <w:t>розвиток</w:t>
            </w:r>
            <w:r>
              <w:rPr>
                <w:color w:val="000000"/>
                <w:lang w:val="uk-UA" w:eastAsia="uk-UA" w:bidi="uk-UA"/>
              </w:rPr>
              <w:tab/>
              <w:t>і</w:t>
            </w:r>
          </w:p>
          <w:p w:rsidR="0054601C" w:rsidRPr="000952AC" w:rsidRDefault="000952AC">
            <w:pPr>
              <w:widowControl w:val="0"/>
              <w:tabs>
                <w:tab w:val="left" w:pos="2165"/>
                <w:tab w:val="left" w:pos="3494"/>
              </w:tabs>
              <w:spacing w:after="0" w:line="240" w:lineRule="auto"/>
              <w:rPr>
                <w:lang w:val="uk-UA"/>
              </w:rPr>
            </w:pPr>
            <w:r>
              <w:rPr>
                <w:color w:val="000000"/>
                <w:lang w:val="uk-UA" w:eastAsia="uk-UA" w:bidi="uk-UA"/>
              </w:rPr>
              <w:t>пропорційність</w:t>
            </w:r>
            <w:r>
              <w:rPr>
                <w:color w:val="000000"/>
                <w:lang w:val="uk-UA" w:eastAsia="uk-UA" w:bidi="uk-UA"/>
              </w:rPr>
              <w:tab/>
              <w:t>розмірів</w:t>
            </w:r>
            <w:r>
              <w:rPr>
                <w:color w:val="000000"/>
                <w:lang w:val="uk-UA" w:eastAsia="uk-UA" w:bidi="uk-UA"/>
              </w:rPr>
              <w:tab/>
              <w:t>лицевого</w:t>
            </w:r>
          </w:p>
          <w:p w:rsidR="0054601C" w:rsidRPr="000952AC" w:rsidRDefault="000952AC">
            <w:pPr>
              <w:widowControl w:val="0"/>
              <w:tabs>
                <w:tab w:val="left" w:pos="3158"/>
              </w:tabs>
              <w:spacing w:after="0" w:line="240" w:lineRule="auto"/>
              <w:rPr>
                <w:lang w:val="uk-UA"/>
              </w:rPr>
            </w:pPr>
            <w:r>
              <w:rPr>
                <w:color w:val="000000"/>
                <w:lang w:val="uk-UA" w:eastAsia="uk-UA" w:bidi="uk-UA"/>
              </w:rPr>
              <w:t>відділу черепа, щелеп. Описувати анатомо-фізіологічні</w:t>
            </w:r>
            <w:r>
              <w:rPr>
                <w:color w:val="000000"/>
                <w:lang w:val="uk-UA" w:eastAsia="uk-UA" w:bidi="uk-UA"/>
              </w:rPr>
              <w:tab/>
              <w:t>особливості</w:t>
            </w:r>
          </w:p>
          <w:p w:rsidR="0054601C" w:rsidRDefault="000952AC">
            <w:pPr>
              <w:widowControl w:val="0"/>
              <w:spacing w:after="0" w:line="240" w:lineRule="auto"/>
            </w:pPr>
            <w:r>
              <w:rPr>
                <w:color w:val="000000"/>
                <w:lang w:val="uk-UA" w:eastAsia="uk-UA" w:bidi="uk-UA"/>
              </w:rPr>
              <w:t>твердого та м’якого піднебіння</w:t>
            </w:r>
          </w:p>
        </w:tc>
      </w:tr>
      <w:tr w:rsidR="0054601C" w:rsidRPr="000952AC">
        <w:trPr>
          <w:cantSplit/>
          <w:trHeight w:hRule="exact" w:val="1939"/>
          <w:jc w:val="center"/>
        </w:trPr>
        <w:tc>
          <w:tcPr>
            <w:tcW w:w="481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Гістологія</w:t>
            </w:r>
          </w:p>
        </w:tc>
        <w:tc>
          <w:tcPr>
            <w:tcW w:w="4819"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tabs>
                <w:tab w:val="left" w:pos="1632"/>
                <w:tab w:val="right" w:pos="4584"/>
              </w:tabs>
              <w:spacing w:after="0" w:line="240" w:lineRule="auto"/>
              <w:rPr>
                <w:lang w:val="ru-RU"/>
              </w:rPr>
            </w:pPr>
            <w:r>
              <w:rPr>
                <w:color w:val="000000"/>
                <w:lang w:val="uk-UA" w:eastAsia="uk-UA" w:bidi="uk-UA"/>
              </w:rPr>
              <w:t>Малювати</w:t>
            </w:r>
            <w:r>
              <w:rPr>
                <w:color w:val="000000"/>
                <w:lang w:val="uk-UA" w:eastAsia="uk-UA" w:bidi="uk-UA"/>
              </w:rPr>
              <w:tab/>
              <w:t>схему</w:t>
            </w:r>
            <w:r>
              <w:rPr>
                <w:color w:val="000000"/>
                <w:lang w:val="uk-UA" w:eastAsia="uk-UA" w:bidi="uk-UA"/>
              </w:rPr>
              <w:tab/>
              <w:t>ембріонального</w:t>
            </w:r>
          </w:p>
          <w:p w:rsidR="0054601C" w:rsidRPr="000952AC" w:rsidRDefault="000952AC">
            <w:pPr>
              <w:widowControl w:val="0"/>
              <w:tabs>
                <w:tab w:val="left" w:pos="1858"/>
                <w:tab w:val="left" w:pos="2693"/>
                <w:tab w:val="right" w:pos="4589"/>
              </w:tabs>
              <w:spacing w:after="0" w:line="240" w:lineRule="auto"/>
              <w:rPr>
                <w:lang w:val="ru-RU"/>
              </w:rPr>
            </w:pPr>
            <w:r>
              <w:rPr>
                <w:color w:val="000000"/>
                <w:lang w:val="uk-UA" w:eastAsia="uk-UA" w:bidi="uk-UA"/>
              </w:rPr>
              <w:t xml:space="preserve">розвитку </w:t>
            </w:r>
            <w:proofErr w:type="spellStart"/>
            <w:r>
              <w:rPr>
                <w:color w:val="000000"/>
                <w:lang w:val="uk-UA" w:eastAsia="uk-UA" w:bidi="uk-UA"/>
              </w:rPr>
              <w:t>щелепно</w:t>
            </w:r>
            <w:proofErr w:type="spellEnd"/>
            <w:r>
              <w:rPr>
                <w:color w:val="000000"/>
                <w:lang w:val="uk-UA" w:eastAsia="uk-UA" w:bidi="uk-UA"/>
              </w:rPr>
              <w:t>-лицьової ділянки. Визначити</w:t>
            </w:r>
            <w:r>
              <w:rPr>
                <w:color w:val="000000"/>
                <w:lang w:val="uk-UA" w:eastAsia="uk-UA" w:bidi="uk-UA"/>
              </w:rPr>
              <w:tab/>
              <w:t>на</w:t>
            </w:r>
            <w:r>
              <w:rPr>
                <w:color w:val="000000"/>
                <w:lang w:val="uk-UA" w:eastAsia="uk-UA" w:bidi="uk-UA"/>
              </w:rPr>
              <w:tab/>
              <w:t>якому</w:t>
            </w:r>
            <w:r>
              <w:rPr>
                <w:color w:val="000000"/>
                <w:lang w:val="uk-UA" w:eastAsia="uk-UA" w:bidi="uk-UA"/>
              </w:rPr>
              <w:tab/>
              <w:t>етапі</w:t>
            </w:r>
          </w:p>
          <w:p w:rsidR="0054601C" w:rsidRPr="000952AC" w:rsidRDefault="000952AC">
            <w:pPr>
              <w:widowControl w:val="0"/>
              <w:tabs>
                <w:tab w:val="left" w:pos="2338"/>
                <w:tab w:val="right" w:pos="4579"/>
              </w:tabs>
              <w:spacing w:after="0" w:line="240" w:lineRule="auto"/>
              <w:rPr>
                <w:lang w:val="ru-RU"/>
              </w:rPr>
            </w:pPr>
            <w:r>
              <w:rPr>
                <w:color w:val="000000"/>
                <w:lang w:val="uk-UA" w:eastAsia="uk-UA" w:bidi="uk-UA"/>
              </w:rPr>
              <w:t>ембріонального</w:t>
            </w:r>
            <w:r>
              <w:rPr>
                <w:color w:val="000000"/>
                <w:lang w:val="uk-UA" w:eastAsia="uk-UA" w:bidi="uk-UA"/>
              </w:rPr>
              <w:tab/>
              <w:t>розвитку</w:t>
            </w:r>
            <w:r>
              <w:rPr>
                <w:color w:val="000000"/>
                <w:lang w:val="uk-UA" w:eastAsia="uk-UA" w:bidi="uk-UA"/>
              </w:rPr>
              <w:tab/>
              <w:t>плоду</w:t>
            </w:r>
          </w:p>
          <w:p w:rsidR="0054601C" w:rsidRPr="000952AC" w:rsidRDefault="000952AC">
            <w:pPr>
              <w:widowControl w:val="0"/>
              <w:spacing w:after="0" w:line="240" w:lineRule="auto"/>
              <w:rPr>
                <w:lang w:val="ru-RU"/>
              </w:rPr>
            </w:pPr>
            <w:r>
              <w:rPr>
                <w:color w:val="000000"/>
                <w:lang w:val="uk-UA" w:eastAsia="uk-UA" w:bidi="uk-UA"/>
              </w:rPr>
              <w:t xml:space="preserve">утворився та чи інша вада </w:t>
            </w:r>
            <w:r>
              <w:rPr>
                <w:color w:val="000000"/>
                <w:lang w:val="uk-UA" w:eastAsia="uk-UA" w:bidi="uk-UA"/>
              </w:rPr>
              <w:t>розвитку обличчя.</w:t>
            </w:r>
          </w:p>
        </w:tc>
      </w:tr>
      <w:tr w:rsidR="0054601C">
        <w:trPr>
          <w:cantSplit/>
          <w:trHeight w:hRule="exact" w:val="658"/>
          <w:jc w:val="center"/>
        </w:trPr>
        <w:tc>
          <w:tcPr>
            <w:tcW w:w="481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Нормальна фізіологія</w:t>
            </w:r>
          </w:p>
        </w:tc>
        <w:tc>
          <w:tcPr>
            <w:tcW w:w="4819" w:type="dxa"/>
            <w:tcBorders>
              <w:top w:val="single" w:sz="4" w:space="0" w:color="auto"/>
              <w:left w:val="single" w:sz="4" w:space="0" w:color="auto"/>
              <w:righ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Знати функцію мімічних і жувальних м'язів.</w:t>
            </w:r>
          </w:p>
        </w:tc>
      </w:tr>
      <w:tr w:rsidR="0054601C" w:rsidRPr="000952AC">
        <w:trPr>
          <w:cantSplit/>
          <w:trHeight w:hRule="exact" w:val="1618"/>
          <w:jc w:val="center"/>
        </w:trPr>
        <w:tc>
          <w:tcPr>
            <w:tcW w:w="481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Ортопедична стоматологія</w:t>
            </w:r>
          </w:p>
        </w:tc>
        <w:tc>
          <w:tcPr>
            <w:tcW w:w="4819"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ru-RU"/>
              </w:rPr>
            </w:pPr>
            <w:r>
              <w:rPr>
                <w:color w:val="000000"/>
                <w:lang w:val="uk-UA" w:eastAsia="uk-UA" w:bidi="uk-UA"/>
              </w:rPr>
              <w:t>Володіти методикою зняття відбитків і відливання діагностичних моделей.</w:t>
            </w:r>
          </w:p>
          <w:p w:rsidR="0054601C" w:rsidRPr="000952AC" w:rsidRDefault="000952AC">
            <w:pPr>
              <w:widowControl w:val="0"/>
              <w:tabs>
                <w:tab w:val="left" w:pos="2059"/>
                <w:tab w:val="left" w:pos="4166"/>
              </w:tabs>
              <w:spacing w:after="0" w:line="240" w:lineRule="auto"/>
              <w:rPr>
                <w:lang w:val="ru-RU"/>
              </w:rPr>
            </w:pPr>
            <w:r>
              <w:rPr>
                <w:color w:val="000000"/>
                <w:lang w:val="uk-UA" w:eastAsia="uk-UA" w:bidi="uk-UA"/>
              </w:rPr>
              <w:t>Володіти</w:t>
            </w:r>
            <w:r>
              <w:rPr>
                <w:color w:val="000000"/>
                <w:lang w:val="uk-UA" w:eastAsia="uk-UA" w:bidi="uk-UA"/>
              </w:rPr>
              <w:tab/>
              <w:t>знаннями</w:t>
            </w:r>
            <w:r>
              <w:rPr>
                <w:color w:val="000000"/>
                <w:lang w:val="uk-UA" w:eastAsia="uk-UA" w:bidi="uk-UA"/>
              </w:rPr>
              <w:tab/>
              <w:t>про</w:t>
            </w:r>
          </w:p>
          <w:p w:rsidR="0054601C" w:rsidRPr="000952AC" w:rsidRDefault="000952AC">
            <w:pPr>
              <w:widowControl w:val="0"/>
              <w:spacing w:after="0" w:line="240" w:lineRule="auto"/>
              <w:rPr>
                <w:lang w:val="ru-RU"/>
              </w:rPr>
            </w:pPr>
            <w:r>
              <w:rPr>
                <w:color w:val="000000"/>
                <w:lang w:val="uk-UA" w:eastAsia="uk-UA" w:bidi="uk-UA"/>
              </w:rPr>
              <w:t xml:space="preserve">матеріалознавство і лабораторні етапи виготовлення </w:t>
            </w:r>
            <w:r>
              <w:rPr>
                <w:color w:val="000000"/>
                <w:lang w:val="uk-UA" w:eastAsia="uk-UA" w:bidi="uk-UA"/>
              </w:rPr>
              <w:t>знімних протезів.</w:t>
            </w:r>
          </w:p>
        </w:tc>
      </w:tr>
      <w:tr w:rsidR="0054601C" w:rsidRPr="000952AC">
        <w:trPr>
          <w:cantSplit/>
          <w:trHeight w:hRule="exact" w:val="1310"/>
          <w:jc w:val="center"/>
        </w:trPr>
        <w:tc>
          <w:tcPr>
            <w:tcW w:w="4819" w:type="dxa"/>
            <w:tcBorders>
              <w:top w:val="single" w:sz="4" w:space="0" w:color="auto"/>
              <w:left w:val="single" w:sz="4" w:space="0" w:color="auto"/>
              <w:bottom w:val="single" w:sz="4" w:space="0" w:color="auto"/>
            </w:tcBorders>
            <w:shd w:val="clear" w:color="auto" w:fill="auto"/>
          </w:tcPr>
          <w:p w:rsidR="0054601C" w:rsidRPr="000952AC" w:rsidRDefault="000952AC">
            <w:pPr>
              <w:widowControl w:val="0"/>
              <w:spacing w:after="0" w:line="240" w:lineRule="auto"/>
              <w:rPr>
                <w:lang w:val="ru-RU"/>
              </w:rPr>
            </w:pPr>
            <w:r>
              <w:rPr>
                <w:color w:val="000000"/>
                <w:lang w:val="uk-UA" w:eastAsia="uk-UA" w:bidi="uk-UA"/>
              </w:rPr>
              <w:t>Топографічна анатомія та оперативна хірургія</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ru-RU"/>
              </w:rPr>
            </w:pPr>
            <w:r>
              <w:rPr>
                <w:color w:val="000000"/>
                <w:lang w:val="uk-UA" w:eastAsia="uk-UA" w:bidi="uk-UA"/>
              </w:rPr>
              <w:t>Володіти знаннями про механізми росту і розвитку лицьового скелету і м'язів щелепно-лицевої ділянки у віковому аспекті</w:t>
            </w:r>
          </w:p>
        </w:tc>
      </w:tr>
    </w:tbl>
    <w:p w:rsidR="0054601C" w:rsidRPr="000952AC" w:rsidRDefault="000952AC">
      <w:pPr>
        <w:widowControl w:val="0"/>
        <w:numPr>
          <w:ilvl w:val="1"/>
          <w:numId w:val="5"/>
        </w:numPr>
        <w:tabs>
          <w:tab w:val="left" w:pos="531"/>
        </w:tabs>
        <w:spacing w:after="0" w:line="240" w:lineRule="auto"/>
        <w:ind w:left="0" w:firstLine="0"/>
        <w:jc w:val="center"/>
        <w:rPr>
          <w:lang w:val="ru-RU"/>
        </w:rPr>
      </w:pPr>
      <w:r>
        <w:rPr>
          <w:b/>
          <w:bCs/>
          <w:i/>
          <w:iCs/>
          <w:color w:val="000000"/>
          <w:u w:val="single"/>
          <w:lang w:val="uk-UA" w:eastAsia="uk-UA" w:bidi="uk-UA"/>
        </w:rPr>
        <w:t>Базові знання, навики, вміння необхідні для вивчення теми</w:t>
      </w:r>
    </w:p>
    <w:p w:rsidR="0054601C" w:rsidRPr="000952AC" w:rsidRDefault="000952AC">
      <w:pPr>
        <w:widowControl w:val="0"/>
        <w:numPr>
          <w:ilvl w:val="0"/>
          <w:numId w:val="7"/>
        </w:numPr>
        <w:tabs>
          <w:tab w:val="left" w:pos="1362"/>
        </w:tabs>
        <w:spacing w:after="0" w:line="240" w:lineRule="auto"/>
        <w:ind w:left="0" w:firstLine="820"/>
        <w:rPr>
          <w:lang w:val="ru-RU"/>
        </w:rPr>
      </w:pPr>
      <w:r>
        <w:rPr>
          <w:color w:val="000000"/>
          <w:lang w:val="uk-UA" w:eastAsia="uk-UA" w:bidi="uk-UA"/>
        </w:rPr>
        <w:t xml:space="preserve">Анатомічні </w:t>
      </w:r>
      <w:r>
        <w:rPr>
          <w:color w:val="000000"/>
          <w:lang w:val="uk-UA" w:eastAsia="uk-UA" w:bidi="uk-UA"/>
        </w:rPr>
        <w:t xml:space="preserve">особливості будови </w:t>
      </w:r>
      <w:proofErr w:type="spellStart"/>
      <w:r>
        <w:rPr>
          <w:color w:val="000000"/>
          <w:lang w:val="uk-UA" w:eastAsia="uk-UA" w:bidi="uk-UA"/>
        </w:rPr>
        <w:t>щелепно</w:t>
      </w:r>
      <w:proofErr w:type="spellEnd"/>
      <w:r>
        <w:rPr>
          <w:color w:val="000000"/>
          <w:lang w:val="uk-UA" w:eastAsia="uk-UA" w:bidi="uk-UA"/>
        </w:rPr>
        <w:t>-лицевої ділянки в дітей.</w:t>
      </w:r>
    </w:p>
    <w:p w:rsidR="0054601C" w:rsidRPr="000952AC" w:rsidRDefault="000952AC">
      <w:pPr>
        <w:widowControl w:val="0"/>
        <w:numPr>
          <w:ilvl w:val="0"/>
          <w:numId w:val="7"/>
        </w:numPr>
        <w:tabs>
          <w:tab w:val="left" w:pos="1362"/>
        </w:tabs>
        <w:spacing w:after="0" w:line="240" w:lineRule="auto"/>
        <w:ind w:left="0" w:firstLine="820"/>
        <w:rPr>
          <w:lang w:val="ru-RU"/>
        </w:rPr>
      </w:pPr>
      <w:r>
        <w:rPr>
          <w:color w:val="000000"/>
          <w:lang w:val="uk-UA" w:eastAsia="uk-UA" w:bidi="uk-UA"/>
        </w:rPr>
        <w:t>Як в ембріональному періоді розвивається ЩЛД?</w:t>
      </w:r>
    </w:p>
    <w:p w:rsidR="0054601C" w:rsidRPr="000952AC" w:rsidRDefault="000952AC">
      <w:pPr>
        <w:widowControl w:val="0"/>
        <w:numPr>
          <w:ilvl w:val="0"/>
          <w:numId w:val="7"/>
        </w:numPr>
        <w:tabs>
          <w:tab w:val="left" w:pos="1362"/>
        </w:tabs>
        <w:spacing w:after="0" w:line="240" w:lineRule="auto"/>
        <w:ind w:left="0" w:firstLine="820"/>
        <w:rPr>
          <w:lang w:val="ru-RU"/>
        </w:rPr>
      </w:pPr>
      <w:proofErr w:type="spellStart"/>
      <w:r>
        <w:rPr>
          <w:color w:val="000000"/>
          <w:lang w:val="uk-UA" w:eastAsia="uk-UA" w:bidi="uk-UA"/>
        </w:rPr>
        <w:t>Емріогенез</w:t>
      </w:r>
      <w:proofErr w:type="spellEnd"/>
      <w:r>
        <w:rPr>
          <w:color w:val="000000"/>
          <w:lang w:val="uk-UA" w:eastAsia="uk-UA" w:bidi="uk-UA"/>
        </w:rPr>
        <w:t xml:space="preserve"> ротової порожнини, щелеп і зубів.</w:t>
      </w:r>
    </w:p>
    <w:p w:rsidR="0054601C" w:rsidRPr="000952AC" w:rsidRDefault="000952AC">
      <w:pPr>
        <w:widowControl w:val="0"/>
        <w:numPr>
          <w:ilvl w:val="0"/>
          <w:numId w:val="7"/>
        </w:numPr>
        <w:tabs>
          <w:tab w:val="left" w:pos="1362"/>
          <w:tab w:val="left" w:pos="5874"/>
        </w:tabs>
        <w:spacing w:after="0" w:line="240" w:lineRule="auto"/>
        <w:ind w:left="0" w:firstLine="820"/>
        <w:rPr>
          <w:lang w:val="ru-RU"/>
        </w:rPr>
      </w:pPr>
      <w:r>
        <w:rPr>
          <w:color w:val="000000"/>
          <w:lang w:val="uk-UA" w:eastAsia="uk-UA" w:bidi="uk-UA"/>
        </w:rPr>
        <w:t>Дати визначення поняттям "</w:t>
      </w:r>
      <w:r>
        <w:rPr>
          <w:color w:val="000000"/>
          <w:lang w:val="uk-UA" w:eastAsia="uk-UA" w:bidi="uk-UA"/>
        </w:rPr>
        <w:tab/>
        <w:t>спадкове захворювання",</w:t>
      </w:r>
    </w:p>
    <w:p w:rsidR="0054601C" w:rsidRDefault="000952AC">
      <w:pPr>
        <w:widowControl w:val="0"/>
        <w:spacing w:after="0" w:line="240" w:lineRule="auto"/>
        <w:ind w:left="1380"/>
      </w:pPr>
      <w:r>
        <w:rPr>
          <w:color w:val="000000"/>
          <w:lang w:val="uk-UA" w:eastAsia="uk-UA" w:bidi="uk-UA"/>
        </w:rPr>
        <w:t>"спадкова схильність".</w:t>
      </w:r>
    </w:p>
    <w:p w:rsidR="0054601C" w:rsidRPr="000952AC" w:rsidRDefault="000952AC">
      <w:pPr>
        <w:widowControl w:val="0"/>
        <w:numPr>
          <w:ilvl w:val="0"/>
          <w:numId w:val="7"/>
        </w:numPr>
        <w:tabs>
          <w:tab w:val="left" w:pos="1362"/>
        </w:tabs>
        <w:spacing w:after="0" w:line="240" w:lineRule="auto"/>
        <w:ind w:left="1380" w:hanging="560"/>
        <w:jc w:val="both"/>
        <w:rPr>
          <w:lang w:val="ru-RU"/>
        </w:rPr>
      </w:pPr>
      <w:r>
        <w:rPr>
          <w:color w:val="000000"/>
          <w:lang w:val="uk-UA" w:eastAsia="uk-UA" w:bidi="uk-UA"/>
        </w:rPr>
        <w:t>Дати визначення медичним поняттям "врод</w:t>
      </w:r>
      <w:r>
        <w:rPr>
          <w:color w:val="000000"/>
          <w:lang w:val="uk-UA" w:eastAsia="uk-UA" w:bidi="uk-UA"/>
        </w:rPr>
        <w:t xml:space="preserve">жена </w:t>
      </w:r>
      <w:proofErr w:type="spellStart"/>
      <w:r>
        <w:rPr>
          <w:color w:val="000000"/>
          <w:lang w:val="uk-UA" w:eastAsia="uk-UA" w:bidi="uk-UA"/>
        </w:rPr>
        <w:t>вада","аномалія</w:t>
      </w:r>
      <w:proofErr w:type="spellEnd"/>
      <w:r>
        <w:rPr>
          <w:color w:val="000000"/>
          <w:lang w:val="uk-UA" w:eastAsia="uk-UA" w:bidi="uk-UA"/>
        </w:rPr>
        <w:t>", "деформація".</w:t>
      </w:r>
    </w:p>
    <w:p w:rsidR="0054601C" w:rsidRPr="000952AC" w:rsidRDefault="000952AC">
      <w:pPr>
        <w:widowControl w:val="0"/>
        <w:numPr>
          <w:ilvl w:val="0"/>
          <w:numId w:val="7"/>
        </w:numPr>
        <w:tabs>
          <w:tab w:val="left" w:pos="1362"/>
        </w:tabs>
        <w:spacing w:after="220" w:line="240" w:lineRule="auto"/>
        <w:ind w:left="1380" w:hanging="560"/>
        <w:jc w:val="both"/>
        <w:rPr>
          <w:lang w:val="ru-RU"/>
        </w:rPr>
      </w:pPr>
      <w:r>
        <w:rPr>
          <w:color w:val="000000"/>
          <w:lang w:val="uk-UA" w:eastAsia="uk-UA" w:bidi="uk-UA"/>
        </w:rPr>
        <w:t>Яка різниця між вродженою та набутою вадою і як відрізнити вроджену ваду від пологової травми.</w:t>
      </w:r>
    </w:p>
    <w:p w:rsidR="0054601C" w:rsidRPr="000952AC" w:rsidRDefault="000952AC">
      <w:pPr>
        <w:widowControl w:val="0"/>
        <w:spacing w:after="0" w:line="240" w:lineRule="auto"/>
        <w:ind w:firstLine="820"/>
        <w:jc w:val="both"/>
        <w:rPr>
          <w:lang w:val="ru-RU"/>
        </w:rPr>
      </w:pPr>
      <w:r>
        <w:rPr>
          <w:b/>
          <w:bCs/>
          <w:color w:val="000000"/>
          <w:lang w:val="uk-UA" w:eastAsia="uk-UA" w:bidi="uk-UA"/>
        </w:rPr>
        <w:t>4. Завдання для самостійної роботи під час підготовки до заняття та на занятті.</w:t>
      </w:r>
    </w:p>
    <w:p w:rsidR="0054601C" w:rsidRPr="000952AC" w:rsidRDefault="000952AC">
      <w:pPr>
        <w:widowControl w:val="0"/>
        <w:tabs>
          <w:tab w:val="left" w:leader="underscore" w:pos="9514"/>
        </w:tabs>
        <w:spacing w:after="0" w:line="240" w:lineRule="auto"/>
        <w:jc w:val="both"/>
        <w:rPr>
          <w:lang w:val="ru-RU"/>
        </w:rPr>
      </w:pPr>
      <w:r>
        <w:rPr>
          <w:color w:val="000000"/>
          <w:lang w:val="uk-UA" w:eastAsia="uk-UA" w:bidi="uk-UA"/>
        </w:rPr>
        <w:t xml:space="preserve">4.1. Перелік основних термінів, параметрів, характеристик, які </w:t>
      </w:r>
      <w:r>
        <w:rPr>
          <w:color w:val="000000"/>
          <w:u w:val="single"/>
          <w:lang w:val="uk-UA" w:eastAsia="uk-UA" w:bidi="uk-UA"/>
        </w:rPr>
        <w:t>повинен засвоїти лікар-інтерн при підготовці до заняття:</w:t>
      </w:r>
      <w:r>
        <w:rPr>
          <w:color w:val="000000"/>
          <w:lang w:val="uk-UA" w:eastAsia="uk-UA" w:bidi="uk-UA"/>
        </w:rPr>
        <w:tab/>
      </w:r>
    </w:p>
    <w:tbl>
      <w:tblPr>
        <w:tblOverlap w:val="never"/>
        <w:tblW w:w="0" w:type="auto"/>
        <w:jc w:val="center"/>
        <w:tblLayout w:type="fixed"/>
        <w:tblLook w:val="04A0" w:firstRow="1" w:lastRow="0" w:firstColumn="1" w:lastColumn="0" w:noHBand="0" w:noVBand="1"/>
      </w:tblPr>
      <w:tblGrid>
        <w:gridCol w:w="4819"/>
        <w:gridCol w:w="4819"/>
      </w:tblGrid>
      <w:tr w:rsidR="0054601C">
        <w:trPr>
          <w:cantSplit/>
          <w:trHeight w:hRule="exact" w:val="341"/>
          <w:jc w:val="center"/>
        </w:trPr>
        <w:tc>
          <w:tcPr>
            <w:tcW w:w="4819" w:type="dxa"/>
            <w:tcBorders>
              <w:top w:val="single" w:sz="4" w:space="0" w:color="auto"/>
              <w:lef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Термін</w:t>
            </w:r>
          </w:p>
        </w:tc>
        <w:tc>
          <w:tcPr>
            <w:tcW w:w="4819" w:type="dxa"/>
            <w:tcBorders>
              <w:top w:val="single" w:sz="4" w:space="0" w:color="auto"/>
              <w:left w:val="single" w:sz="4" w:space="0" w:color="auto"/>
              <w:righ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Визначення</w:t>
            </w:r>
          </w:p>
        </w:tc>
      </w:tr>
      <w:tr w:rsidR="0054601C" w:rsidRPr="000952AC">
        <w:trPr>
          <w:cantSplit/>
          <w:trHeight w:hRule="exact" w:val="2261"/>
          <w:jc w:val="center"/>
        </w:trPr>
        <w:tc>
          <w:tcPr>
            <w:tcW w:w="481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lastRenderedPageBreak/>
              <w:t>Природжені вади розвитку</w:t>
            </w:r>
          </w:p>
        </w:tc>
        <w:tc>
          <w:tcPr>
            <w:tcW w:w="4819"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ru-RU"/>
              </w:rPr>
            </w:pPr>
            <w:r>
              <w:rPr>
                <w:color w:val="000000"/>
                <w:lang w:val="uk-UA" w:eastAsia="uk-UA" w:bidi="uk-UA"/>
              </w:rPr>
              <w:t xml:space="preserve">Стійкі морфологічні зміни органа чи всього організму, що виходять за межі варіацій їхніх </w:t>
            </w:r>
            <w:r>
              <w:rPr>
                <w:color w:val="000000"/>
                <w:lang w:val="uk-UA" w:eastAsia="uk-UA" w:bidi="uk-UA"/>
              </w:rPr>
              <w:t>будови. Природжені вади розвитку виникають у внутрішньоутробному етапі в результаті порушення процесів розвитку зародка</w:t>
            </w:r>
          </w:p>
        </w:tc>
      </w:tr>
      <w:tr w:rsidR="0054601C" w:rsidRPr="000952AC">
        <w:trPr>
          <w:cantSplit/>
          <w:trHeight w:hRule="exact" w:val="2587"/>
          <w:jc w:val="center"/>
        </w:trPr>
        <w:tc>
          <w:tcPr>
            <w:tcW w:w="4819" w:type="dxa"/>
            <w:tcBorders>
              <w:top w:val="single" w:sz="4" w:space="0" w:color="auto"/>
              <w:left w:val="single" w:sz="4" w:space="0" w:color="auto"/>
            </w:tcBorders>
            <w:shd w:val="clear" w:color="auto" w:fill="auto"/>
          </w:tcPr>
          <w:p w:rsidR="0054601C" w:rsidRPr="000952AC" w:rsidRDefault="000952AC">
            <w:pPr>
              <w:widowControl w:val="0"/>
              <w:spacing w:after="0" w:line="240" w:lineRule="auto"/>
              <w:rPr>
                <w:lang w:val="ru-RU"/>
              </w:rPr>
            </w:pPr>
            <w:r>
              <w:rPr>
                <w:color w:val="000000"/>
                <w:lang w:val="uk-UA" w:eastAsia="uk-UA" w:bidi="uk-UA"/>
              </w:rPr>
              <w:t>Природжені вади розвитку обличчя і шиї</w:t>
            </w:r>
          </w:p>
        </w:tc>
        <w:tc>
          <w:tcPr>
            <w:tcW w:w="4819"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uk-UA"/>
              </w:rPr>
            </w:pPr>
            <w:r>
              <w:rPr>
                <w:color w:val="000000"/>
                <w:lang w:val="uk-UA" w:eastAsia="uk-UA" w:bidi="uk-UA"/>
              </w:rPr>
              <w:t>Системні порушення розвитку першої і другий зябрових дуг у період ембріонального розвитку дитини</w:t>
            </w:r>
            <w:r>
              <w:rPr>
                <w:color w:val="000000"/>
                <w:lang w:val="uk-UA" w:eastAsia="uk-UA" w:bidi="uk-UA"/>
              </w:rPr>
              <w:t>. Загальне для всіх синдромів - дисплазія, недорозвинення тканин і органів обличчя, що спичиняє функціональні і естетичні порушення</w:t>
            </w:r>
          </w:p>
        </w:tc>
      </w:tr>
      <w:tr w:rsidR="0054601C" w:rsidRPr="000952AC">
        <w:trPr>
          <w:cantSplit/>
          <w:trHeight w:hRule="exact" w:val="974"/>
          <w:jc w:val="center"/>
        </w:trPr>
        <w:tc>
          <w:tcPr>
            <w:tcW w:w="4819" w:type="dxa"/>
            <w:tcBorders>
              <w:top w:val="single" w:sz="4" w:space="0" w:color="auto"/>
              <w:left w:val="single" w:sz="4" w:space="0" w:color="auto"/>
            </w:tcBorders>
            <w:shd w:val="clear" w:color="auto" w:fill="auto"/>
          </w:tcPr>
          <w:p w:rsidR="0054601C" w:rsidRPr="000952AC" w:rsidRDefault="000952AC">
            <w:pPr>
              <w:widowControl w:val="0"/>
              <w:spacing w:after="0" w:line="286" w:lineRule="auto"/>
              <w:rPr>
                <w:lang w:val="uk-UA"/>
              </w:rPr>
            </w:pPr>
            <w:r>
              <w:rPr>
                <w:color w:val="000000"/>
                <w:lang w:val="uk-UA" w:eastAsia="uk-UA" w:bidi="uk-UA"/>
              </w:rPr>
              <w:t xml:space="preserve">Незрощення верхньої губи </w:t>
            </w:r>
            <w:r w:rsidRPr="000952AC">
              <w:rPr>
                <w:color w:val="000000"/>
                <w:lang w:val="uk-UA" w:bidi="en-US"/>
              </w:rPr>
              <w:t>(</w:t>
            </w:r>
            <w:r>
              <w:rPr>
                <w:color w:val="000000"/>
                <w:lang w:bidi="en-US"/>
              </w:rPr>
              <w:t>Cleft</w:t>
            </w:r>
            <w:r w:rsidRPr="000952AC">
              <w:rPr>
                <w:color w:val="000000"/>
                <w:lang w:val="uk-UA" w:bidi="en-US"/>
              </w:rPr>
              <w:t xml:space="preserve"> </w:t>
            </w:r>
            <w:r>
              <w:rPr>
                <w:color w:val="000000"/>
                <w:lang w:bidi="en-US"/>
              </w:rPr>
              <w:t>Lip</w:t>
            </w:r>
            <w:r w:rsidRPr="000952AC">
              <w:rPr>
                <w:color w:val="000000"/>
                <w:lang w:val="uk-UA" w:bidi="en-US"/>
              </w:rPr>
              <w:t>).</w:t>
            </w:r>
          </w:p>
        </w:tc>
        <w:tc>
          <w:tcPr>
            <w:tcW w:w="4819"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uk-UA"/>
              </w:rPr>
            </w:pPr>
            <w:r>
              <w:rPr>
                <w:color w:val="000000"/>
                <w:lang w:val="uk-UA" w:eastAsia="uk-UA" w:bidi="uk-UA"/>
              </w:rPr>
              <w:t xml:space="preserve">Незрощення губи, вада розвитку: наявність щілини верхньої губи, що йде від її </w:t>
            </w:r>
            <w:r>
              <w:rPr>
                <w:color w:val="000000"/>
                <w:lang w:val="uk-UA" w:eastAsia="uk-UA" w:bidi="uk-UA"/>
              </w:rPr>
              <w:t>червоної кайми до носа.</w:t>
            </w:r>
          </w:p>
        </w:tc>
      </w:tr>
      <w:tr w:rsidR="0054601C" w:rsidRPr="000952AC">
        <w:trPr>
          <w:cantSplit/>
          <w:trHeight w:hRule="exact" w:val="3562"/>
          <w:jc w:val="center"/>
        </w:trPr>
        <w:tc>
          <w:tcPr>
            <w:tcW w:w="4819"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ind w:firstLine="180"/>
            </w:pPr>
            <w:r>
              <w:rPr>
                <w:color w:val="000000"/>
                <w:lang w:val="uk-UA" w:eastAsia="uk-UA" w:bidi="uk-UA"/>
              </w:rPr>
              <w:t xml:space="preserve">Незрощення піднебіння </w:t>
            </w:r>
            <w:r>
              <w:rPr>
                <w:color w:val="000000"/>
                <w:lang w:bidi="en-US"/>
              </w:rPr>
              <w:t>(Cleft Palate).</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bottom"/>
          </w:tcPr>
          <w:p w:rsidR="0054601C" w:rsidRPr="000952AC" w:rsidRDefault="000952AC">
            <w:pPr>
              <w:widowControl w:val="0"/>
              <w:tabs>
                <w:tab w:val="left" w:pos="2150"/>
                <w:tab w:val="left" w:pos="2717"/>
              </w:tabs>
              <w:spacing w:after="0" w:line="240" w:lineRule="auto"/>
              <w:rPr>
                <w:lang w:val="ru-RU"/>
              </w:rPr>
            </w:pPr>
            <w:r>
              <w:rPr>
                <w:color w:val="000000"/>
                <w:lang w:val="uk-UA" w:eastAsia="uk-UA" w:bidi="uk-UA"/>
              </w:rPr>
              <w:t xml:space="preserve">Незрощення піднебіння, що виникає внаслідок незрощення двох половин піднебіння в період ембріонального розвитку. Може бути уражена лише частина піднебіння (наприклад, тільки м'яке або язичок </w:t>
            </w:r>
            <w:proofErr w:type="spellStart"/>
            <w:r>
              <w:rPr>
                <w:color w:val="000000"/>
                <w:lang w:val="uk-UA" w:eastAsia="uk-UA" w:bidi="uk-UA"/>
              </w:rPr>
              <w:t>піднебінння</w:t>
            </w:r>
            <w:proofErr w:type="spellEnd"/>
            <w:r>
              <w:rPr>
                <w:color w:val="000000"/>
                <w:lang w:val="uk-UA" w:eastAsia="uk-UA" w:bidi="uk-UA"/>
              </w:rPr>
              <w:t>), або ж незрощення може проходити по всій довжині, сполучаючись</w:t>
            </w:r>
            <w:r>
              <w:rPr>
                <w:color w:val="000000"/>
                <w:lang w:val="uk-UA" w:eastAsia="uk-UA" w:bidi="uk-UA"/>
              </w:rPr>
              <w:tab/>
              <w:t>з</w:t>
            </w:r>
            <w:r>
              <w:rPr>
                <w:color w:val="000000"/>
                <w:lang w:val="uk-UA" w:eastAsia="uk-UA" w:bidi="uk-UA"/>
              </w:rPr>
              <w:tab/>
              <w:t>білатеральними</w:t>
            </w:r>
          </w:p>
          <w:p w:rsidR="0054601C" w:rsidRPr="000952AC" w:rsidRDefault="000952AC">
            <w:pPr>
              <w:widowControl w:val="0"/>
              <w:spacing w:after="0" w:line="240" w:lineRule="auto"/>
              <w:rPr>
                <w:lang w:val="ru-RU"/>
              </w:rPr>
            </w:pPr>
            <w:r>
              <w:rPr>
                <w:color w:val="000000"/>
                <w:lang w:val="uk-UA" w:eastAsia="uk-UA" w:bidi="uk-UA"/>
              </w:rPr>
              <w:t>незрощеннями в передній частині верхньої щелепи; нерідко такі діти</w:t>
            </w:r>
          </w:p>
        </w:tc>
      </w:tr>
    </w:tbl>
    <w:p w:rsidR="0054601C" w:rsidRPr="000952AC" w:rsidRDefault="000952AC">
      <w:pPr>
        <w:widowControl w:val="0"/>
        <w:spacing w:line="1" w:lineRule="exact"/>
        <w:rPr>
          <w:lang w:val="ru-RU"/>
        </w:rPr>
      </w:pPr>
      <w:r w:rsidRPr="000952AC">
        <w:rPr>
          <w:lang w:val="ru-RU"/>
        </w:rPr>
        <w:br w:type="page"/>
      </w:r>
    </w:p>
    <w:tbl>
      <w:tblPr>
        <w:tblOverlap w:val="never"/>
        <w:tblW w:w="0" w:type="auto"/>
        <w:jc w:val="center"/>
        <w:tblLayout w:type="fixed"/>
        <w:tblLook w:val="04A0" w:firstRow="1" w:lastRow="0" w:firstColumn="1" w:lastColumn="0" w:noHBand="0" w:noVBand="1"/>
      </w:tblPr>
      <w:tblGrid>
        <w:gridCol w:w="4819"/>
        <w:gridCol w:w="4819"/>
      </w:tblGrid>
      <w:tr w:rsidR="0054601C" w:rsidRPr="000952AC">
        <w:trPr>
          <w:cantSplit/>
          <w:trHeight w:hRule="exact" w:val="658"/>
          <w:jc w:val="center"/>
        </w:trPr>
        <w:tc>
          <w:tcPr>
            <w:tcW w:w="4819" w:type="dxa"/>
            <w:tcBorders>
              <w:top w:val="single" w:sz="4" w:space="0" w:color="auto"/>
              <w:left w:val="single" w:sz="4" w:space="0" w:color="auto"/>
            </w:tcBorders>
            <w:shd w:val="clear" w:color="auto" w:fill="auto"/>
          </w:tcPr>
          <w:p w:rsidR="0054601C" w:rsidRPr="000952AC" w:rsidRDefault="0054601C">
            <w:pPr>
              <w:widowControl w:val="0"/>
              <w:rPr>
                <w:sz w:val="10"/>
                <w:szCs w:val="10"/>
                <w:lang w:val="ru-RU"/>
              </w:rPr>
            </w:pPr>
          </w:p>
        </w:tc>
        <w:tc>
          <w:tcPr>
            <w:tcW w:w="4819"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ru-RU"/>
              </w:rPr>
            </w:pPr>
            <w:r>
              <w:rPr>
                <w:color w:val="000000"/>
                <w:lang w:val="uk-UA" w:eastAsia="uk-UA" w:bidi="uk-UA"/>
              </w:rPr>
              <w:t>народжуються з незрощення м губи.</w:t>
            </w:r>
          </w:p>
        </w:tc>
      </w:tr>
      <w:tr w:rsidR="0054601C">
        <w:trPr>
          <w:cantSplit/>
          <w:trHeight w:hRule="exact" w:val="3230"/>
          <w:jc w:val="center"/>
        </w:trPr>
        <w:tc>
          <w:tcPr>
            <w:tcW w:w="481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Колобома</w:t>
            </w:r>
          </w:p>
        </w:tc>
        <w:tc>
          <w:tcPr>
            <w:tcW w:w="4819" w:type="dxa"/>
            <w:tcBorders>
              <w:top w:val="single" w:sz="4" w:space="0" w:color="auto"/>
              <w:left w:val="single" w:sz="4" w:space="0" w:color="auto"/>
              <w:righ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Косе незрощення обличчя</w:t>
            </w:r>
          </w:p>
          <w:p w:rsidR="0054601C" w:rsidRPr="000952AC" w:rsidRDefault="000952AC">
            <w:pPr>
              <w:widowControl w:val="0"/>
              <w:spacing w:after="0" w:line="240" w:lineRule="auto"/>
              <w:rPr>
                <w:lang w:val="ru-RU"/>
              </w:rPr>
            </w:pPr>
            <w:r>
              <w:rPr>
                <w:color w:val="000000"/>
                <w:lang w:val="uk-UA" w:eastAsia="uk-UA" w:bidi="uk-UA"/>
              </w:rPr>
              <w:t xml:space="preserve">- бічна коса щілина, що </w:t>
            </w:r>
            <w:r>
              <w:rPr>
                <w:color w:val="000000"/>
                <w:lang w:val="uk-UA" w:eastAsia="uk-UA" w:bidi="uk-UA"/>
              </w:rPr>
              <w:t>йде від нижньої повіки до верхньої губи. Щілина може бути повна і неповна. У першому випадку вона на всьому протязі розділяє тканини і проникає в порожнину рота; у другому</w:t>
            </w:r>
          </w:p>
          <w:p w:rsidR="0054601C" w:rsidRDefault="000952AC">
            <w:pPr>
              <w:widowControl w:val="0"/>
              <w:spacing w:after="0" w:line="240" w:lineRule="auto"/>
              <w:ind w:firstLine="460"/>
            </w:pPr>
            <w:r>
              <w:rPr>
                <w:color w:val="000000"/>
                <w:lang w:val="uk-UA" w:eastAsia="uk-UA" w:bidi="uk-UA"/>
              </w:rPr>
              <w:t>- обмежена прилягаючої до ока ділянкою. Рідко зустрічається двостороння колобома.</w:t>
            </w:r>
          </w:p>
        </w:tc>
      </w:tr>
      <w:tr w:rsidR="0054601C" w:rsidRPr="000952AC">
        <w:trPr>
          <w:cantSplit/>
          <w:trHeight w:hRule="exact" w:val="3562"/>
          <w:jc w:val="center"/>
        </w:trPr>
        <w:tc>
          <w:tcPr>
            <w:tcW w:w="4819"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pPr>
            <w:r>
              <w:rPr>
                <w:color w:val="000000"/>
                <w:lang w:val="uk-UA" w:eastAsia="uk-UA" w:bidi="uk-UA"/>
              </w:rPr>
              <w:t>М</w:t>
            </w:r>
            <w:r>
              <w:rPr>
                <w:color w:val="000000"/>
                <w:lang w:val="uk-UA" w:eastAsia="uk-UA" w:bidi="uk-UA"/>
              </w:rPr>
              <w:t>акростомія</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ru-RU"/>
              </w:rPr>
            </w:pPr>
            <w:r>
              <w:rPr>
                <w:color w:val="000000"/>
                <w:lang w:val="uk-UA" w:eastAsia="uk-UA" w:bidi="uk-UA"/>
              </w:rPr>
              <w:t>Поперечне незрощення обличчя -являє собою дефект кутів рота. Щілина може бути однобічна і двостороння; довжина її різна. Клінічно виявляють незвичайно великої величини рот. У деяких випадках від кута рота йде рубцевий тяж до вушної раковини. М'я</w:t>
            </w:r>
            <w:r>
              <w:rPr>
                <w:color w:val="000000"/>
                <w:lang w:val="uk-UA" w:eastAsia="uk-UA" w:bidi="uk-UA"/>
              </w:rPr>
              <w:t>зи по краї дефекту недорозвинені, рот не змикається, внаслідок чого спостерігається постійна слинотеча</w:t>
            </w:r>
          </w:p>
        </w:tc>
      </w:tr>
    </w:tbl>
    <w:p w:rsidR="0054601C" w:rsidRDefault="000952AC">
      <w:pPr>
        <w:keepNext/>
        <w:keepLines/>
        <w:widowControl w:val="0"/>
        <w:spacing w:after="0" w:line="240" w:lineRule="auto"/>
        <w:ind w:firstLine="820"/>
        <w:jc w:val="both"/>
      </w:pPr>
      <w:r>
        <w:rPr>
          <w:color w:val="000000"/>
          <w:lang w:val="uk-UA" w:eastAsia="uk-UA" w:bidi="uk-UA"/>
        </w:rPr>
        <w:t>Теоретичні питання до заняття:</w:t>
      </w:r>
    </w:p>
    <w:p w:rsidR="0054601C" w:rsidRDefault="000952AC">
      <w:pPr>
        <w:widowControl w:val="0"/>
        <w:numPr>
          <w:ilvl w:val="0"/>
          <w:numId w:val="9"/>
        </w:numPr>
        <w:tabs>
          <w:tab w:val="left" w:pos="1178"/>
        </w:tabs>
        <w:spacing w:after="0" w:line="240" w:lineRule="auto"/>
        <w:ind w:left="0" w:firstLine="820"/>
        <w:jc w:val="both"/>
      </w:pPr>
      <w:r>
        <w:rPr>
          <w:color w:val="000000"/>
          <w:lang w:val="uk-UA" w:eastAsia="uk-UA" w:bidi="uk-UA"/>
        </w:rPr>
        <w:t>Класифікації онтогенетичного розвитку людини.</w:t>
      </w:r>
    </w:p>
    <w:p w:rsidR="0054601C" w:rsidRPr="000952AC" w:rsidRDefault="000952AC">
      <w:pPr>
        <w:widowControl w:val="0"/>
        <w:numPr>
          <w:ilvl w:val="0"/>
          <w:numId w:val="9"/>
        </w:numPr>
        <w:tabs>
          <w:tab w:val="left" w:pos="1267"/>
        </w:tabs>
        <w:spacing w:after="0" w:line="240" w:lineRule="auto"/>
        <w:ind w:left="0" w:firstLine="880"/>
        <w:jc w:val="both"/>
        <w:rPr>
          <w:lang w:val="ru-RU"/>
        </w:rPr>
      </w:pPr>
      <w:r>
        <w:rPr>
          <w:color w:val="000000"/>
          <w:lang w:val="uk-UA" w:eastAsia="uk-UA" w:bidi="uk-UA"/>
        </w:rPr>
        <w:t xml:space="preserve">Класифікація природжених вад </w:t>
      </w:r>
      <w:proofErr w:type="spellStart"/>
      <w:r>
        <w:rPr>
          <w:color w:val="000000"/>
          <w:lang w:val="uk-UA" w:eastAsia="uk-UA" w:bidi="uk-UA"/>
        </w:rPr>
        <w:t>зубо</w:t>
      </w:r>
      <w:proofErr w:type="spellEnd"/>
      <w:r>
        <w:rPr>
          <w:color w:val="000000"/>
          <w:lang w:val="uk-UA" w:eastAsia="uk-UA" w:bidi="uk-UA"/>
        </w:rPr>
        <w:t>-щелепної ділянки.</w:t>
      </w:r>
    </w:p>
    <w:p w:rsidR="0054601C" w:rsidRPr="000952AC" w:rsidRDefault="000952AC">
      <w:pPr>
        <w:widowControl w:val="0"/>
        <w:numPr>
          <w:ilvl w:val="0"/>
          <w:numId w:val="9"/>
        </w:numPr>
        <w:tabs>
          <w:tab w:val="left" w:pos="1165"/>
        </w:tabs>
        <w:spacing w:after="0" w:line="240" w:lineRule="auto"/>
        <w:ind w:left="0" w:firstLine="880"/>
        <w:jc w:val="both"/>
        <w:rPr>
          <w:lang w:val="ru-RU"/>
        </w:rPr>
      </w:pPr>
      <w:r>
        <w:rPr>
          <w:color w:val="000000"/>
          <w:lang w:val="uk-UA" w:eastAsia="uk-UA" w:bidi="uk-UA"/>
        </w:rPr>
        <w:t xml:space="preserve">Статистичні дані </w:t>
      </w:r>
      <w:r>
        <w:rPr>
          <w:color w:val="000000"/>
          <w:lang w:val="uk-UA" w:eastAsia="uk-UA" w:bidi="uk-UA"/>
        </w:rPr>
        <w:t>поширеності природжених незрощень губи і піднебіння.</w:t>
      </w:r>
    </w:p>
    <w:p w:rsidR="0054601C" w:rsidRPr="000952AC" w:rsidRDefault="000952AC">
      <w:pPr>
        <w:widowControl w:val="0"/>
        <w:numPr>
          <w:ilvl w:val="0"/>
          <w:numId w:val="9"/>
        </w:numPr>
        <w:tabs>
          <w:tab w:val="left" w:pos="1165"/>
        </w:tabs>
        <w:spacing w:after="0" w:line="240" w:lineRule="auto"/>
        <w:ind w:left="0" w:firstLine="880"/>
        <w:jc w:val="both"/>
        <w:rPr>
          <w:lang w:val="ru-RU"/>
        </w:rPr>
      </w:pPr>
      <w:r>
        <w:rPr>
          <w:color w:val="000000"/>
          <w:lang w:val="uk-UA" w:eastAsia="uk-UA" w:bidi="uk-UA"/>
        </w:rPr>
        <w:t xml:space="preserve">Екзогенні й ендогенні фактори, що впливають на формування природжених вад </w:t>
      </w:r>
      <w:proofErr w:type="spellStart"/>
      <w:r>
        <w:rPr>
          <w:color w:val="000000"/>
          <w:lang w:val="uk-UA" w:eastAsia="uk-UA" w:bidi="uk-UA"/>
        </w:rPr>
        <w:t>зубо</w:t>
      </w:r>
      <w:proofErr w:type="spellEnd"/>
      <w:r>
        <w:rPr>
          <w:color w:val="000000"/>
          <w:lang w:val="uk-UA" w:eastAsia="uk-UA" w:bidi="uk-UA"/>
        </w:rPr>
        <w:t>-щелепної ділянки.</w:t>
      </w:r>
    </w:p>
    <w:p w:rsidR="0054601C" w:rsidRPr="000952AC" w:rsidRDefault="000952AC">
      <w:pPr>
        <w:widowControl w:val="0"/>
        <w:numPr>
          <w:ilvl w:val="0"/>
          <w:numId w:val="9"/>
        </w:numPr>
        <w:tabs>
          <w:tab w:val="left" w:pos="1198"/>
        </w:tabs>
        <w:spacing w:after="0" w:line="240" w:lineRule="auto"/>
        <w:ind w:left="0" w:firstLine="820"/>
        <w:jc w:val="both"/>
        <w:rPr>
          <w:lang w:val="ru-RU"/>
        </w:rPr>
      </w:pPr>
      <w:r>
        <w:rPr>
          <w:color w:val="000000"/>
          <w:lang w:val="uk-UA" w:eastAsia="uk-UA" w:bidi="uk-UA"/>
        </w:rPr>
        <w:t xml:space="preserve">Діагностика природжених вад </w:t>
      </w:r>
      <w:proofErr w:type="spellStart"/>
      <w:r>
        <w:rPr>
          <w:color w:val="000000"/>
          <w:lang w:val="uk-UA" w:eastAsia="uk-UA" w:bidi="uk-UA"/>
        </w:rPr>
        <w:t>зубо</w:t>
      </w:r>
      <w:proofErr w:type="spellEnd"/>
      <w:r>
        <w:rPr>
          <w:color w:val="000000"/>
          <w:lang w:val="uk-UA" w:eastAsia="uk-UA" w:bidi="uk-UA"/>
        </w:rPr>
        <w:t>-щелепної ділянки.</w:t>
      </w:r>
    </w:p>
    <w:p w:rsidR="0054601C" w:rsidRPr="000952AC" w:rsidRDefault="000952AC">
      <w:pPr>
        <w:widowControl w:val="0"/>
        <w:numPr>
          <w:ilvl w:val="0"/>
          <w:numId w:val="9"/>
        </w:numPr>
        <w:tabs>
          <w:tab w:val="left" w:pos="1198"/>
        </w:tabs>
        <w:spacing w:after="0" w:line="240" w:lineRule="auto"/>
        <w:ind w:left="0" w:firstLine="820"/>
        <w:jc w:val="both"/>
        <w:rPr>
          <w:lang w:val="ru-RU"/>
        </w:rPr>
      </w:pPr>
      <w:r>
        <w:rPr>
          <w:color w:val="000000"/>
          <w:lang w:val="uk-UA" w:eastAsia="uk-UA" w:bidi="uk-UA"/>
        </w:rPr>
        <w:t xml:space="preserve">Профілактика природжених вад </w:t>
      </w:r>
      <w:proofErr w:type="spellStart"/>
      <w:r>
        <w:rPr>
          <w:color w:val="000000"/>
          <w:lang w:val="uk-UA" w:eastAsia="uk-UA" w:bidi="uk-UA"/>
        </w:rPr>
        <w:t>зубо</w:t>
      </w:r>
      <w:proofErr w:type="spellEnd"/>
      <w:r>
        <w:rPr>
          <w:color w:val="000000"/>
          <w:lang w:val="uk-UA" w:eastAsia="uk-UA" w:bidi="uk-UA"/>
        </w:rPr>
        <w:t>-щелепної ділянки.</w:t>
      </w:r>
    </w:p>
    <w:p w:rsidR="0054601C" w:rsidRPr="000952AC" w:rsidRDefault="000952AC">
      <w:pPr>
        <w:widowControl w:val="0"/>
        <w:numPr>
          <w:ilvl w:val="0"/>
          <w:numId w:val="9"/>
        </w:numPr>
        <w:tabs>
          <w:tab w:val="left" w:pos="1108"/>
        </w:tabs>
        <w:spacing w:after="0" w:line="240" w:lineRule="auto"/>
        <w:ind w:left="0" w:firstLine="820"/>
        <w:jc w:val="both"/>
        <w:rPr>
          <w:lang w:val="ru-RU"/>
        </w:rPr>
      </w:pPr>
      <w:r>
        <w:rPr>
          <w:color w:val="000000"/>
          <w:lang w:val="uk-UA" w:eastAsia="uk-UA" w:bidi="uk-UA"/>
        </w:rPr>
        <w:t>Морфологічні, функціональні і естетичні порушення в зубощелепному апараті при незрощення верхньої губи, альвеолярного паростка, твердого і м'якого піднебіння.</w:t>
      </w:r>
    </w:p>
    <w:p w:rsidR="0054601C" w:rsidRPr="000952AC" w:rsidRDefault="000952AC">
      <w:pPr>
        <w:widowControl w:val="0"/>
        <w:numPr>
          <w:ilvl w:val="0"/>
          <w:numId w:val="9"/>
        </w:numPr>
        <w:tabs>
          <w:tab w:val="left" w:pos="1108"/>
        </w:tabs>
        <w:spacing w:after="0" w:line="240" w:lineRule="auto"/>
        <w:ind w:left="0" w:firstLine="820"/>
        <w:jc w:val="both"/>
        <w:rPr>
          <w:lang w:val="ru-RU"/>
        </w:rPr>
      </w:pPr>
      <w:r>
        <w:rPr>
          <w:color w:val="000000"/>
          <w:lang w:val="uk-UA" w:eastAsia="uk-UA" w:bidi="uk-UA"/>
        </w:rPr>
        <w:t>Основні принципи комплексного лікування пацієнтів з уродженими вадами обличчя.</w:t>
      </w:r>
    </w:p>
    <w:p w:rsidR="0054601C" w:rsidRPr="000952AC" w:rsidRDefault="000952AC">
      <w:pPr>
        <w:widowControl w:val="0"/>
        <w:numPr>
          <w:ilvl w:val="0"/>
          <w:numId w:val="9"/>
        </w:numPr>
        <w:tabs>
          <w:tab w:val="left" w:pos="1108"/>
        </w:tabs>
        <w:spacing w:after="0" w:line="240" w:lineRule="auto"/>
        <w:ind w:left="0" w:firstLine="820"/>
        <w:jc w:val="both"/>
        <w:rPr>
          <w:lang w:val="ru-RU"/>
        </w:rPr>
      </w:pPr>
      <w:r>
        <w:rPr>
          <w:color w:val="000000"/>
          <w:lang w:val="uk-UA" w:eastAsia="uk-UA" w:bidi="uk-UA"/>
        </w:rPr>
        <w:t>Характеристика різ</w:t>
      </w:r>
      <w:r>
        <w:rPr>
          <w:color w:val="000000"/>
          <w:lang w:val="uk-UA" w:eastAsia="uk-UA" w:bidi="uk-UA"/>
        </w:rPr>
        <w:t xml:space="preserve">них конструкцій </w:t>
      </w:r>
      <w:proofErr w:type="spellStart"/>
      <w:r>
        <w:rPr>
          <w:color w:val="000000"/>
          <w:lang w:val="uk-UA" w:eastAsia="uk-UA" w:bidi="uk-UA"/>
        </w:rPr>
        <w:t>обтураторів</w:t>
      </w:r>
      <w:proofErr w:type="spellEnd"/>
      <w:r>
        <w:rPr>
          <w:color w:val="000000"/>
          <w:lang w:val="uk-UA" w:eastAsia="uk-UA" w:bidi="uk-UA"/>
        </w:rPr>
        <w:t xml:space="preserve"> і показання до їх використання у дітей з незрощеннями верхньої губи, альвеолярного паростка, твердого і м'якого піднебіння.</w:t>
      </w:r>
    </w:p>
    <w:p w:rsidR="0054601C" w:rsidRPr="000952AC" w:rsidRDefault="000952AC">
      <w:pPr>
        <w:widowControl w:val="0"/>
        <w:spacing w:after="0" w:line="240" w:lineRule="auto"/>
        <w:ind w:firstLine="820"/>
        <w:jc w:val="both"/>
        <w:rPr>
          <w:lang w:val="ru-RU"/>
        </w:rPr>
      </w:pPr>
      <w:r>
        <w:rPr>
          <w:b/>
          <w:bCs/>
          <w:color w:val="000000"/>
          <w:lang w:val="uk-UA" w:eastAsia="uk-UA" w:bidi="uk-UA"/>
        </w:rPr>
        <w:t>Практичні роботи (завдання), які виконуються на занятті:</w:t>
      </w:r>
    </w:p>
    <w:p w:rsidR="0054601C" w:rsidRPr="000952AC" w:rsidRDefault="000952AC">
      <w:pPr>
        <w:widowControl w:val="0"/>
        <w:numPr>
          <w:ilvl w:val="0"/>
          <w:numId w:val="10"/>
        </w:numPr>
        <w:tabs>
          <w:tab w:val="left" w:pos="1108"/>
        </w:tabs>
        <w:spacing w:after="0" w:line="240" w:lineRule="auto"/>
        <w:ind w:left="0" w:firstLine="820"/>
        <w:jc w:val="both"/>
        <w:rPr>
          <w:lang w:val="ru-RU"/>
        </w:rPr>
      </w:pPr>
      <w:r>
        <w:rPr>
          <w:color w:val="000000"/>
          <w:lang w:val="uk-UA" w:eastAsia="uk-UA" w:bidi="uk-UA"/>
        </w:rPr>
        <w:t>Описати методику проведення клінічних функціона</w:t>
      </w:r>
      <w:r>
        <w:rPr>
          <w:color w:val="000000"/>
          <w:lang w:val="uk-UA" w:eastAsia="uk-UA" w:bidi="uk-UA"/>
        </w:rPr>
        <w:t>льних проб у пацієнтів з природженими вадами розвитку обличчя.</w:t>
      </w:r>
    </w:p>
    <w:p w:rsidR="0054601C" w:rsidRPr="000952AC" w:rsidRDefault="000952AC">
      <w:pPr>
        <w:widowControl w:val="0"/>
        <w:numPr>
          <w:ilvl w:val="0"/>
          <w:numId w:val="10"/>
        </w:numPr>
        <w:tabs>
          <w:tab w:val="left" w:pos="1108"/>
        </w:tabs>
        <w:spacing w:after="0" w:line="240" w:lineRule="auto"/>
        <w:ind w:left="0" w:firstLine="820"/>
        <w:jc w:val="both"/>
        <w:rPr>
          <w:lang w:val="ru-RU"/>
        </w:rPr>
      </w:pPr>
      <w:r>
        <w:rPr>
          <w:color w:val="000000"/>
          <w:lang w:val="uk-UA" w:eastAsia="uk-UA" w:bidi="uk-UA"/>
        </w:rPr>
        <w:t>Визначити вид природженої вади розвитку обличчя,поставити діагноз, вибрати метод лікування і послідовність лікувальних заходів.</w:t>
      </w:r>
    </w:p>
    <w:p w:rsidR="0054601C" w:rsidRPr="000952AC" w:rsidRDefault="000952AC">
      <w:pPr>
        <w:widowControl w:val="0"/>
        <w:numPr>
          <w:ilvl w:val="0"/>
          <w:numId w:val="10"/>
        </w:numPr>
        <w:tabs>
          <w:tab w:val="left" w:pos="1118"/>
        </w:tabs>
        <w:spacing w:after="0" w:line="240" w:lineRule="auto"/>
        <w:ind w:left="0" w:firstLine="820"/>
        <w:jc w:val="both"/>
        <w:rPr>
          <w:lang w:val="ru-RU"/>
        </w:rPr>
      </w:pPr>
      <w:r>
        <w:rPr>
          <w:color w:val="000000"/>
          <w:lang w:val="uk-UA" w:eastAsia="uk-UA" w:bidi="uk-UA"/>
        </w:rPr>
        <w:t>Провести огляд обличчя, порожнини рота пацієнтів з природженими</w:t>
      </w:r>
      <w:r>
        <w:rPr>
          <w:color w:val="000000"/>
          <w:lang w:val="uk-UA" w:eastAsia="uk-UA" w:bidi="uk-UA"/>
        </w:rPr>
        <w:br w:type="page"/>
      </w:r>
      <w:r>
        <w:rPr>
          <w:color w:val="000000"/>
          <w:lang w:val="uk-UA" w:eastAsia="uk-UA" w:bidi="uk-UA"/>
        </w:rPr>
        <w:lastRenderedPageBreak/>
        <w:t>в</w:t>
      </w:r>
      <w:r>
        <w:rPr>
          <w:color w:val="000000"/>
          <w:lang w:val="uk-UA" w:eastAsia="uk-UA" w:bidi="uk-UA"/>
        </w:rPr>
        <w:t>адами розвитку обличчя.</w:t>
      </w:r>
    </w:p>
    <w:p w:rsidR="0054601C" w:rsidRPr="000952AC" w:rsidRDefault="000952AC">
      <w:pPr>
        <w:widowControl w:val="0"/>
        <w:numPr>
          <w:ilvl w:val="0"/>
          <w:numId w:val="10"/>
        </w:numPr>
        <w:tabs>
          <w:tab w:val="left" w:pos="1118"/>
        </w:tabs>
        <w:spacing w:after="0" w:line="240" w:lineRule="auto"/>
        <w:ind w:left="0" w:firstLine="840"/>
        <w:jc w:val="both"/>
        <w:rPr>
          <w:lang w:val="ru-RU"/>
        </w:rPr>
      </w:pPr>
      <w:r>
        <w:rPr>
          <w:color w:val="000000"/>
          <w:lang w:val="uk-UA" w:eastAsia="uk-UA" w:bidi="uk-UA"/>
        </w:rPr>
        <w:t>Охарактеризувати прикус у трьох площинах у пацієнтів з природженими вадами розвитку обличчя.</w:t>
      </w:r>
    </w:p>
    <w:p w:rsidR="0054601C" w:rsidRPr="000952AC" w:rsidRDefault="000952AC">
      <w:pPr>
        <w:widowControl w:val="0"/>
        <w:numPr>
          <w:ilvl w:val="0"/>
          <w:numId w:val="10"/>
        </w:numPr>
        <w:tabs>
          <w:tab w:val="left" w:pos="1118"/>
        </w:tabs>
        <w:spacing w:after="160" w:line="240" w:lineRule="auto"/>
        <w:ind w:left="0" w:firstLine="840"/>
        <w:jc w:val="both"/>
        <w:rPr>
          <w:lang w:val="ru-RU"/>
        </w:rPr>
      </w:pPr>
      <w:r>
        <w:rPr>
          <w:color w:val="000000"/>
          <w:lang w:val="uk-UA" w:eastAsia="uk-UA" w:bidi="uk-UA"/>
        </w:rPr>
        <w:t>Уміти зняти відбитки в пацієнтів з незрощеннями верхньої губи, альвеолярного паростка, твердого і м'якого піднебіння.</w:t>
      </w:r>
    </w:p>
    <w:p w:rsidR="0054601C" w:rsidRPr="000952AC" w:rsidRDefault="000952AC">
      <w:pPr>
        <w:widowControl w:val="0"/>
        <w:spacing w:after="880" w:line="240" w:lineRule="auto"/>
        <w:rPr>
          <w:lang w:val="ru-RU"/>
        </w:rPr>
      </w:pPr>
      <w:r>
        <w:rPr>
          <w:b/>
          <w:bCs/>
          <w:color w:val="000000"/>
          <w:lang w:val="uk-UA" w:eastAsia="uk-UA" w:bidi="uk-UA"/>
        </w:rPr>
        <w:t xml:space="preserve">5.План і </w:t>
      </w:r>
      <w:r>
        <w:rPr>
          <w:b/>
          <w:bCs/>
          <w:color w:val="000000"/>
          <w:lang w:val="uk-UA" w:eastAsia="uk-UA" w:bidi="uk-UA"/>
        </w:rPr>
        <w:t>організаційна структура навчального заняття з дисципліни.</w:t>
      </w:r>
    </w:p>
    <w:tbl>
      <w:tblPr>
        <w:tblOverlap w:val="never"/>
        <w:tblW w:w="0" w:type="auto"/>
        <w:jc w:val="center"/>
        <w:tblLayout w:type="fixed"/>
        <w:tblLook w:val="04A0" w:firstRow="1" w:lastRow="0" w:firstColumn="1" w:lastColumn="0" w:noHBand="0" w:noVBand="1"/>
      </w:tblPr>
      <w:tblGrid>
        <w:gridCol w:w="739"/>
        <w:gridCol w:w="2760"/>
        <w:gridCol w:w="1464"/>
        <w:gridCol w:w="2530"/>
        <w:gridCol w:w="2102"/>
      </w:tblGrid>
      <w:tr w:rsidR="0054601C">
        <w:trPr>
          <w:cantSplit/>
          <w:trHeight w:hRule="exact" w:val="1013"/>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ind w:firstLine="240"/>
            </w:pPr>
            <w:r>
              <w:rPr>
                <w:b/>
                <w:bCs/>
                <w:color w:val="000000"/>
                <w:lang w:val="uk-UA" w:eastAsia="uk-UA" w:bidi="uk-UA"/>
              </w:rPr>
              <w:t>№</w:t>
            </w:r>
          </w:p>
        </w:tc>
        <w:tc>
          <w:tcPr>
            <w:tcW w:w="2760" w:type="dxa"/>
            <w:tcBorders>
              <w:top w:val="single" w:sz="4" w:space="0" w:color="auto"/>
              <w:left w:val="single" w:sz="4" w:space="0" w:color="auto"/>
            </w:tcBorders>
            <w:shd w:val="clear" w:color="auto" w:fill="auto"/>
          </w:tcPr>
          <w:p w:rsidR="0054601C" w:rsidRDefault="000952AC">
            <w:pPr>
              <w:widowControl w:val="0"/>
              <w:spacing w:after="0" w:line="240" w:lineRule="auto"/>
              <w:jc w:val="center"/>
            </w:pPr>
            <w:r>
              <w:rPr>
                <w:b/>
                <w:bCs/>
                <w:color w:val="000000"/>
                <w:lang w:val="uk-UA" w:eastAsia="uk-UA" w:bidi="uk-UA"/>
              </w:rPr>
              <w:t>Етапи заняття</w:t>
            </w:r>
          </w:p>
        </w:tc>
        <w:tc>
          <w:tcPr>
            <w:tcW w:w="1464" w:type="dxa"/>
            <w:tcBorders>
              <w:top w:val="single" w:sz="4" w:space="0" w:color="auto"/>
              <w:left w:val="single" w:sz="4" w:space="0" w:color="auto"/>
            </w:tcBorders>
            <w:shd w:val="clear" w:color="auto" w:fill="auto"/>
          </w:tcPr>
          <w:p w:rsidR="0054601C" w:rsidRDefault="000952AC">
            <w:pPr>
              <w:widowControl w:val="0"/>
              <w:spacing w:after="0"/>
              <w:jc w:val="center"/>
            </w:pPr>
            <w:r>
              <w:rPr>
                <w:b/>
                <w:bCs/>
                <w:color w:val="000000"/>
                <w:lang w:val="uk-UA" w:eastAsia="uk-UA" w:bidi="uk-UA"/>
              </w:rPr>
              <w:t>Розподіл часу</w:t>
            </w:r>
          </w:p>
        </w:tc>
        <w:tc>
          <w:tcPr>
            <w:tcW w:w="2530" w:type="dxa"/>
            <w:tcBorders>
              <w:top w:val="single" w:sz="4" w:space="0" w:color="auto"/>
              <w:left w:val="single" w:sz="4" w:space="0" w:color="auto"/>
            </w:tcBorders>
            <w:shd w:val="clear" w:color="auto" w:fill="auto"/>
          </w:tcPr>
          <w:p w:rsidR="0054601C" w:rsidRDefault="000952AC">
            <w:pPr>
              <w:widowControl w:val="0"/>
              <w:spacing w:after="0" w:line="240" w:lineRule="auto"/>
              <w:ind w:firstLine="260"/>
            </w:pPr>
            <w:r>
              <w:rPr>
                <w:b/>
                <w:bCs/>
                <w:color w:val="000000"/>
                <w:lang w:val="uk-UA" w:eastAsia="uk-UA" w:bidi="uk-UA"/>
              </w:rPr>
              <w:t>Види контролю</w:t>
            </w:r>
          </w:p>
        </w:tc>
        <w:tc>
          <w:tcPr>
            <w:tcW w:w="2102" w:type="dxa"/>
            <w:tcBorders>
              <w:top w:val="single" w:sz="4" w:space="0" w:color="auto"/>
              <w:left w:val="single" w:sz="4" w:space="0" w:color="auto"/>
              <w:right w:val="single" w:sz="4" w:space="0" w:color="auto"/>
            </w:tcBorders>
            <w:shd w:val="clear" w:color="auto" w:fill="auto"/>
          </w:tcPr>
          <w:p w:rsidR="0054601C" w:rsidRDefault="000952AC">
            <w:pPr>
              <w:widowControl w:val="0"/>
              <w:spacing w:after="0"/>
              <w:jc w:val="center"/>
            </w:pPr>
            <w:r>
              <w:rPr>
                <w:b/>
                <w:bCs/>
                <w:color w:val="000000"/>
                <w:lang w:val="uk-UA" w:eastAsia="uk-UA" w:bidi="uk-UA"/>
              </w:rPr>
              <w:t>Засоби навчання</w:t>
            </w:r>
          </w:p>
        </w:tc>
      </w:tr>
      <w:tr w:rsidR="0054601C" w:rsidRPr="000952AC">
        <w:trPr>
          <w:cantSplit/>
          <w:trHeight w:hRule="exact" w:val="2482"/>
          <w:jc w:val="center"/>
        </w:trPr>
        <w:tc>
          <w:tcPr>
            <w:tcW w:w="739"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760" w:type="dxa"/>
            <w:tcBorders>
              <w:top w:val="single" w:sz="4" w:space="0" w:color="auto"/>
              <w:left w:val="single" w:sz="4" w:space="0" w:color="auto"/>
            </w:tcBorders>
            <w:shd w:val="clear" w:color="auto" w:fill="auto"/>
          </w:tcPr>
          <w:p w:rsidR="0054601C" w:rsidRDefault="000952AC">
            <w:pPr>
              <w:widowControl w:val="0"/>
              <w:spacing w:after="0" w:line="240" w:lineRule="auto"/>
            </w:pPr>
            <w:r>
              <w:rPr>
                <w:b/>
                <w:bCs/>
                <w:color w:val="000000"/>
                <w:lang w:val="uk-UA" w:eastAsia="uk-UA" w:bidi="uk-UA"/>
              </w:rPr>
              <w:t>Підготовчий етап</w:t>
            </w:r>
          </w:p>
        </w:tc>
        <w:tc>
          <w:tcPr>
            <w:tcW w:w="1464"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15хв</w:t>
            </w:r>
          </w:p>
        </w:tc>
        <w:tc>
          <w:tcPr>
            <w:tcW w:w="2530" w:type="dxa"/>
            <w:tcBorders>
              <w:top w:val="single" w:sz="4" w:space="0" w:color="auto"/>
              <w:left w:val="single" w:sz="4" w:space="0" w:color="auto"/>
            </w:tcBorders>
            <w:shd w:val="clear" w:color="auto" w:fill="auto"/>
          </w:tcPr>
          <w:p w:rsidR="0054601C" w:rsidRPr="000952AC" w:rsidRDefault="000952AC">
            <w:pPr>
              <w:widowControl w:val="0"/>
              <w:spacing w:after="0"/>
              <w:rPr>
                <w:lang w:val="ru-RU"/>
              </w:rPr>
            </w:pPr>
            <w:r>
              <w:rPr>
                <w:color w:val="000000"/>
                <w:lang w:val="uk-UA" w:eastAsia="uk-UA" w:bidi="uk-UA"/>
              </w:rPr>
              <w:t xml:space="preserve">практичні завдання,ситуацій ні задачі, усне опи тування за стан </w:t>
            </w:r>
            <w:proofErr w:type="spellStart"/>
            <w:r>
              <w:rPr>
                <w:color w:val="000000"/>
                <w:lang w:val="uk-UA" w:eastAsia="uk-UA" w:bidi="uk-UA"/>
              </w:rPr>
              <w:t>дартизованими</w:t>
            </w:r>
            <w:proofErr w:type="spellEnd"/>
            <w:r>
              <w:rPr>
                <w:color w:val="000000"/>
                <w:lang w:val="uk-UA" w:eastAsia="uk-UA" w:bidi="uk-UA"/>
              </w:rPr>
              <w:t xml:space="preserve"> переліками питань.</w:t>
            </w:r>
          </w:p>
        </w:tc>
        <w:tc>
          <w:tcPr>
            <w:tcW w:w="2102" w:type="dxa"/>
            <w:tcBorders>
              <w:top w:val="single" w:sz="4" w:space="0" w:color="auto"/>
              <w:left w:val="single" w:sz="4" w:space="0" w:color="auto"/>
              <w:right w:val="single" w:sz="4" w:space="0" w:color="auto"/>
            </w:tcBorders>
            <w:shd w:val="clear" w:color="auto" w:fill="auto"/>
          </w:tcPr>
          <w:p w:rsidR="0054601C" w:rsidRPr="000952AC" w:rsidRDefault="000952AC">
            <w:pPr>
              <w:widowControl w:val="0"/>
              <w:spacing w:after="0"/>
              <w:rPr>
                <w:lang w:val="ru-RU"/>
              </w:rPr>
            </w:pPr>
            <w:r>
              <w:rPr>
                <w:color w:val="000000"/>
                <w:lang w:val="uk-UA" w:eastAsia="uk-UA" w:bidi="uk-UA"/>
              </w:rPr>
              <w:t xml:space="preserve">під ручники, </w:t>
            </w:r>
            <w:proofErr w:type="spellStart"/>
            <w:r>
              <w:rPr>
                <w:color w:val="000000"/>
                <w:lang w:val="uk-UA" w:eastAsia="uk-UA" w:bidi="uk-UA"/>
              </w:rPr>
              <w:t>посібни</w:t>
            </w:r>
            <w:proofErr w:type="spellEnd"/>
            <w:r>
              <w:rPr>
                <w:color w:val="000000"/>
                <w:lang w:val="uk-UA" w:eastAsia="uk-UA" w:bidi="uk-UA"/>
              </w:rPr>
              <w:t xml:space="preserve"> </w:t>
            </w:r>
            <w:proofErr w:type="spellStart"/>
            <w:r>
              <w:rPr>
                <w:color w:val="000000"/>
                <w:lang w:val="uk-UA" w:eastAsia="uk-UA" w:bidi="uk-UA"/>
              </w:rPr>
              <w:t>ки</w:t>
            </w:r>
            <w:proofErr w:type="spellEnd"/>
            <w:r>
              <w:rPr>
                <w:color w:val="000000"/>
                <w:lang w:val="uk-UA" w:eastAsia="uk-UA" w:bidi="uk-UA"/>
              </w:rPr>
              <w:t>, методичні рекомендації.</w:t>
            </w:r>
          </w:p>
        </w:tc>
      </w:tr>
      <w:tr w:rsidR="0054601C">
        <w:trPr>
          <w:cantSplit/>
          <w:trHeight w:hRule="exact" w:val="1373"/>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1.1</w:t>
            </w:r>
          </w:p>
        </w:tc>
        <w:tc>
          <w:tcPr>
            <w:tcW w:w="2760" w:type="dxa"/>
            <w:tcBorders>
              <w:top w:val="single" w:sz="4" w:space="0" w:color="auto"/>
              <w:left w:val="single" w:sz="4" w:space="0" w:color="auto"/>
            </w:tcBorders>
            <w:shd w:val="clear" w:color="auto" w:fill="auto"/>
            <w:vAlign w:val="center"/>
          </w:tcPr>
          <w:p w:rsidR="0054601C" w:rsidRDefault="000952AC">
            <w:pPr>
              <w:widowControl w:val="0"/>
              <w:spacing w:after="0" w:line="271" w:lineRule="auto"/>
            </w:pPr>
            <w:r>
              <w:rPr>
                <w:color w:val="000000"/>
                <w:lang w:val="uk-UA" w:eastAsia="uk-UA" w:bidi="uk-UA"/>
              </w:rPr>
              <w:t>Організацій ні питання.</w:t>
            </w:r>
          </w:p>
        </w:tc>
        <w:tc>
          <w:tcPr>
            <w:tcW w:w="1464"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530"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102" w:type="dxa"/>
            <w:tcBorders>
              <w:top w:val="single" w:sz="4" w:space="0" w:color="auto"/>
              <w:left w:val="single" w:sz="4" w:space="0" w:color="auto"/>
              <w:right w:val="single" w:sz="4" w:space="0" w:color="auto"/>
            </w:tcBorders>
            <w:shd w:val="clear" w:color="auto" w:fill="auto"/>
          </w:tcPr>
          <w:p w:rsidR="0054601C" w:rsidRDefault="0054601C">
            <w:pPr>
              <w:widowControl w:val="0"/>
              <w:rPr>
                <w:sz w:val="10"/>
                <w:szCs w:val="10"/>
              </w:rPr>
            </w:pPr>
          </w:p>
        </w:tc>
      </w:tr>
      <w:tr w:rsidR="0054601C">
        <w:trPr>
          <w:cantSplit/>
          <w:trHeight w:hRule="exact" w:val="1368"/>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1.2</w:t>
            </w:r>
          </w:p>
        </w:tc>
        <w:tc>
          <w:tcPr>
            <w:tcW w:w="2760" w:type="dxa"/>
            <w:tcBorders>
              <w:top w:val="single" w:sz="4" w:space="0" w:color="auto"/>
              <w:left w:val="single" w:sz="4" w:space="0" w:color="auto"/>
            </w:tcBorders>
            <w:shd w:val="clear" w:color="auto" w:fill="auto"/>
          </w:tcPr>
          <w:p w:rsidR="0054601C" w:rsidRDefault="000952AC">
            <w:pPr>
              <w:widowControl w:val="0"/>
              <w:spacing w:after="0"/>
            </w:pPr>
            <w:r>
              <w:rPr>
                <w:color w:val="000000"/>
                <w:lang w:val="uk-UA" w:eastAsia="uk-UA" w:bidi="uk-UA"/>
              </w:rPr>
              <w:t>Формуванн я мотивації.</w:t>
            </w:r>
          </w:p>
        </w:tc>
        <w:tc>
          <w:tcPr>
            <w:tcW w:w="1464"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530"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102" w:type="dxa"/>
            <w:tcBorders>
              <w:top w:val="single" w:sz="4" w:space="0" w:color="auto"/>
              <w:left w:val="single" w:sz="4" w:space="0" w:color="auto"/>
              <w:right w:val="single" w:sz="4" w:space="0" w:color="auto"/>
            </w:tcBorders>
            <w:shd w:val="clear" w:color="auto" w:fill="auto"/>
          </w:tcPr>
          <w:p w:rsidR="0054601C" w:rsidRDefault="0054601C">
            <w:pPr>
              <w:widowControl w:val="0"/>
              <w:rPr>
                <w:sz w:val="10"/>
                <w:szCs w:val="10"/>
              </w:rPr>
            </w:pPr>
          </w:p>
        </w:tc>
      </w:tr>
      <w:tr w:rsidR="0054601C">
        <w:trPr>
          <w:cantSplit/>
          <w:trHeight w:hRule="exact" w:val="1613"/>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1.3</w:t>
            </w:r>
          </w:p>
        </w:tc>
        <w:tc>
          <w:tcPr>
            <w:tcW w:w="2760" w:type="dxa"/>
            <w:tcBorders>
              <w:top w:val="single" w:sz="4" w:space="0" w:color="auto"/>
              <w:left w:val="single" w:sz="4" w:space="0" w:color="auto"/>
            </w:tcBorders>
            <w:shd w:val="clear" w:color="auto" w:fill="auto"/>
          </w:tcPr>
          <w:p w:rsidR="0054601C" w:rsidRDefault="000952AC">
            <w:pPr>
              <w:widowControl w:val="0"/>
              <w:tabs>
                <w:tab w:val="left" w:pos="1915"/>
              </w:tabs>
              <w:spacing w:after="0" w:line="451" w:lineRule="auto"/>
            </w:pPr>
            <w:r>
              <w:rPr>
                <w:color w:val="000000"/>
                <w:lang w:val="uk-UA" w:eastAsia="uk-UA" w:bidi="uk-UA"/>
              </w:rPr>
              <w:t>Контроль початкового</w:t>
            </w:r>
            <w:r>
              <w:rPr>
                <w:color w:val="000000"/>
                <w:lang w:val="uk-UA" w:eastAsia="uk-UA" w:bidi="uk-UA"/>
              </w:rPr>
              <w:tab/>
              <w:t>рівня</w:t>
            </w:r>
          </w:p>
          <w:p w:rsidR="0054601C" w:rsidRDefault="000952AC">
            <w:pPr>
              <w:widowControl w:val="0"/>
              <w:spacing w:after="0" w:line="240" w:lineRule="auto"/>
            </w:pPr>
            <w:r>
              <w:rPr>
                <w:color w:val="000000"/>
                <w:lang w:val="uk-UA" w:eastAsia="uk-UA" w:bidi="uk-UA"/>
              </w:rPr>
              <w:t>підготовки.</w:t>
            </w:r>
          </w:p>
        </w:tc>
        <w:tc>
          <w:tcPr>
            <w:tcW w:w="1464"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530"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102" w:type="dxa"/>
            <w:tcBorders>
              <w:top w:val="single" w:sz="4" w:space="0" w:color="auto"/>
              <w:left w:val="single" w:sz="4" w:space="0" w:color="auto"/>
              <w:right w:val="single" w:sz="4" w:space="0" w:color="auto"/>
            </w:tcBorders>
            <w:shd w:val="clear" w:color="auto" w:fill="auto"/>
          </w:tcPr>
          <w:p w:rsidR="0054601C" w:rsidRDefault="0054601C">
            <w:pPr>
              <w:widowControl w:val="0"/>
              <w:rPr>
                <w:sz w:val="10"/>
                <w:szCs w:val="10"/>
              </w:rPr>
            </w:pPr>
          </w:p>
        </w:tc>
      </w:tr>
      <w:tr w:rsidR="0054601C">
        <w:trPr>
          <w:cantSplit/>
          <w:trHeight w:hRule="exact" w:val="629"/>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2.</w:t>
            </w:r>
          </w:p>
        </w:tc>
        <w:tc>
          <w:tcPr>
            <w:tcW w:w="2760" w:type="dxa"/>
            <w:tcBorders>
              <w:top w:val="single" w:sz="4" w:space="0" w:color="auto"/>
              <w:left w:val="single" w:sz="4" w:space="0" w:color="auto"/>
            </w:tcBorders>
            <w:shd w:val="clear" w:color="auto" w:fill="auto"/>
          </w:tcPr>
          <w:p w:rsidR="0054601C" w:rsidRDefault="000952AC">
            <w:pPr>
              <w:widowControl w:val="0"/>
              <w:tabs>
                <w:tab w:val="left" w:pos="1747"/>
              </w:tabs>
              <w:spacing w:after="0" w:line="240" w:lineRule="auto"/>
            </w:pPr>
            <w:r>
              <w:rPr>
                <w:color w:val="000000"/>
                <w:lang w:val="uk-UA" w:eastAsia="uk-UA" w:bidi="uk-UA"/>
              </w:rPr>
              <w:t>Основний</w:t>
            </w:r>
            <w:r>
              <w:rPr>
                <w:color w:val="000000"/>
                <w:lang w:val="uk-UA" w:eastAsia="uk-UA" w:bidi="uk-UA"/>
              </w:rPr>
              <w:tab/>
              <w:t>етап</w:t>
            </w:r>
          </w:p>
        </w:tc>
        <w:tc>
          <w:tcPr>
            <w:tcW w:w="1464"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55хв</w:t>
            </w:r>
          </w:p>
        </w:tc>
        <w:tc>
          <w:tcPr>
            <w:tcW w:w="2530"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102" w:type="dxa"/>
            <w:tcBorders>
              <w:top w:val="single" w:sz="4" w:space="0" w:color="auto"/>
              <w:left w:val="single" w:sz="4" w:space="0" w:color="auto"/>
              <w:right w:val="single" w:sz="4" w:space="0" w:color="auto"/>
            </w:tcBorders>
            <w:shd w:val="clear" w:color="auto" w:fill="auto"/>
          </w:tcPr>
          <w:p w:rsidR="0054601C" w:rsidRDefault="0054601C">
            <w:pPr>
              <w:widowControl w:val="0"/>
              <w:rPr>
                <w:sz w:val="10"/>
                <w:szCs w:val="10"/>
              </w:rPr>
            </w:pPr>
          </w:p>
        </w:tc>
      </w:tr>
      <w:tr w:rsidR="0054601C">
        <w:trPr>
          <w:cantSplit/>
          <w:trHeight w:hRule="exact" w:val="998"/>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3.</w:t>
            </w:r>
          </w:p>
        </w:tc>
        <w:tc>
          <w:tcPr>
            <w:tcW w:w="2760" w:type="dxa"/>
            <w:tcBorders>
              <w:top w:val="single" w:sz="4" w:space="0" w:color="auto"/>
              <w:left w:val="single" w:sz="4" w:space="0" w:color="auto"/>
            </w:tcBorders>
            <w:shd w:val="clear" w:color="auto" w:fill="auto"/>
          </w:tcPr>
          <w:p w:rsidR="0054601C" w:rsidRDefault="000952AC">
            <w:pPr>
              <w:widowControl w:val="0"/>
              <w:spacing w:after="0" w:line="240" w:lineRule="auto"/>
            </w:pPr>
            <w:r>
              <w:rPr>
                <w:b/>
                <w:bCs/>
                <w:color w:val="000000"/>
                <w:lang w:val="uk-UA" w:eastAsia="uk-UA" w:bidi="uk-UA"/>
              </w:rPr>
              <w:t>Заключний етап</w:t>
            </w:r>
          </w:p>
        </w:tc>
        <w:tc>
          <w:tcPr>
            <w:tcW w:w="1464"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20 хв</w:t>
            </w:r>
          </w:p>
        </w:tc>
        <w:tc>
          <w:tcPr>
            <w:tcW w:w="2530"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тестові завдання</w:t>
            </w:r>
          </w:p>
        </w:tc>
        <w:tc>
          <w:tcPr>
            <w:tcW w:w="2102" w:type="dxa"/>
            <w:tcBorders>
              <w:top w:val="single" w:sz="4" w:space="0" w:color="auto"/>
              <w:left w:val="single" w:sz="4" w:space="0" w:color="auto"/>
              <w:right w:val="single" w:sz="4" w:space="0" w:color="auto"/>
            </w:tcBorders>
            <w:shd w:val="clear" w:color="auto" w:fill="auto"/>
          </w:tcPr>
          <w:p w:rsidR="0054601C" w:rsidRDefault="000952AC">
            <w:pPr>
              <w:widowControl w:val="0"/>
              <w:spacing w:after="40" w:line="240" w:lineRule="auto"/>
            </w:pPr>
            <w:r>
              <w:rPr>
                <w:color w:val="000000"/>
                <w:lang w:val="uk-UA" w:eastAsia="uk-UA" w:bidi="uk-UA"/>
              </w:rPr>
              <w:t>тестові</w:t>
            </w:r>
          </w:p>
          <w:p w:rsidR="0054601C" w:rsidRDefault="000952AC">
            <w:pPr>
              <w:widowControl w:val="0"/>
              <w:spacing w:after="0" w:line="240" w:lineRule="auto"/>
            </w:pPr>
            <w:r>
              <w:rPr>
                <w:color w:val="000000"/>
                <w:lang w:val="uk-UA" w:eastAsia="uk-UA" w:bidi="uk-UA"/>
              </w:rPr>
              <w:t>завдання</w:t>
            </w:r>
          </w:p>
        </w:tc>
      </w:tr>
      <w:tr w:rsidR="0054601C">
        <w:trPr>
          <w:cantSplit/>
          <w:trHeight w:hRule="exact" w:val="1003"/>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3.1.</w:t>
            </w:r>
          </w:p>
        </w:tc>
        <w:tc>
          <w:tcPr>
            <w:tcW w:w="2760" w:type="dxa"/>
            <w:tcBorders>
              <w:top w:val="single" w:sz="4" w:space="0" w:color="auto"/>
              <w:left w:val="single" w:sz="4" w:space="0" w:color="auto"/>
            </w:tcBorders>
            <w:shd w:val="clear" w:color="auto" w:fill="auto"/>
          </w:tcPr>
          <w:p w:rsidR="0054601C" w:rsidRDefault="000952AC">
            <w:pPr>
              <w:widowControl w:val="0"/>
              <w:spacing w:after="0"/>
            </w:pPr>
            <w:r>
              <w:rPr>
                <w:color w:val="000000"/>
                <w:lang w:val="uk-UA" w:eastAsia="uk-UA" w:bidi="uk-UA"/>
              </w:rPr>
              <w:t xml:space="preserve">Контроль кінцевого </w:t>
            </w:r>
            <w:r>
              <w:rPr>
                <w:color w:val="000000"/>
                <w:lang w:val="uk-UA" w:eastAsia="uk-UA" w:bidi="uk-UA"/>
              </w:rPr>
              <w:t>рівня підготовки.</w:t>
            </w:r>
          </w:p>
        </w:tc>
        <w:tc>
          <w:tcPr>
            <w:tcW w:w="1464"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530"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102" w:type="dxa"/>
            <w:tcBorders>
              <w:top w:val="single" w:sz="4" w:space="0" w:color="auto"/>
              <w:left w:val="single" w:sz="4" w:space="0" w:color="auto"/>
              <w:right w:val="single" w:sz="4" w:space="0" w:color="auto"/>
            </w:tcBorders>
            <w:shd w:val="clear" w:color="auto" w:fill="auto"/>
          </w:tcPr>
          <w:p w:rsidR="0054601C" w:rsidRDefault="0054601C">
            <w:pPr>
              <w:widowControl w:val="0"/>
              <w:rPr>
                <w:sz w:val="10"/>
                <w:szCs w:val="10"/>
              </w:rPr>
            </w:pPr>
          </w:p>
        </w:tc>
      </w:tr>
      <w:tr w:rsidR="0054601C" w:rsidRPr="000952AC">
        <w:trPr>
          <w:cantSplit/>
          <w:trHeight w:hRule="exact" w:val="1147"/>
          <w:jc w:val="center"/>
        </w:trPr>
        <w:tc>
          <w:tcPr>
            <w:tcW w:w="739"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pPr>
            <w:r>
              <w:rPr>
                <w:color w:val="000000"/>
                <w:lang w:val="uk-UA" w:eastAsia="uk-UA" w:bidi="uk-UA"/>
              </w:rPr>
              <w:t>3.2.</w:t>
            </w:r>
          </w:p>
        </w:tc>
        <w:tc>
          <w:tcPr>
            <w:tcW w:w="2760" w:type="dxa"/>
            <w:tcBorders>
              <w:top w:val="single" w:sz="4" w:space="0" w:color="auto"/>
              <w:left w:val="single" w:sz="4" w:space="0" w:color="auto"/>
              <w:bottom w:val="single" w:sz="4" w:space="0" w:color="auto"/>
            </w:tcBorders>
            <w:shd w:val="clear" w:color="auto" w:fill="auto"/>
            <w:vAlign w:val="bottom"/>
          </w:tcPr>
          <w:p w:rsidR="0054601C" w:rsidRPr="000952AC" w:rsidRDefault="000952AC">
            <w:pPr>
              <w:widowControl w:val="0"/>
              <w:tabs>
                <w:tab w:val="left" w:pos="1632"/>
              </w:tabs>
              <w:spacing w:after="0"/>
              <w:rPr>
                <w:lang w:val="ru-RU"/>
              </w:rPr>
            </w:pPr>
            <w:r>
              <w:rPr>
                <w:color w:val="000000"/>
                <w:lang w:val="uk-UA" w:eastAsia="uk-UA" w:bidi="uk-UA"/>
              </w:rPr>
              <w:t>Загальна</w:t>
            </w:r>
            <w:r>
              <w:rPr>
                <w:color w:val="000000"/>
                <w:lang w:val="uk-UA" w:eastAsia="uk-UA" w:bidi="uk-UA"/>
              </w:rPr>
              <w:tab/>
              <w:t>оцінка</w:t>
            </w:r>
          </w:p>
          <w:p w:rsidR="0054601C" w:rsidRPr="000952AC" w:rsidRDefault="000952AC">
            <w:pPr>
              <w:widowControl w:val="0"/>
              <w:tabs>
                <w:tab w:val="left" w:pos="1627"/>
              </w:tabs>
              <w:spacing w:after="0"/>
              <w:rPr>
                <w:lang w:val="ru-RU"/>
              </w:rPr>
            </w:pPr>
            <w:r>
              <w:rPr>
                <w:color w:val="000000"/>
                <w:lang w:val="uk-UA" w:eastAsia="uk-UA" w:bidi="uk-UA"/>
              </w:rPr>
              <w:t>навчальної діяльності</w:t>
            </w:r>
            <w:r>
              <w:rPr>
                <w:color w:val="000000"/>
                <w:lang w:val="uk-UA" w:eastAsia="uk-UA" w:bidi="uk-UA"/>
              </w:rPr>
              <w:tab/>
              <w:t>лікаря-</w:t>
            </w:r>
          </w:p>
        </w:tc>
        <w:tc>
          <w:tcPr>
            <w:tcW w:w="1464" w:type="dxa"/>
            <w:tcBorders>
              <w:top w:val="single" w:sz="4" w:space="0" w:color="auto"/>
              <w:left w:val="single" w:sz="4" w:space="0" w:color="auto"/>
              <w:bottom w:val="single" w:sz="4" w:space="0" w:color="auto"/>
            </w:tcBorders>
            <w:shd w:val="clear" w:color="auto" w:fill="auto"/>
          </w:tcPr>
          <w:p w:rsidR="0054601C" w:rsidRPr="000952AC" w:rsidRDefault="0054601C">
            <w:pPr>
              <w:widowControl w:val="0"/>
              <w:rPr>
                <w:sz w:val="10"/>
                <w:szCs w:val="10"/>
                <w:lang w:val="ru-RU"/>
              </w:rPr>
            </w:pPr>
          </w:p>
        </w:tc>
        <w:tc>
          <w:tcPr>
            <w:tcW w:w="2530" w:type="dxa"/>
            <w:tcBorders>
              <w:top w:val="single" w:sz="4" w:space="0" w:color="auto"/>
              <w:left w:val="single" w:sz="4" w:space="0" w:color="auto"/>
              <w:bottom w:val="single" w:sz="4" w:space="0" w:color="auto"/>
            </w:tcBorders>
            <w:shd w:val="clear" w:color="auto" w:fill="auto"/>
          </w:tcPr>
          <w:p w:rsidR="0054601C" w:rsidRPr="000952AC" w:rsidRDefault="0054601C">
            <w:pPr>
              <w:widowControl w:val="0"/>
              <w:rPr>
                <w:sz w:val="10"/>
                <w:szCs w:val="10"/>
                <w:lang w:val="ru-RU"/>
              </w:rPr>
            </w:pPr>
          </w:p>
        </w:tc>
        <w:tc>
          <w:tcPr>
            <w:tcW w:w="2102" w:type="dxa"/>
            <w:tcBorders>
              <w:top w:val="single" w:sz="4" w:space="0" w:color="auto"/>
              <w:left w:val="single" w:sz="4" w:space="0" w:color="auto"/>
              <w:bottom w:val="single" w:sz="4" w:space="0" w:color="auto"/>
              <w:right w:val="single" w:sz="4" w:space="0" w:color="auto"/>
            </w:tcBorders>
            <w:shd w:val="clear" w:color="auto" w:fill="auto"/>
          </w:tcPr>
          <w:p w:rsidR="0054601C" w:rsidRPr="000952AC" w:rsidRDefault="0054601C">
            <w:pPr>
              <w:widowControl w:val="0"/>
              <w:rPr>
                <w:sz w:val="10"/>
                <w:szCs w:val="10"/>
                <w:lang w:val="ru-RU"/>
              </w:rPr>
            </w:pPr>
          </w:p>
        </w:tc>
      </w:tr>
    </w:tbl>
    <w:p w:rsidR="0054601C" w:rsidRPr="000952AC" w:rsidRDefault="0054601C">
      <w:pPr>
        <w:widowControl w:val="0"/>
        <w:spacing w:line="1" w:lineRule="exact"/>
        <w:rPr>
          <w:lang w:val="ru-RU"/>
        </w:rPr>
      </w:pPr>
    </w:p>
    <w:tbl>
      <w:tblPr>
        <w:tblOverlap w:val="never"/>
        <w:tblW w:w="0" w:type="auto"/>
        <w:jc w:val="center"/>
        <w:tblLayout w:type="fixed"/>
        <w:tblLook w:val="04A0" w:firstRow="1" w:lastRow="0" w:firstColumn="1" w:lastColumn="0" w:noHBand="0" w:noVBand="1"/>
      </w:tblPr>
      <w:tblGrid>
        <w:gridCol w:w="739"/>
        <w:gridCol w:w="2760"/>
        <w:gridCol w:w="1464"/>
        <w:gridCol w:w="2530"/>
        <w:gridCol w:w="2102"/>
      </w:tblGrid>
      <w:tr w:rsidR="0054601C">
        <w:trPr>
          <w:cantSplit/>
          <w:trHeight w:hRule="exact" w:val="638"/>
          <w:jc w:val="center"/>
        </w:trPr>
        <w:tc>
          <w:tcPr>
            <w:tcW w:w="739" w:type="dxa"/>
            <w:tcBorders>
              <w:top w:val="single" w:sz="4" w:space="0" w:color="auto"/>
              <w:left w:val="single" w:sz="4" w:space="0" w:color="auto"/>
            </w:tcBorders>
            <w:shd w:val="clear" w:color="auto" w:fill="auto"/>
          </w:tcPr>
          <w:p w:rsidR="0054601C" w:rsidRPr="000952AC" w:rsidRDefault="0054601C">
            <w:pPr>
              <w:widowControl w:val="0"/>
              <w:rPr>
                <w:sz w:val="10"/>
                <w:szCs w:val="10"/>
                <w:lang w:val="ru-RU"/>
              </w:rPr>
            </w:pPr>
          </w:p>
        </w:tc>
        <w:tc>
          <w:tcPr>
            <w:tcW w:w="2760"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інтерна.</w:t>
            </w:r>
          </w:p>
        </w:tc>
        <w:tc>
          <w:tcPr>
            <w:tcW w:w="1464"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530"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102" w:type="dxa"/>
            <w:tcBorders>
              <w:top w:val="single" w:sz="4" w:space="0" w:color="auto"/>
              <w:left w:val="single" w:sz="4" w:space="0" w:color="auto"/>
              <w:right w:val="single" w:sz="4" w:space="0" w:color="auto"/>
            </w:tcBorders>
            <w:shd w:val="clear" w:color="auto" w:fill="auto"/>
          </w:tcPr>
          <w:p w:rsidR="0054601C" w:rsidRDefault="0054601C">
            <w:pPr>
              <w:widowControl w:val="0"/>
              <w:rPr>
                <w:sz w:val="10"/>
                <w:szCs w:val="10"/>
              </w:rPr>
            </w:pPr>
          </w:p>
        </w:tc>
      </w:tr>
      <w:tr w:rsidR="0054601C">
        <w:trPr>
          <w:cantSplit/>
          <w:trHeight w:hRule="exact" w:val="1757"/>
          <w:jc w:val="center"/>
        </w:trPr>
        <w:tc>
          <w:tcPr>
            <w:tcW w:w="739"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pPr>
            <w:r>
              <w:rPr>
                <w:color w:val="000000"/>
                <w:lang w:val="uk-UA" w:eastAsia="uk-UA" w:bidi="uk-UA"/>
              </w:rPr>
              <w:lastRenderedPageBreak/>
              <w:t>3.3</w:t>
            </w:r>
          </w:p>
        </w:tc>
        <w:tc>
          <w:tcPr>
            <w:tcW w:w="2760" w:type="dxa"/>
            <w:tcBorders>
              <w:top w:val="single" w:sz="4" w:space="0" w:color="auto"/>
              <w:left w:val="single" w:sz="4" w:space="0" w:color="auto"/>
              <w:bottom w:val="single" w:sz="4" w:space="0" w:color="auto"/>
            </w:tcBorders>
            <w:shd w:val="clear" w:color="auto" w:fill="auto"/>
          </w:tcPr>
          <w:p w:rsidR="0054601C" w:rsidRPr="000952AC" w:rsidRDefault="000952AC">
            <w:pPr>
              <w:widowControl w:val="0"/>
              <w:tabs>
                <w:tab w:val="left" w:pos="1181"/>
              </w:tabs>
              <w:spacing w:after="0"/>
              <w:rPr>
                <w:lang w:val="ru-RU"/>
              </w:rPr>
            </w:pPr>
            <w:r>
              <w:rPr>
                <w:color w:val="000000"/>
                <w:lang w:val="uk-UA" w:eastAsia="uk-UA" w:bidi="uk-UA"/>
              </w:rPr>
              <w:t>Інформування лікарів-інтернів про тему</w:t>
            </w:r>
            <w:r>
              <w:rPr>
                <w:color w:val="000000"/>
                <w:lang w:val="uk-UA" w:eastAsia="uk-UA" w:bidi="uk-UA"/>
              </w:rPr>
              <w:tab/>
              <w:t>наступного</w:t>
            </w:r>
          </w:p>
          <w:p w:rsidR="0054601C" w:rsidRDefault="000952AC">
            <w:pPr>
              <w:widowControl w:val="0"/>
              <w:spacing w:after="0"/>
            </w:pPr>
            <w:r>
              <w:rPr>
                <w:color w:val="000000"/>
                <w:lang w:val="uk-UA" w:eastAsia="uk-UA" w:bidi="uk-UA"/>
              </w:rPr>
              <w:t>заняття.</w:t>
            </w:r>
          </w:p>
        </w:tc>
        <w:tc>
          <w:tcPr>
            <w:tcW w:w="1464" w:type="dxa"/>
            <w:tcBorders>
              <w:top w:val="single" w:sz="4" w:space="0" w:color="auto"/>
              <w:left w:val="single" w:sz="4" w:space="0" w:color="auto"/>
              <w:bottom w:val="single" w:sz="4" w:space="0" w:color="auto"/>
            </w:tcBorders>
            <w:shd w:val="clear" w:color="auto" w:fill="auto"/>
          </w:tcPr>
          <w:p w:rsidR="0054601C" w:rsidRDefault="0054601C">
            <w:pPr>
              <w:widowControl w:val="0"/>
              <w:rPr>
                <w:sz w:val="10"/>
                <w:szCs w:val="10"/>
              </w:rPr>
            </w:pPr>
          </w:p>
        </w:tc>
        <w:tc>
          <w:tcPr>
            <w:tcW w:w="2530" w:type="dxa"/>
            <w:tcBorders>
              <w:top w:val="single" w:sz="4" w:space="0" w:color="auto"/>
              <w:left w:val="single" w:sz="4" w:space="0" w:color="auto"/>
              <w:bottom w:val="single" w:sz="4" w:space="0" w:color="auto"/>
            </w:tcBorders>
            <w:shd w:val="clear" w:color="auto" w:fill="auto"/>
          </w:tcPr>
          <w:p w:rsidR="0054601C" w:rsidRDefault="0054601C">
            <w:pPr>
              <w:widowControl w:val="0"/>
              <w:rPr>
                <w:sz w:val="10"/>
                <w:szCs w:val="10"/>
              </w:rPr>
            </w:pPr>
          </w:p>
        </w:tc>
        <w:tc>
          <w:tcPr>
            <w:tcW w:w="2102" w:type="dxa"/>
            <w:tcBorders>
              <w:top w:val="single" w:sz="4" w:space="0" w:color="auto"/>
              <w:left w:val="single" w:sz="4" w:space="0" w:color="auto"/>
              <w:bottom w:val="single" w:sz="4" w:space="0" w:color="auto"/>
              <w:right w:val="single" w:sz="4" w:space="0" w:color="auto"/>
            </w:tcBorders>
            <w:shd w:val="clear" w:color="auto" w:fill="auto"/>
          </w:tcPr>
          <w:p w:rsidR="0054601C" w:rsidRDefault="0054601C">
            <w:pPr>
              <w:widowControl w:val="0"/>
              <w:rPr>
                <w:sz w:val="10"/>
                <w:szCs w:val="10"/>
              </w:rPr>
            </w:pPr>
          </w:p>
        </w:tc>
      </w:tr>
    </w:tbl>
    <w:p w:rsidR="0054601C" w:rsidRDefault="0054601C">
      <w:pPr>
        <w:widowControl w:val="0"/>
        <w:spacing w:after="1539" w:line="1" w:lineRule="exact"/>
      </w:pPr>
    </w:p>
    <w:p w:rsidR="0054601C" w:rsidRDefault="000952AC">
      <w:pPr>
        <w:widowControl w:val="0"/>
        <w:spacing w:after="0" w:line="240" w:lineRule="auto"/>
        <w:ind w:firstLine="640"/>
        <w:jc w:val="both"/>
      </w:pPr>
      <w:r>
        <w:rPr>
          <w:b/>
          <w:bCs/>
          <w:i/>
          <w:iCs/>
          <w:color w:val="000000"/>
          <w:u w:val="single"/>
          <w:lang w:val="uk-UA" w:eastAsia="uk-UA" w:bidi="uk-UA"/>
        </w:rPr>
        <w:t>Зміст теми заняття</w:t>
      </w:r>
    </w:p>
    <w:p w:rsidR="0054601C" w:rsidRPr="000952AC" w:rsidRDefault="000952AC">
      <w:pPr>
        <w:widowControl w:val="0"/>
        <w:spacing w:after="0" w:line="240" w:lineRule="auto"/>
        <w:ind w:firstLine="820"/>
        <w:jc w:val="both"/>
        <w:rPr>
          <w:lang w:val="ru-RU"/>
        </w:rPr>
      </w:pPr>
      <w:r>
        <w:rPr>
          <w:color w:val="000000"/>
          <w:lang w:val="uk-UA" w:eastAsia="uk-UA" w:bidi="uk-UA"/>
        </w:rPr>
        <w:t xml:space="preserve">Етіологічні чинники, які можуть призвести до виникнення природжених вад </w:t>
      </w:r>
      <w:r>
        <w:rPr>
          <w:color w:val="000000"/>
          <w:lang w:val="uk-UA" w:eastAsia="uk-UA" w:bidi="uk-UA"/>
        </w:rPr>
        <w:t>обличчя:</w:t>
      </w:r>
    </w:p>
    <w:p w:rsidR="0054601C" w:rsidRDefault="000952AC">
      <w:pPr>
        <w:widowControl w:val="0"/>
        <w:spacing w:after="0" w:line="240" w:lineRule="auto"/>
        <w:ind w:firstLine="820"/>
        <w:jc w:val="both"/>
      </w:pPr>
      <w:r>
        <w:rPr>
          <w:b/>
          <w:bCs/>
          <w:color w:val="000000"/>
          <w:lang w:val="uk-UA" w:eastAsia="uk-UA" w:bidi="uk-UA"/>
        </w:rPr>
        <w:t>Екзогенні фактори:</w:t>
      </w:r>
    </w:p>
    <w:p w:rsidR="0054601C" w:rsidRPr="000952AC" w:rsidRDefault="000952AC">
      <w:pPr>
        <w:widowControl w:val="0"/>
        <w:numPr>
          <w:ilvl w:val="0"/>
          <w:numId w:val="11"/>
        </w:numPr>
        <w:tabs>
          <w:tab w:val="left" w:pos="1620"/>
          <w:tab w:val="left" w:pos="1622"/>
        </w:tabs>
        <w:spacing w:after="0" w:line="240" w:lineRule="auto"/>
        <w:ind w:left="0" w:firstLine="820"/>
        <w:rPr>
          <w:lang w:val="ru-RU"/>
        </w:rPr>
      </w:pPr>
      <w:r>
        <w:rPr>
          <w:color w:val="000000"/>
          <w:lang w:val="uk-UA" w:eastAsia="uk-UA" w:bidi="uk-UA"/>
        </w:rPr>
        <w:t>Дія на плід іонізуючого опромінення.</w:t>
      </w:r>
    </w:p>
    <w:p w:rsidR="0054601C" w:rsidRPr="000952AC" w:rsidRDefault="000952AC">
      <w:pPr>
        <w:widowControl w:val="0"/>
        <w:numPr>
          <w:ilvl w:val="0"/>
          <w:numId w:val="11"/>
        </w:numPr>
        <w:tabs>
          <w:tab w:val="left" w:pos="1620"/>
          <w:tab w:val="left" w:pos="1641"/>
        </w:tabs>
        <w:spacing w:after="0" w:line="240" w:lineRule="auto"/>
        <w:ind w:left="0" w:firstLine="820"/>
        <w:rPr>
          <w:lang w:val="ru-RU"/>
        </w:rPr>
      </w:pPr>
      <w:r>
        <w:rPr>
          <w:color w:val="000000"/>
          <w:lang w:val="uk-UA" w:eastAsia="uk-UA" w:bidi="uk-UA"/>
        </w:rPr>
        <w:t>Дія на плід патогенної мікрофлори (стафілокок, віруси, анаероби).</w:t>
      </w:r>
    </w:p>
    <w:p w:rsidR="0054601C" w:rsidRPr="000952AC" w:rsidRDefault="000952AC">
      <w:pPr>
        <w:widowControl w:val="0"/>
        <w:numPr>
          <w:ilvl w:val="0"/>
          <w:numId w:val="11"/>
        </w:numPr>
        <w:tabs>
          <w:tab w:val="left" w:pos="1620"/>
          <w:tab w:val="left" w:pos="1636"/>
        </w:tabs>
        <w:spacing w:after="0" w:line="240" w:lineRule="auto"/>
        <w:ind w:left="0" w:firstLine="820"/>
        <w:rPr>
          <w:lang w:val="ru-RU"/>
        </w:rPr>
      </w:pPr>
      <w:r>
        <w:rPr>
          <w:color w:val="000000"/>
          <w:lang w:val="uk-UA" w:eastAsia="uk-UA" w:bidi="uk-UA"/>
        </w:rPr>
        <w:t xml:space="preserve">Дія на плід медикаментів ( </w:t>
      </w:r>
      <w:proofErr w:type="spellStart"/>
      <w:r>
        <w:rPr>
          <w:color w:val="000000"/>
          <w:lang w:val="uk-UA" w:eastAsia="uk-UA" w:bidi="uk-UA"/>
        </w:rPr>
        <w:t>тератогенні</w:t>
      </w:r>
      <w:proofErr w:type="spellEnd"/>
      <w:r>
        <w:rPr>
          <w:color w:val="000000"/>
          <w:lang w:val="uk-UA" w:eastAsia="uk-UA" w:bidi="uk-UA"/>
        </w:rPr>
        <w:t xml:space="preserve"> препарати).</w:t>
      </w:r>
    </w:p>
    <w:p w:rsidR="0054601C" w:rsidRPr="000952AC" w:rsidRDefault="000952AC">
      <w:pPr>
        <w:widowControl w:val="0"/>
        <w:numPr>
          <w:ilvl w:val="0"/>
          <w:numId w:val="11"/>
        </w:numPr>
        <w:tabs>
          <w:tab w:val="left" w:pos="1620"/>
          <w:tab w:val="left" w:pos="1646"/>
        </w:tabs>
        <w:spacing w:after="0" w:line="240" w:lineRule="auto"/>
        <w:ind w:left="0" w:firstLine="820"/>
        <w:rPr>
          <w:lang w:val="ru-RU"/>
        </w:rPr>
      </w:pPr>
      <w:r>
        <w:rPr>
          <w:color w:val="000000"/>
          <w:lang w:val="uk-UA" w:eastAsia="uk-UA" w:bidi="uk-UA"/>
        </w:rPr>
        <w:t>Дія на плід хімічних речовин.</w:t>
      </w:r>
    </w:p>
    <w:p w:rsidR="0054601C" w:rsidRDefault="000952AC">
      <w:pPr>
        <w:widowControl w:val="0"/>
        <w:numPr>
          <w:ilvl w:val="0"/>
          <w:numId w:val="11"/>
        </w:numPr>
        <w:tabs>
          <w:tab w:val="left" w:pos="1620"/>
          <w:tab w:val="left" w:pos="1622"/>
        </w:tabs>
        <w:spacing w:after="0" w:line="240" w:lineRule="auto"/>
        <w:ind w:left="0" w:firstLine="820"/>
        <w:jc w:val="both"/>
      </w:pPr>
      <w:r>
        <w:rPr>
          <w:color w:val="000000"/>
          <w:lang w:val="uk-UA" w:eastAsia="uk-UA" w:bidi="uk-UA"/>
        </w:rPr>
        <w:t>Алкоголь.</w:t>
      </w:r>
    </w:p>
    <w:p w:rsidR="0054601C" w:rsidRDefault="000952AC">
      <w:pPr>
        <w:widowControl w:val="0"/>
        <w:numPr>
          <w:ilvl w:val="0"/>
          <w:numId w:val="11"/>
        </w:numPr>
        <w:tabs>
          <w:tab w:val="left" w:pos="1620"/>
          <w:tab w:val="left" w:pos="1622"/>
        </w:tabs>
        <w:spacing w:after="0" w:line="240" w:lineRule="auto"/>
        <w:ind w:left="0" w:firstLine="820"/>
        <w:jc w:val="both"/>
      </w:pPr>
      <w:r>
        <w:rPr>
          <w:color w:val="000000"/>
          <w:lang w:val="uk-UA" w:eastAsia="uk-UA" w:bidi="uk-UA"/>
        </w:rPr>
        <w:t>Авітамінози.</w:t>
      </w:r>
    </w:p>
    <w:p w:rsidR="0054601C" w:rsidRDefault="000952AC">
      <w:pPr>
        <w:widowControl w:val="0"/>
        <w:numPr>
          <w:ilvl w:val="0"/>
          <w:numId w:val="11"/>
        </w:numPr>
        <w:tabs>
          <w:tab w:val="left" w:pos="1620"/>
          <w:tab w:val="left" w:pos="1622"/>
          <w:tab w:val="center" w:pos="3526"/>
        </w:tabs>
        <w:spacing w:after="0" w:line="240" w:lineRule="auto"/>
        <w:ind w:left="0" w:firstLine="820"/>
        <w:jc w:val="both"/>
      </w:pPr>
      <w:r>
        <w:rPr>
          <w:color w:val="000000"/>
          <w:lang w:val="uk-UA" w:eastAsia="uk-UA" w:bidi="uk-UA"/>
        </w:rPr>
        <w:t>Дія термічних</w:t>
      </w:r>
      <w:r>
        <w:rPr>
          <w:color w:val="000000"/>
          <w:lang w:val="uk-UA" w:eastAsia="uk-UA" w:bidi="uk-UA"/>
        </w:rPr>
        <w:tab/>
      </w:r>
      <w:r>
        <w:rPr>
          <w:color w:val="000000"/>
          <w:lang w:val="uk-UA" w:eastAsia="uk-UA" w:bidi="uk-UA"/>
        </w:rPr>
        <w:t>факторів.</w:t>
      </w:r>
    </w:p>
    <w:p w:rsidR="0054601C" w:rsidRPr="000952AC" w:rsidRDefault="000952AC">
      <w:pPr>
        <w:widowControl w:val="0"/>
        <w:numPr>
          <w:ilvl w:val="0"/>
          <w:numId w:val="11"/>
        </w:numPr>
        <w:tabs>
          <w:tab w:val="left" w:pos="1620"/>
          <w:tab w:val="left" w:pos="1622"/>
          <w:tab w:val="center" w:pos="3641"/>
          <w:tab w:val="right" w:pos="6662"/>
        </w:tabs>
        <w:spacing w:after="0" w:line="240" w:lineRule="auto"/>
        <w:ind w:left="0" w:firstLine="820"/>
        <w:jc w:val="both"/>
        <w:rPr>
          <w:lang w:val="ru-RU"/>
        </w:rPr>
      </w:pPr>
      <w:r>
        <w:rPr>
          <w:color w:val="000000"/>
          <w:lang w:val="uk-UA" w:eastAsia="uk-UA" w:bidi="uk-UA"/>
        </w:rPr>
        <w:t>Травма живота</w:t>
      </w:r>
      <w:r>
        <w:rPr>
          <w:color w:val="000000"/>
          <w:lang w:val="uk-UA" w:eastAsia="uk-UA" w:bidi="uk-UA"/>
        </w:rPr>
        <w:tab/>
        <w:t>в</w:t>
      </w:r>
      <w:r>
        <w:rPr>
          <w:color w:val="000000"/>
          <w:lang w:val="uk-UA" w:eastAsia="uk-UA" w:bidi="uk-UA"/>
        </w:rPr>
        <w:tab/>
        <w:t>ранні терміни вагітності.</w:t>
      </w:r>
    </w:p>
    <w:p w:rsidR="0054601C" w:rsidRDefault="000952AC">
      <w:pPr>
        <w:widowControl w:val="0"/>
        <w:numPr>
          <w:ilvl w:val="0"/>
          <w:numId w:val="11"/>
        </w:numPr>
        <w:tabs>
          <w:tab w:val="left" w:pos="1620"/>
          <w:tab w:val="left" w:pos="1622"/>
        </w:tabs>
        <w:spacing w:after="0" w:line="240" w:lineRule="auto"/>
        <w:ind w:left="0" w:firstLine="820"/>
        <w:jc w:val="both"/>
      </w:pPr>
      <w:r>
        <w:rPr>
          <w:color w:val="000000"/>
          <w:lang w:val="uk-UA" w:eastAsia="uk-UA" w:bidi="uk-UA"/>
        </w:rPr>
        <w:t>Психологічні травми.</w:t>
      </w:r>
    </w:p>
    <w:p w:rsidR="0054601C" w:rsidRDefault="000952AC">
      <w:pPr>
        <w:widowControl w:val="0"/>
        <w:tabs>
          <w:tab w:val="left" w:pos="8567"/>
        </w:tabs>
        <w:spacing w:after="0" w:line="240" w:lineRule="auto"/>
        <w:ind w:firstLine="820"/>
        <w:jc w:val="both"/>
      </w:pPr>
      <w:r>
        <w:rPr>
          <w:b/>
          <w:bCs/>
          <w:color w:val="000000"/>
          <w:lang w:val="uk-UA" w:eastAsia="uk-UA" w:bidi="uk-UA"/>
        </w:rPr>
        <w:t>Ендогенні</w:t>
      </w:r>
      <w:r>
        <w:rPr>
          <w:b/>
          <w:bCs/>
          <w:color w:val="000000"/>
          <w:lang w:val="uk-UA" w:eastAsia="uk-UA" w:bidi="uk-UA"/>
        </w:rPr>
        <w:tab/>
        <w:t>фактори:</w:t>
      </w:r>
    </w:p>
    <w:p w:rsidR="0054601C" w:rsidRDefault="000952AC">
      <w:pPr>
        <w:widowControl w:val="0"/>
        <w:numPr>
          <w:ilvl w:val="0"/>
          <w:numId w:val="12"/>
        </w:numPr>
        <w:tabs>
          <w:tab w:val="left" w:pos="1620"/>
          <w:tab w:val="left" w:pos="1626"/>
        </w:tabs>
        <w:spacing w:after="0" w:line="240" w:lineRule="auto"/>
        <w:ind w:left="0" w:firstLine="820"/>
        <w:jc w:val="both"/>
      </w:pPr>
      <w:r>
        <w:rPr>
          <w:color w:val="000000"/>
          <w:lang w:val="uk-UA" w:eastAsia="uk-UA" w:bidi="uk-UA"/>
        </w:rPr>
        <w:t>Спадковість.</w:t>
      </w:r>
    </w:p>
    <w:p w:rsidR="0054601C" w:rsidRPr="000952AC" w:rsidRDefault="000952AC">
      <w:pPr>
        <w:widowControl w:val="0"/>
        <w:numPr>
          <w:ilvl w:val="0"/>
          <w:numId w:val="12"/>
        </w:numPr>
        <w:tabs>
          <w:tab w:val="left" w:pos="1620"/>
          <w:tab w:val="left" w:pos="1737"/>
        </w:tabs>
        <w:spacing w:after="0" w:line="240" w:lineRule="auto"/>
        <w:ind w:left="0" w:firstLine="820"/>
        <w:jc w:val="both"/>
        <w:rPr>
          <w:lang w:val="ru-RU"/>
        </w:rPr>
      </w:pPr>
      <w:r>
        <w:rPr>
          <w:color w:val="000000"/>
          <w:lang w:val="uk-UA" w:eastAsia="uk-UA" w:bidi="uk-UA"/>
        </w:rPr>
        <w:t>Здоров'я батьків. Перенесені ними захворювання такі як: сифіліс,</w:t>
      </w:r>
    </w:p>
    <w:p w:rsidR="0054601C" w:rsidRPr="000952AC" w:rsidRDefault="000952AC">
      <w:pPr>
        <w:widowControl w:val="0"/>
        <w:spacing w:after="0" w:line="240" w:lineRule="auto"/>
        <w:jc w:val="both"/>
        <w:rPr>
          <w:lang w:val="uk-UA"/>
        </w:rPr>
      </w:pPr>
      <w:r>
        <w:rPr>
          <w:color w:val="000000"/>
          <w:lang w:val="uk-UA" w:eastAsia="uk-UA" w:bidi="uk-UA"/>
        </w:rPr>
        <w:t xml:space="preserve">алкоголізм, хронічні інтоксикації, деякі гормональні порушення. Перенесені матір'ю </w:t>
      </w:r>
      <w:r>
        <w:rPr>
          <w:color w:val="000000"/>
          <w:lang w:val="uk-UA" w:eastAsia="uk-UA" w:bidi="uk-UA"/>
        </w:rPr>
        <w:t>вірусні та інфекційні захворювання (скарлатина, кір, токсоплазмоз, краснуха).</w:t>
      </w:r>
    </w:p>
    <w:p w:rsidR="0054601C" w:rsidRDefault="000952AC">
      <w:pPr>
        <w:widowControl w:val="0"/>
        <w:numPr>
          <w:ilvl w:val="0"/>
          <w:numId w:val="12"/>
        </w:numPr>
        <w:tabs>
          <w:tab w:val="left" w:pos="1620"/>
          <w:tab w:val="left" w:pos="1631"/>
        </w:tabs>
        <w:spacing w:after="0" w:line="240" w:lineRule="auto"/>
        <w:ind w:left="0" w:firstLine="820"/>
        <w:jc w:val="both"/>
      </w:pPr>
      <w:r>
        <w:rPr>
          <w:color w:val="000000"/>
          <w:lang w:val="uk-UA" w:eastAsia="uk-UA" w:bidi="uk-UA"/>
        </w:rPr>
        <w:t>Перенесені аборти.</w:t>
      </w:r>
    </w:p>
    <w:p w:rsidR="0054601C" w:rsidRDefault="000952AC">
      <w:pPr>
        <w:widowControl w:val="0"/>
        <w:spacing w:after="0" w:line="240" w:lineRule="auto"/>
        <w:ind w:firstLine="820"/>
        <w:jc w:val="both"/>
      </w:pPr>
      <w:r>
        <w:rPr>
          <w:color w:val="000000"/>
          <w:lang w:val="uk-UA" w:eastAsia="uk-UA" w:bidi="uk-UA"/>
        </w:rPr>
        <w:t>Розрізняють незрощення обличчя, верхньої губи, альвеолярного відростка, твердого та м'якого піднебіння.</w:t>
      </w:r>
    </w:p>
    <w:p w:rsidR="0054601C" w:rsidRDefault="000952AC">
      <w:pPr>
        <w:widowControl w:val="0"/>
        <w:spacing w:after="0" w:line="240" w:lineRule="auto"/>
        <w:ind w:firstLine="820"/>
        <w:jc w:val="both"/>
      </w:pPr>
      <w:r>
        <w:rPr>
          <w:color w:val="000000"/>
          <w:lang w:val="uk-UA" w:eastAsia="uk-UA" w:bidi="uk-UA"/>
        </w:rPr>
        <w:t>Вади мають такий розподіл:</w:t>
      </w:r>
    </w:p>
    <w:p w:rsidR="0054601C" w:rsidRPr="000952AC" w:rsidRDefault="000952AC">
      <w:pPr>
        <w:widowControl w:val="0"/>
        <w:numPr>
          <w:ilvl w:val="0"/>
          <w:numId w:val="13"/>
        </w:numPr>
        <w:tabs>
          <w:tab w:val="left" w:pos="354"/>
        </w:tabs>
        <w:spacing w:after="0" w:line="240" w:lineRule="auto"/>
        <w:ind w:left="0" w:firstLine="0"/>
        <w:rPr>
          <w:lang w:val="ru-RU"/>
        </w:rPr>
      </w:pPr>
      <w:r>
        <w:rPr>
          <w:color w:val="000000"/>
          <w:lang w:val="uk-UA" w:eastAsia="uk-UA" w:bidi="uk-UA"/>
        </w:rPr>
        <w:t xml:space="preserve">Незрощення тканин </w:t>
      </w:r>
      <w:proofErr w:type="spellStart"/>
      <w:r>
        <w:rPr>
          <w:color w:val="000000"/>
          <w:lang w:val="uk-UA" w:eastAsia="uk-UA" w:bidi="uk-UA"/>
        </w:rPr>
        <w:t>щелепно</w:t>
      </w:r>
      <w:proofErr w:type="spellEnd"/>
      <w:r>
        <w:rPr>
          <w:color w:val="000000"/>
          <w:lang w:val="uk-UA" w:eastAsia="uk-UA" w:bidi="uk-UA"/>
        </w:rPr>
        <w:t>-ли</w:t>
      </w:r>
      <w:r>
        <w:rPr>
          <w:color w:val="000000"/>
          <w:lang w:val="uk-UA" w:eastAsia="uk-UA" w:bidi="uk-UA"/>
        </w:rPr>
        <w:t>цевої ділянки: губи;</w:t>
      </w:r>
    </w:p>
    <w:p w:rsidR="0054601C" w:rsidRPr="000952AC" w:rsidRDefault="000952AC">
      <w:pPr>
        <w:widowControl w:val="0"/>
        <w:spacing w:after="0" w:line="240" w:lineRule="auto"/>
        <w:ind w:firstLine="180"/>
        <w:jc w:val="both"/>
        <w:rPr>
          <w:lang w:val="ru-RU"/>
        </w:rPr>
      </w:pPr>
      <w:r>
        <w:rPr>
          <w:color w:val="000000"/>
          <w:lang w:val="uk-UA" w:eastAsia="uk-UA" w:bidi="uk-UA"/>
        </w:rPr>
        <w:t>колобома;</w:t>
      </w:r>
    </w:p>
    <w:p w:rsidR="0054601C" w:rsidRPr="000952AC" w:rsidRDefault="000952AC">
      <w:pPr>
        <w:widowControl w:val="0"/>
        <w:spacing w:after="0" w:line="240" w:lineRule="auto"/>
        <w:jc w:val="both"/>
        <w:rPr>
          <w:lang w:val="ru-RU"/>
        </w:rPr>
      </w:pPr>
      <w:proofErr w:type="spellStart"/>
      <w:r>
        <w:rPr>
          <w:color w:val="000000"/>
          <w:lang w:val="uk-UA" w:eastAsia="uk-UA" w:bidi="uk-UA"/>
        </w:rPr>
        <w:t>макростома</w:t>
      </w:r>
      <w:proofErr w:type="spellEnd"/>
      <w:r>
        <w:rPr>
          <w:color w:val="000000"/>
          <w:lang w:val="uk-UA" w:eastAsia="uk-UA" w:bidi="uk-UA"/>
        </w:rPr>
        <w:t>;</w:t>
      </w:r>
    </w:p>
    <w:p w:rsidR="0054601C" w:rsidRPr="000952AC" w:rsidRDefault="000952AC">
      <w:pPr>
        <w:widowControl w:val="0"/>
        <w:spacing w:after="0" w:line="240" w:lineRule="auto"/>
        <w:ind w:firstLine="180"/>
        <w:jc w:val="both"/>
        <w:rPr>
          <w:lang w:val="ru-RU"/>
        </w:rPr>
      </w:pPr>
      <w:r>
        <w:rPr>
          <w:color w:val="000000"/>
          <w:lang w:val="uk-UA" w:eastAsia="uk-UA" w:bidi="uk-UA"/>
        </w:rPr>
        <w:t>коміркового відростка піднебіння.</w:t>
      </w:r>
    </w:p>
    <w:p w:rsidR="0054601C" w:rsidRPr="000952AC" w:rsidRDefault="000952AC">
      <w:pPr>
        <w:widowControl w:val="0"/>
        <w:numPr>
          <w:ilvl w:val="0"/>
          <w:numId w:val="13"/>
        </w:numPr>
        <w:tabs>
          <w:tab w:val="left" w:pos="382"/>
        </w:tabs>
        <w:spacing w:after="0" w:line="240" w:lineRule="auto"/>
        <w:ind w:left="0" w:firstLine="0"/>
        <w:rPr>
          <w:lang w:val="ru-RU"/>
        </w:rPr>
      </w:pPr>
      <w:r>
        <w:rPr>
          <w:color w:val="000000"/>
          <w:lang w:val="uk-UA" w:eastAsia="uk-UA" w:bidi="uk-UA"/>
        </w:rPr>
        <w:t xml:space="preserve">Незрощення тканин </w:t>
      </w:r>
      <w:proofErr w:type="spellStart"/>
      <w:r>
        <w:rPr>
          <w:color w:val="000000"/>
          <w:lang w:val="uk-UA" w:eastAsia="uk-UA" w:bidi="uk-UA"/>
        </w:rPr>
        <w:t>щелепно</w:t>
      </w:r>
      <w:proofErr w:type="spellEnd"/>
      <w:r>
        <w:rPr>
          <w:color w:val="000000"/>
          <w:lang w:val="uk-UA" w:eastAsia="uk-UA" w:bidi="uk-UA"/>
        </w:rPr>
        <w:t>-лицевої ділянки, поєднані з іншими вадами (синдромами).</w:t>
      </w:r>
    </w:p>
    <w:p w:rsidR="0054601C" w:rsidRPr="000952AC" w:rsidRDefault="000952AC">
      <w:pPr>
        <w:widowControl w:val="0"/>
        <w:numPr>
          <w:ilvl w:val="0"/>
          <w:numId w:val="13"/>
        </w:numPr>
        <w:tabs>
          <w:tab w:val="left" w:pos="378"/>
        </w:tabs>
        <w:spacing w:after="0" w:line="240" w:lineRule="auto"/>
        <w:ind w:left="0" w:firstLine="0"/>
        <w:rPr>
          <w:lang w:val="ru-RU"/>
        </w:rPr>
      </w:pPr>
      <w:proofErr w:type="spellStart"/>
      <w:r>
        <w:rPr>
          <w:color w:val="000000"/>
          <w:lang w:val="uk-UA" w:eastAsia="uk-UA" w:bidi="uk-UA"/>
        </w:rPr>
        <w:t>Орофаціальні</w:t>
      </w:r>
      <w:proofErr w:type="spellEnd"/>
      <w:r>
        <w:rPr>
          <w:color w:val="000000"/>
          <w:lang w:val="uk-UA" w:eastAsia="uk-UA" w:bidi="uk-UA"/>
        </w:rPr>
        <w:t xml:space="preserve"> </w:t>
      </w:r>
      <w:proofErr w:type="spellStart"/>
      <w:r>
        <w:rPr>
          <w:color w:val="000000"/>
          <w:lang w:val="uk-UA" w:eastAsia="uk-UA" w:bidi="uk-UA"/>
        </w:rPr>
        <w:t>дисплазії</w:t>
      </w:r>
      <w:proofErr w:type="spellEnd"/>
      <w:r>
        <w:rPr>
          <w:color w:val="000000"/>
          <w:lang w:val="uk-UA" w:eastAsia="uk-UA" w:bidi="uk-UA"/>
        </w:rPr>
        <w:t xml:space="preserve"> м'яких тканин і кісток лиця.</w:t>
      </w:r>
    </w:p>
    <w:p w:rsidR="0054601C" w:rsidRPr="000952AC" w:rsidRDefault="000952AC">
      <w:pPr>
        <w:widowControl w:val="0"/>
        <w:numPr>
          <w:ilvl w:val="0"/>
          <w:numId w:val="13"/>
        </w:numPr>
        <w:tabs>
          <w:tab w:val="left" w:pos="382"/>
        </w:tabs>
        <w:spacing w:after="0" w:line="240" w:lineRule="auto"/>
        <w:ind w:left="0" w:firstLine="0"/>
        <w:rPr>
          <w:lang w:val="ru-RU"/>
        </w:rPr>
      </w:pPr>
      <w:r>
        <w:rPr>
          <w:color w:val="000000"/>
          <w:lang w:val="uk-UA" w:eastAsia="uk-UA" w:bidi="uk-UA"/>
        </w:rPr>
        <w:t xml:space="preserve">Відсутність </w:t>
      </w:r>
      <w:proofErr w:type="spellStart"/>
      <w:r>
        <w:rPr>
          <w:color w:val="000000"/>
          <w:lang w:val="uk-UA" w:eastAsia="uk-UA" w:bidi="uk-UA"/>
        </w:rPr>
        <w:t>органа</w:t>
      </w:r>
      <w:proofErr w:type="spellEnd"/>
      <w:r>
        <w:rPr>
          <w:color w:val="000000"/>
          <w:lang w:val="uk-UA" w:eastAsia="uk-UA" w:bidi="uk-UA"/>
        </w:rPr>
        <w:t xml:space="preserve"> або його частини і (або) </w:t>
      </w:r>
      <w:r>
        <w:rPr>
          <w:color w:val="000000"/>
          <w:lang w:val="uk-UA" w:eastAsia="uk-UA" w:bidi="uk-UA"/>
        </w:rPr>
        <w:t>тканини.</w:t>
      </w:r>
    </w:p>
    <w:p w:rsidR="0054601C" w:rsidRPr="000952AC" w:rsidRDefault="000952AC">
      <w:pPr>
        <w:widowControl w:val="0"/>
        <w:numPr>
          <w:ilvl w:val="0"/>
          <w:numId w:val="13"/>
        </w:numPr>
        <w:tabs>
          <w:tab w:val="left" w:pos="373"/>
        </w:tabs>
        <w:spacing w:after="0" w:line="240" w:lineRule="auto"/>
        <w:ind w:left="0" w:firstLine="0"/>
        <w:rPr>
          <w:lang w:val="ru-RU"/>
        </w:rPr>
      </w:pPr>
      <w:r>
        <w:rPr>
          <w:color w:val="000000"/>
          <w:lang w:val="uk-UA" w:eastAsia="uk-UA" w:bidi="uk-UA"/>
        </w:rPr>
        <w:t>Вади розвитку окремих органів (вушна раковина, ніс).</w:t>
      </w:r>
    </w:p>
    <w:p w:rsidR="0054601C" w:rsidRPr="000952AC" w:rsidRDefault="000952AC">
      <w:pPr>
        <w:widowControl w:val="0"/>
        <w:numPr>
          <w:ilvl w:val="0"/>
          <w:numId w:val="13"/>
        </w:numPr>
        <w:tabs>
          <w:tab w:val="left" w:pos="373"/>
        </w:tabs>
        <w:spacing w:after="0" w:line="240" w:lineRule="auto"/>
        <w:ind w:left="0" w:firstLine="0"/>
        <w:rPr>
          <w:lang w:val="ru-RU"/>
        </w:rPr>
      </w:pPr>
      <w:r>
        <w:rPr>
          <w:color w:val="000000"/>
          <w:lang w:val="uk-UA" w:eastAsia="uk-UA" w:bidi="uk-UA"/>
        </w:rPr>
        <w:t>Вади розвитку вуздечок губ та язика.</w:t>
      </w:r>
    </w:p>
    <w:p w:rsidR="0054601C" w:rsidRPr="000952AC" w:rsidRDefault="000952AC">
      <w:pPr>
        <w:widowControl w:val="0"/>
        <w:numPr>
          <w:ilvl w:val="0"/>
          <w:numId w:val="13"/>
        </w:numPr>
        <w:tabs>
          <w:tab w:val="left" w:pos="553"/>
        </w:tabs>
        <w:spacing w:after="0" w:line="240" w:lineRule="auto"/>
        <w:ind w:left="0" w:firstLine="180"/>
        <w:jc w:val="both"/>
        <w:rPr>
          <w:lang w:val="ru-RU"/>
        </w:rPr>
      </w:pPr>
      <w:r>
        <w:rPr>
          <w:color w:val="000000"/>
          <w:lang w:val="uk-UA" w:eastAsia="uk-UA" w:bidi="uk-UA"/>
        </w:rPr>
        <w:t xml:space="preserve">Атрезії носових та слухових ходів, </w:t>
      </w:r>
      <w:proofErr w:type="spellStart"/>
      <w:r>
        <w:rPr>
          <w:color w:val="000000"/>
          <w:lang w:val="uk-UA" w:eastAsia="uk-UA" w:bidi="uk-UA"/>
        </w:rPr>
        <w:t>мікростоми</w:t>
      </w:r>
      <w:proofErr w:type="spellEnd"/>
      <w:r>
        <w:rPr>
          <w:color w:val="000000"/>
          <w:lang w:val="uk-UA" w:eastAsia="uk-UA" w:bidi="uk-UA"/>
        </w:rPr>
        <w:t>.</w:t>
      </w:r>
    </w:p>
    <w:p w:rsidR="0054601C" w:rsidRDefault="000952AC">
      <w:pPr>
        <w:widowControl w:val="0"/>
        <w:numPr>
          <w:ilvl w:val="0"/>
          <w:numId w:val="13"/>
        </w:numPr>
        <w:tabs>
          <w:tab w:val="left" w:pos="373"/>
        </w:tabs>
        <w:spacing w:after="0" w:line="240" w:lineRule="auto"/>
        <w:ind w:left="0" w:firstLine="0"/>
      </w:pPr>
      <w:r>
        <w:rPr>
          <w:color w:val="000000"/>
          <w:lang w:val="uk-UA" w:eastAsia="uk-UA" w:bidi="uk-UA"/>
        </w:rPr>
        <w:t>Нориці.</w:t>
      </w:r>
    </w:p>
    <w:p w:rsidR="0054601C" w:rsidRDefault="000952AC">
      <w:pPr>
        <w:widowControl w:val="0"/>
        <w:spacing w:after="0" w:line="240" w:lineRule="auto"/>
        <w:ind w:firstLine="160"/>
      </w:pPr>
      <w:r>
        <w:rPr>
          <w:color w:val="000000"/>
          <w:lang w:val="uk-UA" w:eastAsia="uk-UA" w:bidi="uk-UA"/>
        </w:rPr>
        <w:t>Класифікація А.А.Колесова</w:t>
      </w:r>
    </w:p>
    <w:p w:rsidR="0054601C" w:rsidRDefault="000952AC">
      <w:pPr>
        <w:widowControl w:val="0"/>
        <w:numPr>
          <w:ilvl w:val="0"/>
          <w:numId w:val="14"/>
        </w:numPr>
        <w:tabs>
          <w:tab w:val="left" w:pos="343"/>
        </w:tabs>
        <w:spacing w:after="0" w:line="240" w:lineRule="auto"/>
        <w:ind w:left="0" w:firstLine="0"/>
      </w:pPr>
      <w:r>
        <w:rPr>
          <w:color w:val="000000"/>
          <w:lang w:val="uk-UA" w:eastAsia="uk-UA" w:bidi="uk-UA"/>
        </w:rPr>
        <w:t>Незрощення обличчя:</w:t>
      </w:r>
    </w:p>
    <w:p w:rsidR="0054601C" w:rsidRDefault="000952AC">
      <w:pPr>
        <w:widowControl w:val="0"/>
        <w:numPr>
          <w:ilvl w:val="0"/>
          <w:numId w:val="15"/>
        </w:numPr>
        <w:tabs>
          <w:tab w:val="left" w:pos="358"/>
        </w:tabs>
        <w:spacing w:after="0" w:line="240" w:lineRule="auto"/>
        <w:ind w:left="0" w:firstLine="0"/>
      </w:pPr>
      <w:r>
        <w:rPr>
          <w:color w:val="000000"/>
          <w:lang w:val="uk-UA" w:eastAsia="uk-UA" w:bidi="uk-UA"/>
        </w:rPr>
        <w:t>Серединне незрощення обличчя</w:t>
      </w:r>
    </w:p>
    <w:p w:rsidR="0054601C" w:rsidRDefault="000952AC">
      <w:pPr>
        <w:widowControl w:val="0"/>
        <w:numPr>
          <w:ilvl w:val="0"/>
          <w:numId w:val="15"/>
        </w:numPr>
        <w:tabs>
          <w:tab w:val="left" w:pos="547"/>
        </w:tabs>
        <w:spacing w:after="0" w:line="240" w:lineRule="auto"/>
        <w:ind w:left="0" w:firstLine="160"/>
      </w:pPr>
      <w:r>
        <w:rPr>
          <w:color w:val="000000"/>
          <w:lang w:val="uk-UA" w:eastAsia="uk-UA" w:bidi="uk-UA"/>
        </w:rPr>
        <w:t xml:space="preserve">Косе незрощення обличчя </w:t>
      </w:r>
      <w:r>
        <w:rPr>
          <w:color w:val="000000"/>
          <w:lang w:val="uk-UA" w:eastAsia="uk-UA" w:bidi="uk-UA"/>
        </w:rPr>
        <w:t>(колобома)</w:t>
      </w:r>
    </w:p>
    <w:p w:rsidR="0054601C" w:rsidRDefault="000952AC">
      <w:pPr>
        <w:widowControl w:val="0"/>
        <w:numPr>
          <w:ilvl w:val="0"/>
          <w:numId w:val="15"/>
        </w:numPr>
        <w:tabs>
          <w:tab w:val="left" w:pos="382"/>
        </w:tabs>
        <w:spacing w:after="0" w:line="240" w:lineRule="auto"/>
        <w:ind w:left="0" w:firstLine="0"/>
      </w:pPr>
      <w:r>
        <w:rPr>
          <w:color w:val="000000"/>
          <w:lang w:val="uk-UA" w:eastAsia="uk-UA" w:bidi="uk-UA"/>
        </w:rPr>
        <w:t>Поперечне незрощення обличчя(макростома)</w:t>
      </w:r>
    </w:p>
    <w:p w:rsidR="0054601C" w:rsidRDefault="000952AC">
      <w:pPr>
        <w:widowControl w:val="0"/>
        <w:numPr>
          <w:ilvl w:val="0"/>
          <w:numId w:val="14"/>
        </w:numPr>
        <w:tabs>
          <w:tab w:val="left" w:pos="590"/>
        </w:tabs>
        <w:spacing w:after="0" w:line="240" w:lineRule="auto"/>
        <w:ind w:left="0" w:firstLine="160"/>
      </w:pPr>
      <w:r>
        <w:rPr>
          <w:color w:val="000000"/>
          <w:lang w:val="uk-UA" w:eastAsia="uk-UA" w:bidi="uk-UA"/>
        </w:rPr>
        <w:t>Незрощення верхньої губи:</w:t>
      </w:r>
    </w:p>
    <w:p w:rsidR="0054601C" w:rsidRPr="000952AC" w:rsidRDefault="000952AC">
      <w:pPr>
        <w:widowControl w:val="0"/>
        <w:numPr>
          <w:ilvl w:val="0"/>
          <w:numId w:val="16"/>
        </w:numPr>
        <w:tabs>
          <w:tab w:val="left" w:pos="459"/>
        </w:tabs>
        <w:spacing w:after="0" w:line="240" w:lineRule="auto"/>
        <w:ind w:left="0" w:firstLine="160"/>
        <w:rPr>
          <w:lang w:val="ru-RU"/>
        </w:rPr>
      </w:pPr>
      <w:r>
        <w:rPr>
          <w:color w:val="000000"/>
          <w:lang w:val="uk-UA" w:eastAsia="uk-UA" w:bidi="uk-UA"/>
        </w:rPr>
        <w:t>Вроджене приховане незрощення верхньої губи (одностороннє або двостороннє)</w:t>
      </w:r>
    </w:p>
    <w:p w:rsidR="0054601C" w:rsidRPr="000952AC" w:rsidRDefault="000952AC">
      <w:pPr>
        <w:widowControl w:val="0"/>
        <w:numPr>
          <w:ilvl w:val="0"/>
          <w:numId w:val="16"/>
        </w:numPr>
        <w:tabs>
          <w:tab w:val="left" w:pos="547"/>
        </w:tabs>
        <w:spacing w:after="0" w:line="240" w:lineRule="auto"/>
        <w:ind w:left="0" w:firstLine="160"/>
        <w:rPr>
          <w:lang w:val="ru-RU"/>
        </w:rPr>
      </w:pPr>
      <w:r>
        <w:rPr>
          <w:color w:val="000000"/>
          <w:lang w:val="uk-UA" w:eastAsia="uk-UA" w:bidi="uk-UA"/>
        </w:rPr>
        <w:t>Вроджене неповне незрощення верхньої губи:</w:t>
      </w:r>
    </w:p>
    <w:p w:rsidR="0054601C" w:rsidRPr="000952AC" w:rsidRDefault="000952AC">
      <w:pPr>
        <w:widowControl w:val="0"/>
        <w:numPr>
          <w:ilvl w:val="0"/>
          <w:numId w:val="17"/>
        </w:numPr>
        <w:tabs>
          <w:tab w:val="left" w:pos="474"/>
        </w:tabs>
        <w:spacing w:after="0" w:line="240" w:lineRule="auto"/>
        <w:ind w:left="0" w:firstLine="160"/>
        <w:rPr>
          <w:lang w:val="ru-RU"/>
        </w:rPr>
      </w:pPr>
      <w:r>
        <w:rPr>
          <w:color w:val="000000"/>
          <w:lang w:val="uk-UA" w:eastAsia="uk-UA" w:bidi="uk-UA"/>
        </w:rPr>
        <w:t xml:space="preserve">без деформації </w:t>
      </w:r>
      <w:proofErr w:type="spellStart"/>
      <w:r>
        <w:rPr>
          <w:color w:val="000000"/>
          <w:lang w:val="uk-UA" w:eastAsia="uk-UA" w:bidi="uk-UA"/>
        </w:rPr>
        <w:t>шкіряно</w:t>
      </w:r>
      <w:proofErr w:type="spellEnd"/>
      <w:r>
        <w:rPr>
          <w:color w:val="000000"/>
          <w:lang w:val="uk-UA" w:eastAsia="uk-UA" w:bidi="uk-UA"/>
        </w:rPr>
        <w:t xml:space="preserve">-хрящового відділу носа (одностороннє </w:t>
      </w:r>
      <w:r>
        <w:rPr>
          <w:color w:val="000000"/>
          <w:lang w:val="uk-UA" w:eastAsia="uk-UA" w:bidi="uk-UA"/>
        </w:rPr>
        <w:t>або двостороннє)</w:t>
      </w:r>
    </w:p>
    <w:p w:rsidR="0054601C" w:rsidRPr="000952AC" w:rsidRDefault="000952AC">
      <w:pPr>
        <w:widowControl w:val="0"/>
        <w:numPr>
          <w:ilvl w:val="0"/>
          <w:numId w:val="17"/>
        </w:numPr>
        <w:tabs>
          <w:tab w:val="left" w:pos="493"/>
        </w:tabs>
        <w:spacing w:after="0" w:line="240" w:lineRule="auto"/>
        <w:ind w:left="0" w:firstLine="160"/>
        <w:rPr>
          <w:lang w:val="ru-RU"/>
        </w:rPr>
      </w:pPr>
      <w:r>
        <w:rPr>
          <w:color w:val="000000"/>
          <w:lang w:val="uk-UA" w:eastAsia="uk-UA" w:bidi="uk-UA"/>
        </w:rPr>
        <w:t xml:space="preserve">З деформацією </w:t>
      </w:r>
      <w:proofErr w:type="spellStart"/>
      <w:r>
        <w:rPr>
          <w:color w:val="000000"/>
          <w:lang w:val="uk-UA" w:eastAsia="uk-UA" w:bidi="uk-UA"/>
        </w:rPr>
        <w:t>шкіряно</w:t>
      </w:r>
      <w:proofErr w:type="spellEnd"/>
      <w:r>
        <w:rPr>
          <w:color w:val="000000"/>
          <w:lang w:val="uk-UA" w:eastAsia="uk-UA" w:bidi="uk-UA"/>
        </w:rPr>
        <w:t>-хрящового відділу носа (одностороннє або двостороннє)</w:t>
      </w:r>
    </w:p>
    <w:p w:rsidR="0054601C" w:rsidRPr="000952AC" w:rsidRDefault="000952AC">
      <w:pPr>
        <w:widowControl w:val="0"/>
        <w:numPr>
          <w:ilvl w:val="0"/>
          <w:numId w:val="16"/>
        </w:numPr>
        <w:tabs>
          <w:tab w:val="left" w:pos="542"/>
        </w:tabs>
        <w:spacing w:after="0" w:line="240" w:lineRule="auto"/>
        <w:ind w:left="0" w:firstLine="160"/>
        <w:rPr>
          <w:lang w:val="ru-RU"/>
        </w:rPr>
      </w:pPr>
      <w:r>
        <w:rPr>
          <w:color w:val="000000"/>
          <w:lang w:val="uk-UA" w:eastAsia="uk-UA" w:bidi="uk-UA"/>
        </w:rPr>
        <w:t>Вроджене повне незрощення верхньої губи (одностороннє або двостороннє)</w:t>
      </w:r>
    </w:p>
    <w:p w:rsidR="0054601C" w:rsidRPr="000952AC" w:rsidRDefault="000952AC">
      <w:pPr>
        <w:widowControl w:val="0"/>
        <w:spacing w:after="0" w:line="240" w:lineRule="auto"/>
        <w:rPr>
          <w:lang w:val="ru-RU"/>
        </w:rPr>
      </w:pPr>
      <w:r>
        <w:rPr>
          <w:color w:val="000000"/>
          <w:lang w:val="uk-UA" w:eastAsia="uk-UA" w:bidi="uk-UA"/>
        </w:rPr>
        <w:lastRenderedPageBreak/>
        <w:t>III. Незрощення піднебіння</w:t>
      </w:r>
    </w:p>
    <w:p w:rsidR="0054601C" w:rsidRPr="000952AC" w:rsidRDefault="000952AC">
      <w:pPr>
        <w:widowControl w:val="0"/>
        <w:spacing w:after="0" w:line="240" w:lineRule="auto"/>
        <w:rPr>
          <w:lang w:val="ru-RU"/>
        </w:rPr>
      </w:pPr>
      <w:r>
        <w:rPr>
          <w:color w:val="000000"/>
          <w:lang w:val="uk-UA" w:eastAsia="uk-UA" w:bidi="uk-UA"/>
        </w:rPr>
        <w:t>1.Врожденні незрощення м'якого піднебіння:</w:t>
      </w:r>
    </w:p>
    <w:p w:rsidR="0054601C" w:rsidRDefault="000952AC">
      <w:pPr>
        <w:widowControl w:val="0"/>
        <w:numPr>
          <w:ilvl w:val="0"/>
          <w:numId w:val="18"/>
        </w:numPr>
        <w:tabs>
          <w:tab w:val="left" w:pos="557"/>
        </w:tabs>
        <w:spacing w:after="0" w:line="240" w:lineRule="auto"/>
        <w:ind w:left="0" w:firstLine="160"/>
      </w:pPr>
      <w:r>
        <w:rPr>
          <w:color w:val="000000"/>
          <w:lang w:val="uk-UA" w:eastAsia="uk-UA" w:bidi="uk-UA"/>
        </w:rPr>
        <w:t>приховані</w:t>
      </w:r>
    </w:p>
    <w:p w:rsidR="0054601C" w:rsidRDefault="000952AC">
      <w:pPr>
        <w:widowControl w:val="0"/>
        <w:numPr>
          <w:ilvl w:val="0"/>
          <w:numId w:val="18"/>
        </w:numPr>
        <w:tabs>
          <w:tab w:val="left" w:pos="416"/>
        </w:tabs>
        <w:spacing w:after="0" w:line="240" w:lineRule="auto"/>
        <w:ind w:left="0" w:firstLine="0"/>
      </w:pPr>
      <w:r>
        <w:rPr>
          <w:color w:val="000000"/>
          <w:lang w:val="uk-UA" w:eastAsia="uk-UA" w:bidi="uk-UA"/>
        </w:rPr>
        <w:t>неповні</w:t>
      </w:r>
    </w:p>
    <w:p w:rsidR="0054601C" w:rsidRDefault="000952AC">
      <w:pPr>
        <w:widowControl w:val="0"/>
        <w:spacing w:after="0" w:line="240" w:lineRule="auto"/>
        <w:ind w:firstLine="160"/>
      </w:pPr>
      <w:r>
        <w:rPr>
          <w:color w:val="000000"/>
          <w:lang w:val="uk-UA" w:eastAsia="uk-UA" w:bidi="uk-UA"/>
        </w:rPr>
        <w:t xml:space="preserve">у) </w:t>
      </w:r>
      <w:r>
        <w:rPr>
          <w:color w:val="000000"/>
          <w:lang w:val="uk-UA" w:eastAsia="uk-UA" w:bidi="uk-UA"/>
        </w:rPr>
        <w:t>повні</w:t>
      </w:r>
    </w:p>
    <w:p w:rsidR="0054601C" w:rsidRDefault="000952AC">
      <w:pPr>
        <w:widowControl w:val="0"/>
        <w:numPr>
          <w:ilvl w:val="0"/>
          <w:numId w:val="19"/>
        </w:numPr>
        <w:tabs>
          <w:tab w:val="left" w:pos="542"/>
        </w:tabs>
        <w:spacing w:after="0" w:line="240" w:lineRule="auto"/>
        <w:ind w:left="0" w:firstLine="160"/>
      </w:pPr>
      <w:r>
        <w:rPr>
          <w:color w:val="000000"/>
          <w:lang w:val="uk-UA" w:eastAsia="uk-UA" w:bidi="uk-UA"/>
        </w:rPr>
        <w:t>Вроджені незрощення м'якого і твердого піднебіння:</w:t>
      </w:r>
    </w:p>
    <w:p w:rsidR="0054601C" w:rsidRDefault="000952AC">
      <w:pPr>
        <w:widowControl w:val="0"/>
        <w:numPr>
          <w:ilvl w:val="0"/>
          <w:numId w:val="20"/>
        </w:numPr>
        <w:tabs>
          <w:tab w:val="left" w:pos="397"/>
        </w:tabs>
        <w:spacing w:after="0" w:line="240" w:lineRule="auto"/>
        <w:ind w:left="0" w:firstLine="0"/>
      </w:pPr>
      <w:r>
        <w:rPr>
          <w:color w:val="000000"/>
          <w:lang w:val="uk-UA" w:eastAsia="uk-UA" w:bidi="uk-UA"/>
        </w:rPr>
        <w:t>приховані</w:t>
      </w:r>
    </w:p>
    <w:p w:rsidR="0054601C" w:rsidRDefault="000952AC">
      <w:pPr>
        <w:widowControl w:val="0"/>
        <w:numPr>
          <w:ilvl w:val="0"/>
          <w:numId w:val="20"/>
        </w:numPr>
        <w:tabs>
          <w:tab w:val="left" w:pos="416"/>
        </w:tabs>
        <w:spacing w:after="0" w:line="240" w:lineRule="auto"/>
        <w:ind w:left="0" w:firstLine="0"/>
      </w:pPr>
      <w:r>
        <w:rPr>
          <w:color w:val="000000"/>
          <w:lang w:val="uk-UA" w:eastAsia="uk-UA" w:bidi="uk-UA"/>
        </w:rPr>
        <w:t>неповні</w:t>
      </w:r>
    </w:p>
    <w:p w:rsidR="0054601C" w:rsidRDefault="000952AC">
      <w:pPr>
        <w:widowControl w:val="0"/>
        <w:spacing w:after="0" w:line="240" w:lineRule="auto"/>
      </w:pPr>
      <w:r>
        <w:rPr>
          <w:color w:val="000000"/>
          <w:lang w:val="uk-UA" w:eastAsia="uk-UA" w:bidi="uk-UA"/>
        </w:rPr>
        <w:t>у) повні</w:t>
      </w:r>
    </w:p>
    <w:p w:rsidR="0054601C" w:rsidRPr="000952AC" w:rsidRDefault="000952AC">
      <w:pPr>
        <w:widowControl w:val="0"/>
        <w:numPr>
          <w:ilvl w:val="0"/>
          <w:numId w:val="19"/>
        </w:numPr>
        <w:tabs>
          <w:tab w:val="left" w:pos="382"/>
        </w:tabs>
        <w:spacing w:after="0" w:line="240" w:lineRule="auto"/>
        <w:ind w:left="0" w:firstLine="0"/>
        <w:rPr>
          <w:lang w:val="ru-RU"/>
        </w:rPr>
      </w:pPr>
      <w:r>
        <w:rPr>
          <w:color w:val="000000"/>
          <w:lang w:val="uk-UA" w:eastAsia="uk-UA" w:bidi="uk-UA"/>
        </w:rPr>
        <w:t>Вроджені незрощення м'якого, твердого піднебіння і альвеолярного відростка (односторонні або двосторонні)</w:t>
      </w:r>
    </w:p>
    <w:p w:rsidR="0054601C" w:rsidRPr="000952AC" w:rsidRDefault="000952AC">
      <w:pPr>
        <w:widowControl w:val="0"/>
        <w:numPr>
          <w:ilvl w:val="0"/>
          <w:numId w:val="19"/>
        </w:numPr>
        <w:tabs>
          <w:tab w:val="left" w:pos="387"/>
        </w:tabs>
        <w:spacing w:after="0" w:line="240" w:lineRule="auto"/>
        <w:ind w:left="0" w:firstLine="0"/>
        <w:rPr>
          <w:lang w:val="ru-RU"/>
        </w:rPr>
      </w:pPr>
      <w:r>
        <w:rPr>
          <w:color w:val="000000"/>
          <w:lang w:val="uk-UA" w:eastAsia="uk-UA" w:bidi="uk-UA"/>
        </w:rPr>
        <w:t xml:space="preserve">Вроджені незрощення альвеолярного відростка і переднього відділу </w:t>
      </w:r>
      <w:r>
        <w:rPr>
          <w:color w:val="000000"/>
          <w:lang w:val="uk-UA" w:eastAsia="uk-UA" w:bidi="uk-UA"/>
        </w:rPr>
        <w:t>твердого піднебіння:</w:t>
      </w:r>
    </w:p>
    <w:p w:rsidR="0054601C" w:rsidRDefault="000952AC">
      <w:pPr>
        <w:widowControl w:val="0"/>
        <w:numPr>
          <w:ilvl w:val="0"/>
          <w:numId w:val="21"/>
        </w:numPr>
        <w:tabs>
          <w:tab w:val="left" w:pos="397"/>
        </w:tabs>
        <w:spacing w:after="0" w:line="240" w:lineRule="auto"/>
        <w:ind w:left="0" w:firstLine="0"/>
      </w:pPr>
      <w:r>
        <w:rPr>
          <w:color w:val="000000"/>
          <w:lang w:val="uk-UA" w:eastAsia="uk-UA" w:bidi="uk-UA"/>
        </w:rPr>
        <w:t>неповні (односторонні або двосторонні)</w:t>
      </w:r>
    </w:p>
    <w:p w:rsidR="0054601C" w:rsidRDefault="000952AC">
      <w:pPr>
        <w:widowControl w:val="0"/>
        <w:numPr>
          <w:ilvl w:val="0"/>
          <w:numId w:val="21"/>
        </w:numPr>
        <w:tabs>
          <w:tab w:val="left" w:pos="416"/>
        </w:tabs>
        <w:spacing w:after="0" w:line="240" w:lineRule="auto"/>
        <w:ind w:left="0" w:firstLine="0"/>
      </w:pPr>
      <w:r>
        <w:rPr>
          <w:color w:val="000000"/>
          <w:lang w:val="uk-UA" w:eastAsia="uk-UA" w:bidi="uk-UA"/>
        </w:rPr>
        <w:t>повні (односторонні або двосторонні)</w:t>
      </w:r>
    </w:p>
    <w:p w:rsidR="0054601C" w:rsidRPr="000952AC" w:rsidRDefault="000952AC">
      <w:pPr>
        <w:widowControl w:val="0"/>
        <w:numPr>
          <w:ilvl w:val="0"/>
          <w:numId w:val="22"/>
        </w:numPr>
        <w:tabs>
          <w:tab w:val="left" w:pos="603"/>
        </w:tabs>
        <w:spacing w:after="0" w:line="240" w:lineRule="auto"/>
        <w:ind w:left="0" w:firstLine="160"/>
        <w:rPr>
          <w:lang w:val="ru-RU"/>
        </w:rPr>
      </w:pPr>
      <w:r>
        <w:rPr>
          <w:color w:val="000000"/>
          <w:lang w:val="uk-UA" w:eastAsia="uk-UA" w:bidi="uk-UA"/>
        </w:rPr>
        <w:t>Вроджені незрощення верхньої губи і альвеолярного відростка (односторонні або двосторонні)</w:t>
      </w:r>
    </w:p>
    <w:p w:rsidR="0054601C" w:rsidRPr="000952AC" w:rsidRDefault="000952AC">
      <w:pPr>
        <w:widowControl w:val="0"/>
        <w:numPr>
          <w:ilvl w:val="0"/>
          <w:numId w:val="22"/>
        </w:numPr>
        <w:tabs>
          <w:tab w:val="left" w:pos="517"/>
        </w:tabs>
        <w:spacing w:after="0" w:line="240" w:lineRule="auto"/>
        <w:ind w:left="0" w:firstLine="160"/>
        <w:rPr>
          <w:lang w:val="ru-RU"/>
        </w:rPr>
      </w:pPr>
      <w:r>
        <w:rPr>
          <w:color w:val="000000"/>
          <w:lang w:val="uk-UA" w:eastAsia="uk-UA" w:bidi="uk-UA"/>
        </w:rPr>
        <w:t>Вроджені наскрізні незрощення верхньої губи, альвеолярного відростка</w:t>
      </w:r>
      <w:r>
        <w:rPr>
          <w:color w:val="000000"/>
          <w:lang w:val="uk-UA" w:eastAsia="uk-UA" w:bidi="uk-UA"/>
        </w:rPr>
        <w:t>, твердого і м'якого піднебіння (односторонні або двосторонні).</w:t>
      </w:r>
    </w:p>
    <w:p w:rsidR="0054601C" w:rsidRPr="000952AC" w:rsidRDefault="000952AC">
      <w:pPr>
        <w:widowControl w:val="0"/>
        <w:spacing w:after="0" w:line="240" w:lineRule="auto"/>
        <w:ind w:firstLine="800"/>
        <w:jc w:val="both"/>
        <w:rPr>
          <w:lang w:val="ru-RU"/>
        </w:rPr>
      </w:pPr>
      <w:r>
        <w:rPr>
          <w:b/>
          <w:bCs/>
          <w:color w:val="000000"/>
          <w:lang w:val="uk-UA" w:eastAsia="uk-UA" w:bidi="uk-UA"/>
        </w:rPr>
        <w:t xml:space="preserve">Незрощення верхньої губи </w:t>
      </w:r>
      <w:r>
        <w:rPr>
          <w:color w:val="000000"/>
          <w:lang w:val="uk-UA" w:eastAsia="uk-UA" w:bidi="uk-UA"/>
        </w:rPr>
        <w:t>можуть бути односторонні та двосторонні, які в свою чергу можна поділити на:</w:t>
      </w:r>
    </w:p>
    <w:p w:rsidR="0054601C" w:rsidRPr="000952AC" w:rsidRDefault="000952AC">
      <w:pPr>
        <w:widowControl w:val="0"/>
        <w:spacing w:after="0" w:line="240" w:lineRule="auto"/>
        <w:ind w:firstLine="800"/>
        <w:jc w:val="both"/>
        <w:rPr>
          <w:lang w:val="ru-RU"/>
        </w:rPr>
      </w:pPr>
      <w:r>
        <w:rPr>
          <w:i/>
          <w:iCs/>
          <w:color w:val="000000"/>
          <w:lang w:val="uk-UA" w:eastAsia="uk-UA" w:bidi="uk-UA"/>
        </w:rPr>
        <w:t>Скриті</w:t>
      </w:r>
      <w:r>
        <w:rPr>
          <w:color w:val="000000"/>
          <w:lang w:val="uk-UA" w:eastAsia="uk-UA" w:bidi="uk-UA"/>
        </w:rPr>
        <w:t xml:space="preserve"> (втягнута лінійна </w:t>
      </w:r>
      <w:proofErr w:type="spellStart"/>
      <w:r>
        <w:rPr>
          <w:color w:val="000000"/>
          <w:lang w:val="uk-UA" w:eastAsia="uk-UA" w:bidi="uk-UA"/>
        </w:rPr>
        <w:t>боріздка</w:t>
      </w:r>
      <w:proofErr w:type="spellEnd"/>
      <w:r>
        <w:rPr>
          <w:color w:val="000000"/>
          <w:lang w:val="uk-UA" w:eastAsia="uk-UA" w:bidi="uk-UA"/>
        </w:rPr>
        <w:t xml:space="preserve"> на шкірі губ, що утворюється за рахунок незрощення колов</w:t>
      </w:r>
      <w:r>
        <w:rPr>
          <w:color w:val="000000"/>
          <w:lang w:val="uk-UA" w:eastAsia="uk-UA" w:bidi="uk-UA"/>
        </w:rPr>
        <w:t>ого м’яза рота).</w:t>
      </w:r>
    </w:p>
    <w:p w:rsidR="0054601C" w:rsidRPr="000952AC" w:rsidRDefault="000952AC">
      <w:pPr>
        <w:widowControl w:val="0"/>
        <w:spacing w:after="0" w:line="240" w:lineRule="auto"/>
        <w:ind w:firstLine="800"/>
        <w:jc w:val="both"/>
        <w:rPr>
          <w:lang w:val="ru-RU"/>
        </w:rPr>
      </w:pPr>
      <w:r>
        <w:rPr>
          <w:i/>
          <w:iCs/>
          <w:color w:val="000000"/>
          <w:lang w:val="uk-UA" w:eastAsia="uk-UA" w:bidi="uk-UA"/>
        </w:rPr>
        <w:t>Неповні</w:t>
      </w:r>
      <w:r>
        <w:rPr>
          <w:color w:val="000000"/>
          <w:lang w:val="uk-UA" w:eastAsia="uk-UA" w:bidi="uk-UA"/>
        </w:rPr>
        <w:t xml:space="preserve"> (деформація м'яких тканин верхньої губи, що не доходить до нижнього відділу носового отвору).</w:t>
      </w:r>
    </w:p>
    <w:p w:rsidR="0054601C" w:rsidRPr="000952AC" w:rsidRDefault="000952AC">
      <w:pPr>
        <w:widowControl w:val="0"/>
        <w:spacing w:after="320" w:line="240" w:lineRule="auto"/>
        <w:ind w:firstLine="800"/>
        <w:rPr>
          <w:lang w:val="ru-RU"/>
        </w:rPr>
      </w:pPr>
      <w:r>
        <w:rPr>
          <w:i/>
          <w:iCs/>
          <w:color w:val="000000"/>
          <w:lang w:val="uk-UA" w:eastAsia="uk-UA" w:bidi="uk-UA"/>
        </w:rPr>
        <w:t>Повні</w:t>
      </w:r>
      <w:r>
        <w:rPr>
          <w:color w:val="000000"/>
          <w:lang w:val="uk-UA" w:eastAsia="uk-UA" w:bidi="uk-UA"/>
        </w:rPr>
        <w:t xml:space="preserve"> (дефект верхньої губи по всій висоті).</w:t>
      </w:r>
    </w:p>
    <w:p w:rsidR="0054601C" w:rsidRDefault="000952AC">
      <w:pPr>
        <w:widowControl w:val="0"/>
        <w:spacing w:after="60" w:line="240" w:lineRule="auto"/>
        <w:ind w:firstLine="800"/>
      </w:pPr>
      <w:r>
        <w:rPr>
          <w:b/>
          <w:bCs/>
          <w:color w:val="000000"/>
          <w:lang w:val="uk-UA" w:eastAsia="uk-UA" w:bidi="uk-UA"/>
        </w:rPr>
        <w:t xml:space="preserve">Незрощення піднебіння </w:t>
      </w:r>
      <w:r>
        <w:rPr>
          <w:color w:val="000000"/>
          <w:lang w:val="uk-UA" w:eastAsia="uk-UA" w:bidi="uk-UA"/>
        </w:rPr>
        <w:t>поділяються на:</w:t>
      </w:r>
    </w:p>
    <w:p w:rsidR="0054601C" w:rsidRDefault="000952AC">
      <w:pPr>
        <w:widowControl w:val="0"/>
        <w:numPr>
          <w:ilvl w:val="0"/>
          <w:numId w:val="23"/>
        </w:numPr>
        <w:tabs>
          <w:tab w:val="left" w:pos="1515"/>
        </w:tabs>
        <w:spacing w:after="0" w:line="312" w:lineRule="auto"/>
        <w:ind w:left="1160" w:firstLine="0"/>
      </w:pPr>
      <w:r>
        <w:rPr>
          <w:color w:val="000000"/>
          <w:lang w:val="uk-UA" w:eastAsia="uk-UA" w:bidi="uk-UA"/>
        </w:rPr>
        <w:t>Одно- та двосторонні.</w:t>
      </w:r>
    </w:p>
    <w:p w:rsidR="0054601C" w:rsidRDefault="000952AC">
      <w:pPr>
        <w:widowControl w:val="0"/>
        <w:numPr>
          <w:ilvl w:val="0"/>
          <w:numId w:val="23"/>
        </w:numPr>
        <w:tabs>
          <w:tab w:val="left" w:pos="1515"/>
        </w:tabs>
        <w:spacing w:after="0" w:line="312" w:lineRule="auto"/>
        <w:ind w:left="1160" w:firstLine="0"/>
      </w:pPr>
      <w:r>
        <w:rPr>
          <w:color w:val="000000"/>
          <w:lang w:val="uk-UA" w:eastAsia="uk-UA" w:bidi="uk-UA"/>
        </w:rPr>
        <w:t>Ізольовані.</w:t>
      </w:r>
    </w:p>
    <w:p w:rsidR="0054601C" w:rsidRDefault="000952AC">
      <w:pPr>
        <w:widowControl w:val="0"/>
        <w:numPr>
          <w:ilvl w:val="0"/>
          <w:numId w:val="23"/>
        </w:numPr>
        <w:tabs>
          <w:tab w:val="left" w:pos="1515"/>
        </w:tabs>
        <w:spacing w:after="0" w:line="312" w:lineRule="auto"/>
        <w:ind w:left="1160" w:firstLine="0"/>
      </w:pPr>
      <w:r>
        <w:rPr>
          <w:color w:val="000000"/>
          <w:lang w:val="uk-UA" w:eastAsia="uk-UA" w:bidi="uk-UA"/>
        </w:rPr>
        <w:t xml:space="preserve">Комбіновані. </w:t>
      </w:r>
      <w:r>
        <w:rPr>
          <w:color w:val="000000"/>
          <w:lang w:val="uk-UA" w:eastAsia="uk-UA" w:bidi="uk-UA"/>
        </w:rPr>
        <w:t>Серединні.</w:t>
      </w:r>
    </w:p>
    <w:p w:rsidR="0054601C" w:rsidRDefault="000952AC">
      <w:pPr>
        <w:widowControl w:val="0"/>
        <w:numPr>
          <w:ilvl w:val="0"/>
          <w:numId w:val="23"/>
        </w:numPr>
        <w:tabs>
          <w:tab w:val="left" w:pos="1515"/>
        </w:tabs>
        <w:spacing w:after="0" w:line="312" w:lineRule="auto"/>
        <w:ind w:left="1160" w:firstLine="0"/>
      </w:pPr>
      <w:r>
        <w:rPr>
          <w:color w:val="000000"/>
          <w:lang w:val="uk-UA" w:eastAsia="uk-UA" w:bidi="uk-UA"/>
        </w:rPr>
        <w:t>Скриті.</w:t>
      </w:r>
    </w:p>
    <w:p w:rsidR="0054601C" w:rsidRPr="000952AC" w:rsidRDefault="000952AC">
      <w:pPr>
        <w:widowControl w:val="0"/>
        <w:numPr>
          <w:ilvl w:val="0"/>
          <w:numId w:val="24"/>
        </w:numPr>
        <w:tabs>
          <w:tab w:val="left" w:pos="1421"/>
        </w:tabs>
        <w:spacing w:after="0" w:line="240" w:lineRule="auto"/>
        <w:ind w:left="1440" w:hanging="360"/>
        <w:jc w:val="both"/>
        <w:rPr>
          <w:lang w:val="ru-RU"/>
        </w:rPr>
      </w:pPr>
      <w:r>
        <w:rPr>
          <w:color w:val="000000"/>
          <w:lang w:val="uk-UA" w:eastAsia="uk-UA" w:bidi="uk-UA"/>
        </w:rPr>
        <w:t>Неповні (дефект м'якого піднебіння чи частково твердого, не проходить через альвеолярний відросток).</w:t>
      </w:r>
    </w:p>
    <w:p w:rsidR="0054601C" w:rsidRPr="000952AC" w:rsidRDefault="000952AC">
      <w:pPr>
        <w:widowControl w:val="0"/>
        <w:numPr>
          <w:ilvl w:val="0"/>
          <w:numId w:val="24"/>
        </w:numPr>
        <w:tabs>
          <w:tab w:val="left" w:pos="1421"/>
        </w:tabs>
        <w:spacing w:after="0" w:line="240" w:lineRule="auto"/>
        <w:ind w:left="1440" w:hanging="360"/>
        <w:jc w:val="both"/>
        <w:rPr>
          <w:lang w:val="ru-RU"/>
        </w:rPr>
      </w:pPr>
      <w:r>
        <w:rPr>
          <w:color w:val="000000"/>
          <w:lang w:val="uk-UA" w:eastAsia="uk-UA" w:bidi="uk-UA"/>
        </w:rPr>
        <w:t>Повні (дефект проходить через альвеолярний відросток, тверде і м’яке піднебіння).</w:t>
      </w:r>
    </w:p>
    <w:p w:rsidR="0054601C" w:rsidRPr="000952AC" w:rsidRDefault="000952AC">
      <w:pPr>
        <w:widowControl w:val="0"/>
        <w:spacing w:after="0" w:line="240" w:lineRule="auto"/>
        <w:ind w:firstLine="720"/>
        <w:jc w:val="both"/>
        <w:rPr>
          <w:lang w:val="ru-RU"/>
        </w:rPr>
      </w:pPr>
      <w:r>
        <w:rPr>
          <w:color w:val="000000"/>
          <w:lang w:val="uk-UA" w:eastAsia="uk-UA" w:bidi="uk-UA"/>
        </w:rPr>
        <w:t>Лікарі-інтерни повинні знати, що спеціалізоване ортодо</w:t>
      </w:r>
      <w:r>
        <w:rPr>
          <w:color w:val="000000"/>
          <w:lang w:val="uk-UA" w:eastAsia="uk-UA" w:bidi="uk-UA"/>
        </w:rPr>
        <w:t>нтичне лікування слід почати в перші години життя дитини і спрямувати його на створення умов для повноцінного годування, яке наближається до природнього. У подальшому завданням ортодонта є цілеспрямована підготовка сегментів зубних рядів до оперативних втр</w:t>
      </w:r>
      <w:r>
        <w:rPr>
          <w:color w:val="000000"/>
          <w:lang w:val="uk-UA" w:eastAsia="uk-UA" w:bidi="uk-UA"/>
        </w:rPr>
        <w:t>учань, формування повноцінного жувального апарату в післяопераційному періоді, правильного прикусу.</w:t>
      </w:r>
    </w:p>
    <w:p w:rsidR="0054601C" w:rsidRPr="000952AC" w:rsidRDefault="000952AC">
      <w:pPr>
        <w:widowControl w:val="0"/>
        <w:spacing w:after="0" w:line="240" w:lineRule="auto"/>
        <w:ind w:firstLine="720"/>
        <w:jc w:val="both"/>
        <w:rPr>
          <w:lang w:val="ru-RU"/>
        </w:rPr>
      </w:pPr>
      <w:r>
        <w:rPr>
          <w:b/>
          <w:bCs/>
          <w:color w:val="000000"/>
          <w:lang w:val="uk-UA" w:eastAsia="uk-UA" w:bidi="uk-UA"/>
        </w:rPr>
        <w:t xml:space="preserve">Завдання </w:t>
      </w:r>
      <w:r>
        <w:rPr>
          <w:color w:val="000000"/>
          <w:lang w:val="uk-UA" w:eastAsia="uk-UA" w:bidi="uk-UA"/>
        </w:rPr>
        <w:t>комплексного лікування дитини з незрощенням верхньої губи і піднебіння наступні:</w:t>
      </w:r>
    </w:p>
    <w:p w:rsidR="0054601C" w:rsidRPr="000952AC" w:rsidRDefault="000952AC">
      <w:pPr>
        <w:widowControl w:val="0"/>
        <w:numPr>
          <w:ilvl w:val="0"/>
          <w:numId w:val="24"/>
        </w:numPr>
        <w:tabs>
          <w:tab w:val="left" w:pos="1061"/>
        </w:tabs>
        <w:spacing w:after="0" w:line="240" w:lineRule="auto"/>
        <w:ind w:left="1300" w:hanging="580"/>
        <w:jc w:val="both"/>
        <w:rPr>
          <w:lang w:val="ru-RU"/>
        </w:rPr>
      </w:pPr>
      <w:r>
        <w:rPr>
          <w:color w:val="000000"/>
          <w:lang w:val="uk-UA" w:eastAsia="uk-UA" w:bidi="uk-UA"/>
        </w:rPr>
        <w:t>своєчасне усунення хірургічним шляхом основних анатомічних порушен</w:t>
      </w:r>
      <w:r>
        <w:rPr>
          <w:color w:val="000000"/>
          <w:lang w:val="uk-UA" w:eastAsia="uk-UA" w:bidi="uk-UA"/>
        </w:rPr>
        <w:t>ь, пов'язаних з наявністю незрощення;</w:t>
      </w:r>
    </w:p>
    <w:p w:rsidR="0054601C" w:rsidRPr="000952AC" w:rsidRDefault="000952AC">
      <w:pPr>
        <w:widowControl w:val="0"/>
        <w:numPr>
          <w:ilvl w:val="0"/>
          <w:numId w:val="24"/>
        </w:numPr>
        <w:tabs>
          <w:tab w:val="left" w:pos="1061"/>
          <w:tab w:val="left" w:pos="1243"/>
          <w:tab w:val="left" w:pos="8184"/>
        </w:tabs>
        <w:spacing w:after="0" w:line="240" w:lineRule="auto"/>
        <w:ind w:left="0" w:firstLine="720"/>
        <w:jc w:val="both"/>
        <w:rPr>
          <w:lang w:val="ru-RU"/>
        </w:rPr>
      </w:pPr>
      <w:proofErr w:type="spellStart"/>
      <w:r>
        <w:rPr>
          <w:color w:val="000000"/>
          <w:lang w:val="uk-UA" w:eastAsia="uk-UA" w:bidi="uk-UA"/>
        </w:rPr>
        <w:t>ортодонтичне</w:t>
      </w:r>
      <w:proofErr w:type="spellEnd"/>
      <w:r>
        <w:rPr>
          <w:color w:val="000000"/>
          <w:lang w:val="uk-UA" w:eastAsia="uk-UA" w:bidi="uk-UA"/>
        </w:rPr>
        <w:t xml:space="preserve"> виправлення наявних деформацій і</w:t>
      </w:r>
      <w:r>
        <w:rPr>
          <w:color w:val="000000"/>
          <w:lang w:val="uk-UA" w:eastAsia="uk-UA" w:bidi="uk-UA"/>
        </w:rPr>
        <w:tab/>
        <w:t>запобігання</w:t>
      </w:r>
    </w:p>
    <w:p w:rsidR="0054601C" w:rsidRDefault="000952AC">
      <w:pPr>
        <w:widowControl w:val="0"/>
        <w:spacing w:after="0" w:line="240" w:lineRule="auto"/>
        <w:ind w:left="1300"/>
        <w:jc w:val="both"/>
      </w:pPr>
      <w:r>
        <w:rPr>
          <w:color w:val="000000"/>
          <w:lang w:val="uk-UA" w:eastAsia="uk-UA" w:bidi="uk-UA"/>
        </w:rPr>
        <w:t>розвитку вторинних деформацій щелеп;</w:t>
      </w:r>
    </w:p>
    <w:p w:rsidR="0054601C" w:rsidRPr="000952AC" w:rsidRDefault="000952AC">
      <w:pPr>
        <w:widowControl w:val="0"/>
        <w:numPr>
          <w:ilvl w:val="0"/>
          <w:numId w:val="24"/>
        </w:numPr>
        <w:tabs>
          <w:tab w:val="left" w:pos="1061"/>
          <w:tab w:val="left" w:pos="1243"/>
          <w:tab w:val="left" w:pos="6086"/>
          <w:tab w:val="left" w:pos="8184"/>
        </w:tabs>
        <w:spacing w:after="0" w:line="240" w:lineRule="auto"/>
        <w:ind w:left="0" w:firstLine="720"/>
        <w:jc w:val="both"/>
        <w:rPr>
          <w:lang w:val="ru-RU"/>
        </w:rPr>
      </w:pPr>
      <w:r>
        <w:rPr>
          <w:color w:val="000000"/>
          <w:lang w:val="uk-UA" w:eastAsia="uk-UA" w:bidi="uk-UA"/>
        </w:rPr>
        <w:t>постановка у дитини правильної</w:t>
      </w:r>
      <w:r>
        <w:rPr>
          <w:color w:val="000000"/>
          <w:lang w:val="uk-UA" w:eastAsia="uk-UA" w:bidi="uk-UA"/>
        </w:rPr>
        <w:tab/>
        <w:t>мови шляхом</w:t>
      </w:r>
      <w:r>
        <w:rPr>
          <w:color w:val="000000"/>
          <w:lang w:val="uk-UA" w:eastAsia="uk-UA" w:bidi="uk-UA"/>
        </w:rPr>
        <w:tab/>
        <w:t>тренування</w:t>
      </w:r>
    </w:p>
    <w:p w:rsidR="0054601C" w:rsidRPr="000952AC" w:rsidRDefault="000952AC">
      <w:pPr>
        <w:widowControl w:val="0"/>
        <w:spacing w:after="0" w:line="240" w:lineRule="auto"/>
        <w:ind w:left="1300"/>
        <w:jc w:val="both"/>
        <w:rPr>
          <w:lang w:val="ru-RU"/>
        </w:rPr>
      </w:pPr>
      <w:r>
        <w:rPr>
          <w:color w:val="000000"/>
          <w:lang w:val="uk-UA" w:eastAsia="uk-UA" w:bidi="uk-UA"/>
        </w:rPr>
        <w:t xml:space="preserve">зовнішнього дихання та розвитку правильної </w:t>
      </w:r>
      <w:proofErr w:type="spellStart"/>
      <w:r>
        <w:rPr>
          <w:color w:val="000000"/>
          <w:lang w:val="uk-UA" w:eastAsia="uk-UA" w:bidi="uk-UA"/>
        </w:rPr>
        <w:t>мовної</w:t>
      </w:r>
      <w:proofErr w:type="spellEnd"/>
      <w:r>
        <w:rPr>
          <w:color w:val="000000"/>
          <w:lang w:val="uk-UA" w:eastAsia="uk-UA" w:bidi="uk-UA"/>
        </w:rPr>
        <w:t xml:space="preserve"> артикуляції;</w:t>
      </w:r>
    </w:p>
    <w:p w:rsidR="0054601C" w:rsidRPr="000952AC" w:rsidRDefault="000952AC">
      <w:pPr>
        <w:widowControl w:val="0"/>
        <w:numPr>
          <w:ilvl w:val="0"/>
          <w:numId w:val="24"/>
        </w:numPr>
        <w:tabs>
          <w:tab w:val="left" w:pos="1061"/>
        </w:tabs>
        <w:spacing w:after="0" w:line="240" w:lineRule="auto"/>
        <w:ind w:left="1300" w:hanging="580"/>
        <w:jc w:val="both"/>
        <w:rPr>
          <w:lang w:val="ru-RU"/>
        </w:rPr>
      </w:pPr>
      <w:r>
        <w:rPr>
          <w:color w:val="000000"/>
          <w:lang w:val="uk-UA" w:eastAsia="uk-UA" w:bidi="uk-UA"/>
        </w:rPr>
        <w:t>забезпечення нормального загального фізичного розвитку організму дитини в цілому (своєчасна стоматологічна і отоларингологічна санація, загальнозміцнююче лікування та ін.)</w:t>
      </w:r>
    </w:p>
    <w:p w:rsidR="0054601C" w:rsidRPr="000952AC" w:rsidRDefault="000952AC">
      <w:pPr>
        <w:widowControl w:val="0"/>
        <w:tabs>
          <w:tab w:val="left" w:pos="2184"/>
          <w:tab w:val="left" w:pos="5064"/>
          <w:tab w:val="left" w:pos="7416"/>
          <w:tab w:val="left" w:pos="9562"/>
        </w:tabs>
        <w:spacing w:after="0" w:line="240" w:lineRule="auto"/>
        <w:ind w:firstLine="720"/>
        <w:jc w:val="both"/>
        <w:rPr>
          <w:lang w:val="ru-RU"/>
        </w:rPr>
      </w:pPr>
      <w:r>
        <w:rPr>
          <w:color w:val="000000"/>
          <w:lang w:val="uk-UA" w:eastAsia="uk-UA" w:bidi="uk-UA"/>
        </w:rPr>
        <w:t>При важких формах незрощень піднебіння раннє втручання ортодонта дозволяє проконтрол</w:t>
      </w:r>
      <w:r>
        <w:rPr>
          <w:color w:val="000000"/>
          <w:lang w:val="uk-UA" w:eastAsia="uk-UA" w:bidi="uk-UA"/>
        </w:rPr>
        <w:t>ювати і стимулювати постнатальний розвиток верхньої щелепи,</w:t>
      </w:r>
      <w:r>
        <w:rPr>
          <w:color w:val="000000"/>
          <w:lang w:val="uk-UA" w:eastAsia="uk-UA" w:bidi="uk-UA"/>
        </w:rPr>
        <w:tab/>
        <w:t>забезпечуючи</w:t>
      </w:r>
      <w:r>
        <w:rPr>
          <w:color w:val="000000"/>
          <w:lang w:val="uk-UA" w:eastAsia="uk-UA" w:bidi="uk-UA"/>
        </w:rPr>
        <w:tab/>
        <w:t>гармонію</w:t>
      </w:r>
      <w:r>
        <w:rPr>
          <w:color w:val="000000"/>
          <w:lang w:val="uk-UA" w:eastAsia="uk-UA" w:bidi="uk-UA"/>
        </w:rPr>
        <w:tab/>
        <w:t>розміру</w:t>
      </w:r>
      <w:r>
        <w:rPr>
          <w:color w:val="000000"/>
          <w:lang w:val="uk-UA" w:eastAsia="uk-UA" w:bidi="uk-UA"/>
        </w:rPr>
        <w:tab/>
        <w:t>і</w:t>
      </w:r>
    </w:p>
    <w:p w:rsidR="0054601C" w:rsidRPr="000952AC" w:rsidRDefault="000952AC">
      <w:pPr>
        <w:widowControl w:val="0"/>
        <w:spacing w:after="0" w:line="240" w:lineRule="auto"/>
        <w:ind w:firstLine="720"/>
        <w:jc w:val="both"/>
        <w:rPr>
          <w:lang w:val="ru-RU"/>
        </w:rPr>
      </w:pPr>
      <w:r>
        <w:rPr>
          <w:color w:val="000000"/>
          <w:lang w:val="uk-UA" w:eastAsia="uk-UA" w:bidi="uk-UA"/>
        </w:rPr>
        <w:lastRenderedPageBreak/>
        <w:t>співвідношення зубних дуг на ранніх стадіях росту щелеп. Передопераційне ортодонтичне лікування створює сприятливі умови для пластики піднебіння, а в деяких випадка</w:t>
      </w:r>
      <w:r>
        <w:rPr>
          <w:color w:val="000000"/>
          <w:lang w:val="uk-UA" w:eastAsia="uk-UA" w:bidi="uk-UA"/>
        </w:rPr>
        <w:t>х і для пластики губи.</w:t>
      </w:r>
    </w:p>
    <w:p w:rsidR="0054601C" w:rsidRPr="000952AC" w:rsidRDefault="000952AC">
      <w:pPr>
        <w:widowControl w:val="0"/>
        <w:spacing w:after="0" w:line="240" w:lineRule="auto"/>
        <w:ind w:firstLine="720"/>
        <w:jc w:val="both"/>
        <w:rPr>
          <w:lang w:val="ru-RU"/>
        </w:rPr>
      </w:pPr>
      <w:r>
        <w:rPr>
          <w:b/>
          <w:bCs/>
          <w:color w:val="000000"/>
          <w:lang w:val="uk-UA" w:eastAsia="uk-UA" w:bidi="uk-UA"/>
        </w:rPr>
        <w:t>Ізольоване вроджене незрощення верхньої губи та альвеолярного відростка.</w:t>
      </w:r>
    </w:p>
    <w:p w:rsidR="0054601C" w:rsidRPr="000952AC" w:rsidRDefault="000952AC">
      <w:pPr>
        <w:widowControl w:val="0"/>
        <w:spacing w:after="0" w:line="240" w:lineRule="auto"/>
        <w:ind w:firstLine="720"/>
        <w:jc w:val="both"/>
        <w:rPr>
          <w:lang w:val="uk-UA"/>
        </w:rPr>
      </w:pPr>
      <w:r>
        <w:rPr>
          <w:color w:val="000000"/>
          <w:lang w:val="uk-UA" w:eastAsia="uk-UA" w:bidi="uk-UA"/>
        </w:rPr>
        <w:t>При незрощенні верхньої губи (її червоної облямівки та шкіри, але при збереженні шкірної перетинки в ділянці основи носового ходу) порушення прикусу спостерігає</w:t>
      </w:r>
      <w:r>
        <w:rPr>
          <w:color w:val="000000"/>
          <w:lang w:val="uk-UA" w:eastAsia="uk-UA" w:bidi="uk-UA"/>
        </w:rPr>
        <w:t>ться рідко та виражається в піднебінному положенні різців на місці незрощення. При незрощенні верхньої губи та альвеолярного відростка спостерігається сплощення передньої ділянки верхнього зубного ряду, поворот по осі центрального різця, що межує з незроще</w:t>
      </w:r>
      <w:r>
        <w:rPr>
          <w:color w:val="000000"/>
          <w:lang w:val="uk-UA" w:eastAsia="uk-UA" w:bidi="uk-UA"/>
        </w:rPr>
        <w:t>нням, відсутній латеральний різець та наявні надкомплектні зуби в ділянці незрощення.</w:t>
      </w:r>
    </w:p>
    <w:p w:rsidR="0054601C" w:rsidRPr="000952AC" w:rsidRDefault="000952AC">
      <w:pPr>
        <w:widowControl w:val="0"/>
        <w:spacing w:after="0" w:line="240" w:lineRule="auto"/>
        <w:ind w:firstLine="720"/>
        <w:jc w:val="both"/>
        <w:rPr>
          <w:lang w:val="uk-UA"/>
        </w:rPr>
      </w:pPr>
      <w:r>
        <w:rPr>
          <w:color w:val="000000"/>
          <w:lang w:val="uk-UA" w:eastAsia="uk-UA" w:bidi="uk-UA"/>
        </w:rPr>
        <w:t>Ортодонтичне лікування полягає у видаленні за показами надкомплектних зубів, виправленні положення фронтальних зубів, заміщенні дефекту альвеолярного відростка та бічного</w:t>
      </w:r>
      <w:r>
        <w:rPr>
          <w:color w:val="000000"/>
          <w:lang w:val="uk-UA" w:eastAsia="uk-UA" w:bidi="uk-UA"/>
        </w:rPr>
        <w:t xml:space="preserve"> різця шляхом протезування, спостереженням за формуванням постійного прикусу.</w:t>
      </w:r>
    </w:p>
    <w:p w:rsidR="0054601C" w:rsidRPr="000952AC" w:rsidRDefault="000952AC">
      <w:pPr>
        <w:widowControl w:val="0"/>
        <w:spacing w:after="0" w:line="240" w:lineRule="auto"/>
        <w:ind w:firstLine="720"/>
        <w:jc w:val="both"/>
        <w:rPr>
          <w:lang w:val="uk-UA"/>
        </w:rPr>
      </w:pPr>
      <w:r>
        <w:rPr>
          <w:b/>
          <w:bCs/>
          <w:color w:val="000000"/>
          <w:lang w:val="uk-UA" w:eastAsia="uk-UA" w:bidi="uk-UA"/>
        </w:rPr>
        <w:t>Ізольоване незрощення піднебіння.</w:t>
      </w:r>
    </w:p>
    <w:p w:rsidR="0054601C" w:rsidRPr="000952AC" w:rsidRDefault="000952AC">
      <w:pPr>
        <w:widowControl w:val="0"/>
        <w:spacing w:after="0" w:line="240" w:lineRule="auto"/>
        <w:ind w:firstLine="720"/>
        <w:jc w:val="both"/>
        <w:rPr>
          <w:lang w:val="ru-RU"/>
        </w:rPr>
      </w:pPr>
      <w:r>
        <w:rPr>
          <w:color w:val="000000"/>
          <w:lang w:val="uk-UA" w:eastAsia="uk-UA" w:bidi="uk-UA"/>
        </w:rPr>
        <w:t>При вродженому незрощенні піднебіння діти потребують постійного лікарського контролю та допомоги спеціалістів різного профілю. ЇЇ потрібно надав</w:t>
      </w:r>
      <w:r>
        <w:rPr>
          <w:color w:val="000000"/>
          <w:lang w:val="uk-UA" w:eastAsia="uk-UA" w:bidi="uk-UA"/>
        </w:rPr>
        <w:t>ати з перших днів життя дитини до повного формування кісток лицевого скелету. Комплекс лікарських заходів включає надання хірургічної, ортодонтичної допомоги, а також отоларингологів, фоніаторів, логопедів, педіатрів, психоневрологів. З'єднання між ротовою</w:t>
      </w:r>
      <w:r>
        <w:rPr>
          <w:color w:val="000000"/>
          <w:lang w:val="uk-UA" w:eastAsia="uk-UA" w:bidi="uk-UA"/>
        </w:rPr>
        <w:t xml:space="preserve"> та носовою порожнинами утруднює смоктання, ковтання, дихання, а в подальшому мовлення та жування, внаслідок цього порушується міодинамічна рівновага м'язів, що оточують зубні ряди, розвивається звуження верхнього зубного ряду, поглиблюється різцеве перекр</w:t>
      </w:r>
      <w:r>
        <w:rPr>
          <w:color w:val="000000"/>
          <w:lang w:val="uk-UA" w:eastAsia="uk-UA" w:bidi="uk-UA"/>
        </w:rPr>
        <w:t>иття, змінюється розташування передніх зубів. Цей дефект може бути закритий хірургічним (уранопластика) чи протетичним методом (виготовлення обтуратора), ортодонтичне лікування повинно бути спрямоване на усунення перерахованих порушень.</w:t>
      </w:r>
    </w:p>
    <w:p w:rsidR="0054601C" w:rsidRPr="000952AC" w:rsidRDefault="000952AC">
      <w:pPr>
        <w:widowControl w:val="0"/>
        <w:spacing w:after="0" w:line="240" w:lineRule="auto"/>
        <w:ind w:firstLine="720"/>
        <w:jc w:val="both"/>
        <w:rPr>
          <w:lang w:val="ru-RU"/>
        </w:rPr>
      </w:pPr>
      <w:r>
        <w:rPr>
          <w:b/>
          <w:bCs/>
          <w:color w:val="000000"/>
          <w:lang w:val="uk-UA" w:eastAsia="uk-UA" w:bidi="uk-UA"/>
        </w:rPr>
        <w:t>Наскрізне односторо</w:t>
      </w:r>
      <w:r>
        <w:rPr>
          <w:b/>
          <w:bCs/>
          <w:color w:val="000000"/>
          <w:lang w:val="uk-UA" w:eastAsia="uk-UA" w:bidi="uk-UA"/>
        </w:rPr>
        <w:t>ннє незрощення губи, альвеолярного відростка та піднебіння.</w:t>
      </w:r>
    </w:p>
    <w:p w:rsidR="0054601C" w:rsidRPr="000952AC" w:rsidRDefault="000952AC">
      <w:pPr>
        <w:widowControl w:val="0"/>
        <w:spacing w:after="0" w:line="240" w:lineRule="auto"/>
        <w:ind w:firstLine="720"/>
        <w:jc w:val="both"/>
        <w:rPr>
          <w:lang w:val="ru-RU"/>
        </w:rPr>
      </w:pPr>
      <w:r>
        <w:rPr>
          <w:color w:val="000000"/>
          <w:lang w:val="uk-UA" w:eastAsia="uk-UA" w:bidi="uk-UA"/>
        </w:rPr>
        <w:t>Спостерігається типове порушення форми верхньої щелепи. Менший фрагмент верхньої щелепи зміщується у сагітальному напрямку, а його передня ділянка - в оральному; великий фрагмент зміщується в діля</w:t>
      </w:r>
      <w:r>
        <w:rPr>
          <w:color w:val="000000"/>
          <w:lang w:val="uk-UA" w:eastAsia="uk-UA" w:bidi="uk-UA"/>
        </w:rPr>
        <w:t>нку незрощення.</w:t>
      </w:r>
    </w:p>
    <w:p w:rsidR="0054601C" w:rsidRDefault="000952AC">
      <w:pPr>
        <w:widowControl w:val="0"/>
        <w:spacing w:after="0" w:line="240" w:lineRule="auto"/>
        <w:ind w:firstLine="720"/>
        <w:jc w:val="both"/>
      </w:pPr>
      <w:r>
        <w:rPr>
          <w:color w:val="000000"/>
          <w:lang w:val="uk-UA" w:eastAsia="uk-UA" w:bidi="uk-UA"/>
        </w:rPr>
        <w:t>Функціональні порушення.</w:t>
      </w:r>
    </w:p>
    <w:p w:rsidR="0054601C" w:rsidRDefault="000952AC">
      <w:pPr>
        <w:widowControl w:val="0"/>
        <w:numPr>
          <w:ilvl w:val="0"/>
          <w:numId w:val="25"/>
        </w:numPr>
        <w:tabs>
          <w:tab w:val="left" w:pos="1129"/>
        </w:tabs>
        <w:spacing w:after="0" w:line="240" w:lineRule="auto"/>
        <w:ind w:left="0" w:firstLine="800"/>
        <w:jc w:val="both"/>
      </w:pPr>
      <w:r>
        <w:rPr>
          <w:color w:val="000000"/>
          <w:lang w:val="uk-UA" w:eastAsia="uk-UA" w:bidi="uk-UA"/>
        </w:rPr>
        <w:t>Обмеження рухливості рубцево-зміненої верхньої губи.</w:t>
      </w:r>
    </w:p>
    <w:p w:rsidR="0054601C" w:rsidRPr="000952AC" w:rsidRDefault="000952AC">
      <w:pPr>
        <w:widowControl w:val="0"/>
        <w:numPr>
          <w:ilvl w:val="0"/>
          <w:numId w:val="25"/>
        </w:numPr>
        <w:tabs>
          <w:tab w:val="left" w:pos="1135"/>
        </w:tabs>
        <w:spacing w:after="0" w:line="240" w:lineRule="auto"/>
        <w:ind w:left="0" w:firstLine="800"/>
        <w:jc w:val="both"/>
        <w:rPr>
          <w:lang w:val="ru-RU"/>
        </w:rPr>
      </w:pPr>
      <w:r>
        <w:rPr>
          <w:color w:val="000000"/>
          <w:lang w:val="uk-UA" w:eastAsia="uk-UA" w:bidi="uk-UA"/>
        </w:rPr>
        <w:t>Порушення змикання губ, вкорочення верхньої губи на стороні незрощення, її частковий дефект.</w:t>
      </w:r>
    </w:p>
    <w:p w:rsidR="0054601C" w:rsidRDefault="000952AC">
      <w:pPr>
        <w:widowControl w:val="0"/>
        <w:numPr>
          <w:ilvl w:val="0"/>
          <w:numId w:val="25"/>
        </w:numPr>
        <w:tabs>
          <w:tab w:val="left" w:pos="1153"/>
        </w:tabs>
        <w:spacing w:after="0" w:line="240" w:lineRule="auto"/>
        <w:ind w:left="0" w:firstLine="800"/>
        <w:jc w:val="both"/>
      </w:pPr>
      <w:r>
        <w:rPr>
          <w:color w:val="000000"/>
          <w:lang w:val="uk-UA" w:eastAsia="uk-UA" w:bidi="uk-UA"/>
        </w:rPr>
        <w:t>Порушення мови (гнусавість).</w:t>
      </w:r>
    </w:p>
    <w:p w:rsidR="0054601C" w:rsidRDefault="000952AC">
      <w:pPr>
        <w:widowControl w:val="0"/>
        <w:numPr>
          <w:ilvl w:val="0"/>
          <w:numId w:val="25"/>
        </w:numPr>
        <w:tabs>
          <w:tab w:val="left" w:pos="1158"/>
        </w:tabs>
        <w:spacing w:after="0" w:line="240" w:lineRule="auto"/>
        <w:ind w:left="0" w:firstLine="800"/>
        <w:jc w:val="both"/>
      </w:pPr>
      <w:r>
        <w:rPr>
          <w:color w:val="000000"/>
          <w:lang w:val="uk-UA" w:eastAsia="uk-UA" w:bidi="uk-UA"/>
        </w:rPr>
        <w:t>Неправильне ковтання.</w:t>
      </w:r>
    </w:p>
    <w:p w:rsidR="0054601C" w:rsidRDefault="000952AC">
      <w:pPr>
        <w:widowControl w:val="0"/>
        <w:numPr>
          <w:ilvl w:val="0"/>
          <w:numId w:val="25"/>
        </w:numPr>
        <w:tabs>
          <w:tab w:val="left" w:pos="1073"/>
        </w:tabs>
        <w:spacing w:after="0" w:line="240" w:lineRule="auto"/>
        <w:ind w:left="0" w:firstLine="720"/>
        <w:jc w:val="both"/>
      </w:pPr>
      <w:r>
        <w:rPr>
          <w:color w:val="000000"/>
          <w:lang w:val="uk-UA" w:eastAsia="uk-UA" w:bidi="uk-UA"/>
        </w:rPr>
        <w:t>Ротове дихання.</w:t>
      </w:r>
    </w:p>
    <w:p w:rsidR="0054601C" w:rsidRDefault="000952AC">
      <w:pPr>
        <w:widowControl w:val="0"/>
        <w:numPr>
          <w:ilvl w:val="0"/>
          <w:numId w:val="25"/>
        </w:numPr>
        <w:tabs>
          <w:tab w:val="left" w:pos="1148"/>
        </w:tabs>
        <w:spacing w:after="0" w:line="240" w:lineRule="auto"/>
        <w:ind w:left="0" w:firstLine="800"/>
        <w:jc w:val="both"/>
      </w:pPr>
      <w:r>
        <w:rPr>
          <w:color w:val="000000"/>
          <w:lang w:val="uk-UA" w:eastAsia="uk-UA" w:bidi="uk-UA"/>
        </w:rPr>
        <w:t>Повільне жування.</w:t>
      </w:r>
    </w:p>
    <w:p w:rsidR="0054601C" w:rsidRPr="000952AC" w:rsidRDefault="000952AC">
      <w:pPr>
        <w:widowControl w:val="0"/>
        <w:numPr>
          <w:ilvl w:val="0"/>
          <w:numId w:val="25"/>
        </w:numPr>
        <w:tabs>
          <w:tab w:val="left" w:pos="1073"/>
        </w:tabs>
        <w:spacing w:after="0" w:line="240" w:lineRule="auto"/>
        <w:ind w:left="0" w:firstLine="720"/>
        <w:jc w:val="both"/>
        <w:rPr>
          <w:lang w:val="ru-RU"/>
        </w:rPr>
      </w:pPr>
      <w:r>
        <w:rPr>
          <w:color w:val="000000"/>
          <w:lang w:val="uk-UA" w:eastAsia="uk-UA" w:bidi="uk-UA"/>
        </w:rPr>
        <w:t>Шкідлива звичка прикриття рота рукою.</w:t>
      </w:r>
    </w:p>
    <w:p w:rsidR="0054601C" w:rsidRPr="000952AC" w:rsidRDefault="000952AC">
      <w:pPr>
        <w:widowControl w:val="0"/>
        <w:numPr>
          <w:ilvl w:val="0"/>
          <w:numId w:val="25"/>
        </w:numPr>
        <w:tabs>
          <w:tab w:val="left" w:pos="1073"/>
        </w:tabs>
        <w:spacing w:after="0" w:line="240" w:lineRule="auto"/>
        <w:ind w:left="0" w:firstLine="720"/>
        <w:jc w:val="both"/>
        <w:rPr>
          <w:lang w:val="ru-RU"/>
        </w:rPr>
      </w:pPr>
      <w:r>
        <w:rPr>
          <w:color w:val="000000"/>
          <w:lang w:val="uk-UA" w:eastAsia="uk-UA" w:bidi="uk-UA"/>
        </w:rPr>
        <w:t>Неправильне розташування язика під час мови і у спокої (міжзубне розташування кінчика язика, низьке розташування його спинки).</w:t>
      </w:r>
    </w:p>
    <w:p w:rsidR="0054601C" w:rsidRPr="000952AC" w:rsidRDefault="000952AC">
      <w:pPr>
        <w:widowControl w:val="0"/>
        <w:numPr>
          <w:ilvl w:val="0"/>
          <w:numId w:val="25"/>
        </w:numPr>
        <w:tabs>
          <w:tab w:val="left" w:pos="1073"/>
        </w:tabs>
        <w:spacing w:after="0" w:line="240" w:lineRule="auto"/>
        <w:ind w:left="0" w:firstLine="720"/>
        <w:jc w:val="both"/>
        <w:rPr>
          <w:lang w:val="ru-RU"/>
        </w:rPr>
      </w:pPr>
      <w:r>
        <w:rPr>
          <w:color w:val="000000"/>
          <w:lang w:val="uk-UA" w:eastAsia="uk-UA" w:bidi="uk-UA"/>
        </w:rPr>
        <w:t>Напруга мімічних м’язів під час мови і ковтаннія.</w:t>
      </w:r>
    </w:p>
    <w:p w:rsidR="0054601C" w:rsidRPr="000952AC" w:rsidRDefault="000952AC">
      <w:pPr>
        <w:widowControl w:val="0"/>
        <w:numPr>
          <w:ilvl w:val="0"/>
          <w:numId w:val="25"/>
        </w:numPr>
        <w:tabs>
          <w:tab w:val="left" w:pos="1268"/>
        </w:tabs>
        <w:spacing w:after="0" w:line="240" w:lineRule="auto"/>
        <w:ind w:left="0" w:firstLine="800"/>
        <w:jc w:val="both"/>
        <w:rPr>
          <w:lang w:val="ru-RU"/>
        </w:rPr>
      </w:pPr>
      <w:r>
        <w:rPr>
          <w:color w:val="000000"/>
          <w:lang w:val="uk-UA" w:eastAsia="uk-UA" w:bidi="uk-UA"/>
        </w:rPr>
        <w:t xml:space="preserve">Складчастість язика, </w:t>
      </w:r>
      <w:r>
        <w:rPr>
          <w:color w:val="000000"/>
          <w:lang w:val="uk-UA" w:eastAsia="uk-UA" w:bidi="uk-UA"/>
        </w:rPr>
        <w:t>наявність відбитків коронок зубів.</w:t>
      </w:r>
    </w:p>
    <w:p w:rsidR="0054601C" w:rsidRPr="000952AC" w:rsidRDefault="000952AC">
      <w:pPr>
        <w:widowControl w:val="0"/>
        <w:numPr>
          <w:ilvl w:val="0"/>
          <w:numId w:val="25"/>
        </w:numPr>
        <w:tabs>
          <w:tab w:val="left" w:pos="1188"/>
        </w:tabs>
        <w:spacing w:after="0" w:line="240" w:lineRule="auto"/>
        <w:ind w:left="0" w:firstLine="720"/>
        <w:jc w:val="both"/>
        <w:rPr>
          <w:lang w:val="ru-RU"/>
        </w:rPr>
      </w:pPr>
      <w:r>
        <w:rPr>
          <w:color w:val="000000"/>
          <w:lang w:val="uk-UA" w:eastAsia="uk-UA" w:bidi="uk-UA"/>
        </w:rPr>
        <w:t>Тенденція до раннього каріозного руйнування зубів і їх втрати.</w:t>
      </w:r>
    </w:p>
    <w:p w:rsidR="0054601C" w:rsidRPr="000952AC" w:rsidRDefault="000952AC">
      <w:pPr>
        <w:widowControl w:val="0"/>
        <w:numPr>
          <w:ilvl w:val="0"/>
          <w:numId w:val="25"/>
        </w:numPr>
        <w:tabs>
          <w:tab w:val="left" w:pos="1188"/>
        </w:tabs>
        <w:spacing w:after="0" w:line="240" w:lineRule="auto"/>
        <w:ind w:left="0" w:firstLine="720"/>
        <w:jc w:val="both"/>
        <w:rPr>
          <w:lang w:val="ru-RU"/>
        </w:rPr>
      </w:pPr>
      <w:r>
        <w:rPr>
          <w:color w:val="000000"/>
          <w:lang w:val="uk-UA" w:eastAsia="uk-UA" w:bidi="uk-UA"/>
        </w:rPr>
        <w:t>Тенденція до зсуву нижньої щелепи.</w:t>
      </w:r>
    </w:p>
    <w:p w:rsidR="0054601C" w:rsidRDefault="000952AC">
      <w:pPr>
        <w:widowControl w:val="0"/>
        <w:numPr>
          <w:ilvl w:val="0"/>
          <w:numId w:val="25"/>
        </w:numPr>
        <w:tabs>
          <w:tab w:val="left" w:pos="1188"/>
        </w:tabs>
        <w:spacing w:after="0" w:line="240" w:lineRule="auto"/>
        <w:ind w:left="0" w:firstLine="720"/>
        <w:jc w:val="both"/>
      </w:pPr>
      <w:r>
        <w:rPr>
          <w:color w:val="000000"/>
          <w:lang w:val="uk-UA" w:eastAsia="uk-UA" w:bidi="uk-UA"/>
        </w:rPr>
        <w:t>Вкорочення вуздечки язика.</w:t>
      </w:r>
    </w:p>
    <w:p w:rsidR="0054601C" w:rsidRPr="000952AC" w:rsidRDefault="000952AC">
      <w:pPr>
        <w:widowControl w:val="0"/>
        <w:spacing w:after="0" w:line="240" w:lineRule="auto"/>
        <w:ind w:firstLine="720"/>
        <w:jc w:val="both"/>
        <w:rPr>
          <w:sz w:val="20"/>
          <w:szCs w:val="20"/>
          <w:lang w:val="ru-RU"/>
        </w:rPr>
      </w:pPr>
      <w:r>
        <w:rPr>
          <w:color w:val="000000"/>
          <w:sz w:val="28"/>
          <w:szCs w:val="28"/>
          <w:lang w:val="uk-UA" w:eastAsia="uk-UA" w:bidi="uk-UA"/>
        </w:rPr>
        <w:t>Показане раннє виправлення форми верхньої щелепи за методом Мак- Ніла. Форму верхньої щелепи вип</w:t>
      </w:r>
      <w:r>
        <w:rPr>
          <w:color w:val="000000"/>
          <w:sz w:val="28"/>
          <w:szCs w:val="28"/>
          <w:lang w:val="uk-UA" w:eastAsia="uk-UA" w:bidi="uk-UA"/>
        </w:rPr>
        <w:t xml:space="preserve">равляють у віці до 3 міс. пластинкою з гвинтом або пружиною Коффіна та позаротовими відросками (пластмасовими або дротяними). Після виправлення форми верхньої щелепи апарат, що механічно діє, замінюють ретенційною пластинкою з позаротовими відростками, що </w:t>
      </w:r>
      <w:r>
        <w:rPr>
          <w:color w:val="000000"/>
          <w:sz w:val="28"/>
          <w:szCs w:val="28"/>
          <w:lang w:val="uk-UA" w:eastAsia="uk-UA" w:bidi="uk-UA"/>
        </w:rPr>
        <w:t xml:space="preserve">приєднуються еластичною тягою до чепця. У міру прорізування тимчасових зубів для них випилюють ложе. Дитина користується таким апаратом до велопластики, тобто до 1 року 2 міс. </w:t>
      </w:r>
      <w:r>
        <w:rPr>
          <w:color w:val="000000"/>
          <w:sz w:val="20"/>
          <w:szCs w:val="20"/>
          <w:lang w:val="uk-UA" w:eastAsia="uk-UA" w:bidi="uk-UA"/>
        </w:rPr>
        <w:t>До уранопластики дитині необхідно надавати допомогу за принципом невідкладної, з</w:t>
      </w:r>
      <w:r>
        <w:rPr>
          <w:color w:val="000000"/>
          <w:sz w:val="20"/>
          <w:szCs w:val="20"/>
          <w:lang w:val="uk-UA" w:eastAsia="uk-UA" w:bidi="uk-UA"/>
        </w:rPr>
        <w:t xml:space="preserve"> використанням преформуючої пластинки, яка може бути виготовлена індивідуально </w:t>
      </w:r>
      <w:r>
        <w:rPr>
          <w:color w:val="000000"/>
          <w:sz w:val="20"/>
          <w:szCs w:val="20"/>
          <w:lang w:val="uk-UA" w:eastAsia="uk-UA" w:bidi="uk-UA"/>
        </w:rPr>
        <w:lastRenderedPageBreak/>
        <w:t>для кожної дитини лабораторним шляхом, а також використані комплекти стандартних преформуючих ортодонтичних апаратів, використовується обтуратор і апарат для зведення піднебінни</w:t>
      </w:r>
      <w:r>
        <w:rPr>
          <w:color w:val="000000"/>
          <w:sz w:val="20"/>
          <w:szCs w:val="20"/>
          <w:lang w:val="uk-UA" w:eastAsia="uk-UA" w:bidi="uk-UA"/>
        </w:rPr>
        <w:t>х відростків.</w:t>
      </w:r>
      <w:r w:rsidRPr="000952AC">
        <w:rPr>
          <w:lang w:val="ru-RU"/>
        </w:rPr>
        <w:br w:type="page"/>
      </w:r>
    </w:p>
    <w:p w:rsidR="0054601C" w:rsidRPr="000952AC" w:rsidRDefault="000952AC">
      <w:pPr>
        <w:widowControl w:val="0"/>
        <w:spacing w:line="1" w:lineRule="exact"/>
        <w:rPr>
          <w:lang w:val="ru-RU"/>
        </w:rPr>
      </w:pPr>
      <w:r>
        <w:rPr>
          <w:noProof/>
        </w:rPr>
        <w:lastRenderedPageBreak/>
        <w:drawing>
          <wp:anchor distT="0" distB="57785" distL="0" distR="0" simplePos="0" relativeHeight="251656192" behindDoc="0" locked="0" layoutInCell="1" allowOverlap="1">
            <wp:simplePos x="0" y="0"/>
            <wp:positionH relativeFrom="page">
              <wp:posOffset>873760</wp:posOffset>
            </wp:positionH>
            <wp:positionV relativeFrom="paragraph">
              <wp:posOffset>0</wp:posOffset>
            </wp:positionV>
            <wp:extent cx="2456815" cy="1755775"/>
            <wp:effectExtent l="0" t="0" r="0" b="0"/>
            <wp:wrapTopAndBottom/>
            <wp:docPr id="1"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a:stretch/>
                  </pic:blipFill>
                  <pic:spPr>
                    <a:xfrm>
                      <a:off x="0" y="0"/>
                      <a:ext cx="2456815" cy="1755775"/>
                    </a:xfrm>
                    <a:prstGeom prst="rect">
                      <a:avLst/>
                    </a:prstGeom>
                  </pic:spPr>
                </pic:pic>
              </a:graphicData>
            </a:graphic>
          </wp:anchor>
        </w:drawing>
      </w:r>
      <w:r>
        <w:rPr>
          <w:noProof/>
        </w:rPr>
        <mc:AlternateContent>
          <mc:Choice Requires="wps">
            <w:drawing>
              <wp:anchor distT="1591310" distB="0" distL="0" distR="0" simplePos="0" relativeHeight="251657216" behindDoc="0" locked="0" layoutInCell="1" allowOverlap="1">
                <wp:simplePos x="0" y="0"/>
                <wp:positionH relativeFrom="page">
                  <wp:posOffset>3330575</wp:posOffset>
                </wp:positionH>
                <wp:positionV relativeFrom="paragraph">
                  <wp:posOffset>1591310</wp:posOffset>
                </wp:positionV>
                <wp:extent cx="1584960" cy="222250"/>
                <wp:effectExtent l="0" t="0" r="0" b="0"/>
                <wp:wrapTopAndBottom/>
                <wp:docPr id="3" name="Shape 3"/>
                <wp:cNvGraphicFramePr/>
                <a:graphic xmlns:a="http://schemas.openxmlformats.org/drawingml/2006/main">
                  <a:graphicData uri="http://schemas.microsoft.com/office/word/2010/wordprocessingShape">
                    <wps:wsp>
                      <wps:cNvSpPr txBox="1"/>
                      <wps:spPr>
                        <a:xfrm>
                          <a:off x="0" y="0"/>
                          <a:ext cx="1584960" cy="222250"/>
                        </a:xfrm>
                        <a:prstGeom prst="rect">
                          <a:avLst/>
                        </a:prstGeom>
                        <a:noFill/>
                      </wps:spPr>
                      <wps:txbx>
                        <w:txbxContent>
                          <w:p w:rsidR="0054601C" w:rsidRDefault="000952AC">
                            <w:pPr>
                              <w:widowControl w:val="0"/>
                              <w:spacing w:after="0" w:line="240" w:lineRule="auto"/>
                            </w:pPr>
                            <w:r>
                              <w:rPr>
                                <w:color w:val="000000"/>
                                <w:lang w:val="uk-UA" w:eastAsia="uk-UA" w:bidi="uk-UA"/>
                              </w:rPr>
                              <w:t>реформуючі апарати</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3" o:spid="_x0000_s1026" type="#_x0000_t202" style="position:absolute;margin-left:262.25pt;margin-top:125.3pt;width:124.8pt;height:17.5pt;z-index:251657216;visibility:visible;mso-wrap-style:none;mso-wrap-distance-left:0;mso-wrap-distance-top:125.3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" filled="f" stroked="f">
                <v:textbox inset="0,0,0,0">
                  <w:txbxContent>
                    <w:p w:rsidR="0054601C" w:rsidRDefault="000952AC">
                      <w:pPr>
                        <w:widowControl w:val="0"/>
                        <w:spacing w:after="0" w:line="240" w:lineRule="auto"/>
                      </w:pPr>
                      <w:r>
                        <w:rPr>
                          <w:color w:val="000000"/>
                          <w:lang w:val="uk-UA" w:eastAsia="uk-UA" w:bidi="uk-UA"/>
                        </w:rPr>
                        <w:t>реформуючі апарати</w:t>
                      </w:r>
                    </w:p>
                  </w:txbxContent>
                </v:textbox>
                <w10:wrap type="topAndBottom" anchorx="page"/>
              </v:shape>
            </w:pict>
          </mc:Fallback>
        </mc:AlternateContent>
      </w:r>
    </w:p>
    <w:p w:rsidR="0054601C" w:rsidRPr="000952AC" w:rsidRDefault="000952AC">
      <w:pPr>
        <w:widowControl w:val="0"/>
        <w:spacing w:after="0" w:line="240" w:lineRule="auto"/>
        <w:jc w:val="both"/>
        <w:rPr>
          <w:lang w:val="uk-UA"/>
        </w:rPr>
      </w:pPr>
      <w:r>
        <w:rPr>
          <w:color w:val="000000"/>
          <w:lang w:val="uk-UA" w:eastAsia="uk-UA" w:bidi="uk-UA"/>
        </w:rPr>
        <w:t>Для раннього виправлення форми верхньої щелепи можна використовувати метод Мак - Ніла. Період тимчасових зубів: лікування полягає в стимуляції росту ВЩ. Необхідно направляти зусилля на нормалізацію функцій зубощелепно</w:t>
      </w:r>
      <w:r>
        <w:rPr>
          <w:color w:val="000000"/>
          <w:lang w:val="uk-UA" w:eastAsia="uk-UA" w:bidi="uk-UA"/>
        </w:rPr>
        <w:t>ї системи, використовуючи лікувальну гімнастику і ортодонтичні апарати. В кінці періоду тимчасових зубів необхідно вживати заходи для затримки росту НЩ в довжину за допомогою шапочки з пращею на підборіддя, і позаротовою гумовою тягою, регулятор функції Фр</w:t>
      </w:r>
      <w:r>
        <w:rPr>
          <w:color w:val="000000"/>
          <w:lang w:val="uk-UA" w:eastAsia="uk-UA" w:bidi="uk-UA"/>
        </w:rPr>
        <w:t>енкеля III типу.</w:t>
      </w:r>
    </w:p>
    <w:p w:rsidR="0054601C" w:rsidRPr="000952AC" w:rsidRDefault="000952AC">
      <w:pPr>
        <w:widowControl w:val="0"/>
        <w:spacing w:line="1" w:lineRule="exact"/>
        <w:rPr>
          <w:lang w:val="uk-UA"/>
        </w:rPr>
      </w:pPr>
      <w:r>
        <w:rPr>
          <w:noProof/>
        </w:rPr>
        <w:drawing>
          <wp:anchor distT="825500" distB="0" distL="0" distR="0" simplePos="0" relativeHeight="251660288" behindDoc="0" locked="0" layoutInCell="1" allowOverlap="1">
            <wp:simplePos x="0" y="0"/>
            <wp:positionH relativeFrom="page">
              <wp:posOffset>1199515</wp:posOffset>
            </wp:positionH>
            <wp:positionV relativeFrom="paragraph">
              <wp:posOffset>825500</wp:posOffset>
            </wp:positionV>
            <wp:extent cx="4224655" cy="2614930"/>
            <wp:effectExtent l="0" t="0" r="0" b="0"/>
            <wp:wrapTopAndBottom/>
            <wp:docPr id="5" name="Shape 5"/>
            <wp:cNvGraphicFramePr/>
            <a:graphic xmlns:a="http://schemas.openxmlformats.org/drawingml/2006/main">
              <a:graphicData uri="http://schemas.openxmlformats.org/drawingml/2006/picture">
                <pic:pic xmlns:pic="http://schemas.openxmlformats.org/drawingml/2006/picture">
                  <pic:nvPicPr>
                    <pic:cNvPr id="6" name="Picture box 6"/>
                    <pic:cNvPicPr/>
                  </pic:nvPicPr>
                  <pic:blipFill>
                    <a:blip/>
                    <a:stretch/>
                  </pic:blipFill>
                  <pic:spPr>
                    <a:xfrm>
                      <a:off x="0" y="0"/>
                      <a:ext cx="4224655" cy="2614930"/>
                    </a:xfrm>
                    <a:prstGeom prst="rect">
                      <a:avLst/>
                    </a:prstGeom>
                  </pic:spPr>
                </pic:pic>
              </a:graphicData>
            </a:graphic>
          </wp:anchor>
        </w:drawing>
      </w:r>
    </w:p>
    <w:p w:rsidR="0054601C" w:rsidRPr="000952AC" w:rsidRDefault="000952AC">
      <w:pPr>
        <w:widowControl w:val="0"/>
        <w:spacing w:after="0" w:line="240" w:lineRule="auto"/>
        <w:jc w:val="both"/>
        <w:rPr>
          <w:lang w:val="uk-UA"/>
        </w:rPr>
      </w:pPr>
      <w:r>
        <w:rPr>
          <w:color w:val="000000"/>
          <w:lang w:val="uk-UA" w:eastAsia="uk-UA" w:bidi="uk-UA"/>
        </w:rPr>
        <w:t xml:space="preserve">Період змінного прикусу після радикальної уранопластики. Через 2 тижні дитину направляють до логопеда. Застосовується захисна пластинка. Питання видалення надкомплектних зубів, розташованих у області незрощення, слід вирішувати після </w:t>
      </w:r>
      <w:r>
        <w:rPr>
          <w:color w:val="000000"/>
          <w:lang w:val="uk-UA" w:eastAsia="uk-UA" w:bidi="uk-UA"/>
        </w:rPr>
        <w:t>оцінки рентгенограми ВЩ. Надкомплектні зуби запобігають подальшому звуженню ВЩ. Для відновлення функцій використовують функціонально - діючі і функціонально направляючі ортодонтичні апарати</w:t>
      </w:r>
      <w:r w:rsidRPr="000952AC">
        <w:rPr>
          <w:lang w:val="uk-UA"/>
        </w:rPr>
        <w:br w:type="page"/>
      </w:r>
    </w:p>
    <w:p w:rsidR="0054601C" w:rsidRPr="000952AC" w:rsidRDefault="000952AC">
      <w:pPr>
        <w:widowControl w:val="0"/>
        <w:spacing w:line="1" w:lineRule="exact"/>
        <w:rPr>
          <w:lang w:val="uk-UA"/>
        </w:rPr>
      </w:pPr>
      <w:r>
        <w:rPr>
          <w:noProof/>
        </w:rPr>
        <w:lastRenderedPageBreak/>
        <w:drawing>
          <wp:anchor distT="0" distB="85090" distL="0" distR="0" simplePos="0" relativeHeight="251662336" behindDoc="0" locked="0" layoutInCell="1" allowOverlap="1">
            <wp:simplePos x="0" y="0"/>
            <wp:positionH relativeFrom="page">
              <wp:posOffset>871855</wp:posOffset>
            </wp:positionH>
            <wp:positionV relativeFrom="paragraph">
              <wp:posOffset>0</wp:posOffset>
            </wp:positionV>
            <wp:extent cx="2578735" cy="2018030"/>
            <wp:effectExtent l="0" t="0" r="0" b="0"/>
            <wp:wrapTopAndBottom/>
            <wp:docPr id="7" name="Shape 7"/>
            <wp:cNvGraphicFramePr/>
            <a:graphic xmlns:a="http://schemas.openxmlformats.org/drawingml/2006/main">
              <a:graphicData uri="http://schemas.openxmlformats.org/drawingml/2006/picture">
                <pic:pic xmlns:pic="http://schemas.openxmlformats.org/drawingml/2006/picture">
                  <pic:nvPicPr>
                    <pic:cNvPr id="8" name="Picture box 8"/>
                    <pic:cNvPicPr/>
                  </pic:nvPicPr>
                  <pic:blipFill>
                    <a:blip/>
                    <a:stretch/>
                  </pic:blipFill>
                  <pic:spPr>
                    <a:xfrm>
                      <a:off x="0" y="0"/>
                      <a:ext cx="2578735" cy="2018030"/>
                    </a:xfrm>
                    <a:prstGeom prst="rect">
                      <a:avLst/>
                    </a:prstGeom>
                  </pic:spPr>
                </pic:pic>
              </a:graphicData>
            </a:graphic>
          </wp:anchor>
        </w:drawing>
      </w:r>
      <w:r>
        <w:rPr>
          <w:noProof/>
        </w:rPr>
        <mc:AlternateContent>
          <mc:Choice Requires="wps">
            <w:drawing>
              <wp:anchor distT="1706880" distB="0" distL="0" distR="0" simplePos="0" relativeHeight="251664384" behindDoc="0" locked="0" layoutInCell="1" allowOverlap="1">
                <wp:simplePos x="0" y="0"/>
                <wp:positionH relativeFrom="page">
                  <wp:posOffset>3886200</wp:posOffset>
                </wp:positionH>
                <wp:positionV relativeFrom="paragraph">
                  <wp:posOffset>1706880</wp:posOffset>
                </wp:positionV>
                <wp:extent cx="2825750" cy="396240"/>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2825750" cy="396240"/>
                        </a:xfrm>
                        <a:prstGeom prst="rect">
                          <a:avLst/>
                        </a:prstGeom>
                        <a:noFill/>
                      </wps:spPr>
                      <wps:txbx>
                        <w:txbxContent>
                          <w:p w:rsidR="0054601C" w:rsidRDefault="000952AC">
                            <w:pPr>
                              <w:keepNext/>
                              <w:keepLines/>
                              <w:widowControl w:val="0"/>
                              <w:spacing w:after="0" w:line="240" w:lineRule="auto"/>
                            </w:pPr>
                            <w:r>
                              <w:rPr>
                                <w:color w:val="000000"/>
                                <w:lang w:val="uk-UA" w:eastAsia="uk-UA" w:bidi="uk-UA"/>
                              </w:rPr>
                              <w:t>Активатор Клампта</w:t>
                            </w:r>
                          </w:p>
                        </w:txbxContent>
                      </wps:txbx>
                      <wps:bodyPr wrap="none" lIns="0" tIns="0" rIns="0" bIns="0"/>
                    </wps:wsp>
                  </a:graphicData>
                </a:graphic>
              </wp:anchor>
            </w:drawing>
          </mc:Choice>
          <mc:Fallback>
            <w:pict>
              <v:shape id="Shape 9" o:spid="_x0000_s1027" type="#_x0000_t202" style="position:absolute;margin-left:306pt;margin-top:134.4pt;width:222.5pt;height:31.2pt;z-index:251664384;visibility:visible;mso-wrap-style:none;mso-wrap-distance-left:0;mso-wrap-distance-top:134.4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" filled="f" stroked="f">
                <v:textbox inset="0,0,0,0">
                  <w:txbxContent>
                    <w:p w:rsidR="0054601C" w:rsidRDefault="000952AC">
                      <w:pPr>
                        <w:keepNext/>
                        <w:keepLines/>
                        <w:widowControl w:val="0"/>
                        <w:spacing w:after="0" w:line="240" w:lineRule="auto"/>
                      </w:pPr>
                      <w:r>
                        <w:rPr>
                          <w:color w:val="000000"/>
                          <w:lang w:val="uk-UA" w:eastAsia="uk-UA" w:bidi="uk-UA"/>
                        </w:rPr>
                        <w:t>Активатор Клампта</w:t>
                      </w:r>
                    </w:p>
                  </w:txbxContent>
                </v:textbox>
                <w10:wrap type="topAndBottom" anchorx="page"/>
              </v:shape>
            </w:pict>
          </mc:Fallback>
        </mc:AlternateContent>
      </w:r>
    </w:p>
    <w:p w:rsidR="0054601C" w:rsidRPr="000952AC" w:rsidRDefault="000952AC">
      <w:pPr>
        <w:widowControl w:val="0"/>
        <w:spacing w:after="0" w:line="240" w:lineRule="auto"/>
        <w:ind w:firstLine="720"/>
        <w:jc w:val="both"/>
        <w:rPr>
          <w:lang w:val="ru-RU"/>
        </w:rPr>
      </w:pPr>
      <w:r>
        <w:rPr>
          <w:b/>
          <w:bCs/>
          <w:color w:val="000000"/>
          <w:lang w:val="uk-UA" w:eastAsia="uk-UA" w:bidi="uk-UA"/>
        </w:rPr>
        <w:t>Наскрізне двостороннє незрощення губи, аль</w:t>
      </w:r>
      <w:r>
        <w:rPr>
          <w:b/>
          <w:bCs/>
          <w:color w:val="000000"/>
          <w:lang w:val="uk-UA" w:eastAsia="uk-UA" w:bidi="uk-UA"/>
        </w:rPr>
        <w:t>веолярного відростка та піднебіння.</w:t>
      </w:r>
    </w:p>
    <w:p w:rsidR="0054601C" w:rsidRPr="000952AC" w:rsidRDefault="000952AC">
      <w:pPr>
        <w:widowControl w:val="0"/>
        <w:spacing w:after="0" w:line="240" w:lineRule="auto"/>
        <w:ind w:firstLine="720"/>
        <w:jc w:val="both"/>
        <w:rPr>
          <w:lang w:val="ru-RU"/>
        </w:rPr>
      </w:pPr>
      <w:r>
        <w:rPr>
          <w:color w:val="000000"/>
          <w:lang w:val="uk-UA" w:eastAsia="uk-UA" w:bidi="uk-UA"/>
        </w:rPr>
        <w:t xml:space="preserve">При такій аномалії передні відділи бічних фрагментів верхньої щелепи зміщуються орально, що призводить до симетричної деформації верхньої щелепи і її найбільшому звуженню на рівні ікол та перших тимчасових молярів. </w:t>
      </w:r>
      <w:r>
        <w:rPr>
          <w:color w:val="000000"/>
          <w:lang w:val="uk-UA" w:eastAsia="uk-UA" w:bidi="uk-UA"/>
        </w:rPr>
        <w:t>Міжщелепна кістка зміщена вестибулярно і повернута по осі. Альвеолярний відросток в ділянці ікол, а також тимчасових молярів вкорочений. В ділянці незрощення відростка знаходяться надкомплектні зуби. Співвідношення щелеп в мезіодистальному напрямку часто п</w:t>
      </w:r>
      <w:r>
        <w:rPr>
          <w:color w:val="000000"/>
          <w:lang w:val="uk-UA" w:eastAsia="uk-UA" w:bidi="uk-UA"/>
        </w:rPr>
        <w:t>орушене.</w:t>
      </w:r>
    </w:p>
    <w:p w:rsidR="0054601C" w:rsidRDefault="000952AC">
      <w:pPr>
        <w:widowControl w:val="0"/>
        <w:spacing w:after="0" w:line="240" w:lineRule="auto"/>
        <w:ind w:firstLine="720"/>
        <w:jc w:val="both"/>
      </w:pPr>
      <w:r>
        <w:rPr>
          <w:color w:val="000000"/>
          <w:lang w:val="uk-UA" w:eastAsia="uk-UA" w:bidi="uk-UA"/>
        </w:rPr>
        <w:t>Морфологічні порушення.</w:t>
      </w:r>
    </w:p>
    <w:p w:rsidR="0054601C" w:rsidRPr="000952AC" w:rsidRDefault="000952AC">
      <w:pPr>
        <w:widowControl w:val="0"/>
        <w:numPr>
          <w:ilvl w:val="0"/>
          <w:numId w:val="26"/>
        </w:numPr>
        <w:tabs>
          <w:tab w:val="left" w:pos="1067"/>
        </w:tabs>
        <w:spacing w:after="0" w:line="240" w:lineRule="auto"/>
        <w:ind w:left="0" w:firstLine="720"/>
        <w:jc w:val="both"/>
        <w:rPr>
          <w:lang w:val="ru-RU"/>
        </w:rPr>
      </w:pPr>
      <w:r>
        <w:rPr>
          <w:color w:val="000000"/>
          <w:lang w:val="uk-UA" w:eastAsia="uk-UA" w:bidi="uk-UA"/>
        </w:rPr>
        <w:t>Наявність двосторонніх рубців на верхній губі після хейлопластики, на піднебінні - після уранопластики; деформації крила носа.</w:t>
      </w:r>
    </w:p>
    <w:p w:rsidR="0054601C" w:rsidRPr="000952AC" w:rsidRDefault="000952AC">
      <w:pPr>
        <w:widowControl w:val="0"/>
        <w:numPr>
          <w:ilvl w:val="0"/>
          <w:numId w:val="26"/>
        </w:numPr>
        <w:tabs>
          <w:tab w:val="left" w:pos="1772"/>
        </w:tabs>
        <w:spacing w:after="0" w:line="240" w:lineRule="auto"/>
        <w:ind w:left="0" w:firstLine="800"/>
        <w:rPr>
          <w:lang w:val="ru-RU"/>
        </w:rPr>
      </w:pPr>
      <w:r>
        <w:rPr>
          <w:color w:val="000000"/>
          <w:lang w:val="uk-UA" w:eastAsia="uk-UA" w:bidi="uk-UA"/>
        </w:rPr>
        <w:t>Зменшення глибини присінку порожнини рота в передній ділянці ВЩ.</w:t>
      </w:r>
    </w:p>
    <w:p w:rsidR="0054601C" w:rsidRPr="000952AC" w:rsidRDefault="000952AC">
      <w:pPr>
        <w:widowControl w:val="0"/>
        <w:numPr>
          <w:ilvl w:val="0"/>
          <w:numId w:val="26"/>
        </w:numPr>
        <w:tabs>
          <w:tab w:val="left" w:pos="1772"/>
        </w:tabs>
        <w:spacing w:after="0" w:line="240" w:lineRule="auto"/>
        <w:ind w:left="0" w:firstLine="720"/>
        <w:jc w:val="both"/>
        <w:rPr>
          <w:lang w:val="ru-RU"/>
        </w:rPr>
      </w:pPr>
      <w:r>
        <w:rPr>
          <w:color w:val="000000"/>
          <w:lang w:val="uk-UA" w:eastAsia="uk-UA" w:bidi="uk-UA"/>
        </w:rPr>
        <w:t xml:space="preserve">Аномалії положення міжщелепної </w:t>
      </w:r>
      <w:r>
        <w:rPr>
          <w:color w:val="000000"/>
          <w:lang w:val="uk-UA" w:eastAsia="uk-UA" w:bidi="uk-UA"/>
        </w:rPr>
        <w:t>кістки або її відсутність.</w:t>
      </w:r>
    </w:p>
    <w:p w:rsidR="0054601C" w:rsidRPr="000952AC" w:rsidRDefault="000952AC">
      <w:pPr>
        <w:widowControl w:val="0"/>
        <w:numPr>
          <w:ilvl w:val="0"/>
          <w:numId w:val="26"/>
        </w:numPr>
        <w:tabs>
          <w:tab w:val="left" w:pos="1067"/>
        </w:tabs>
        <w:spacing w:after="0" w:line="240" w:lineRule="auto"/>
        <w:ind w:left="0" w:firstLine="720"/>
        <w:jc w:val="both"/>
        <w:rPr>
          <w:lang w:val="ru-RU"/>
        </w:rPr>
      </w:pPr>
      <w:r>
        <w:rPr>
          <w:color w:val="000000"/>
          <w:lang w:val="uk-UA" w:eastAsia="uk-UA" w:bidi="uk-UA"/>
        </w:rPr>
        <w:t>Типові порушення форми верхнього зубного ряду, зубоальвеолярне укорочення в ділянці верхніх іклів, нерідко і премолярів.</w:t>
      </w:r>
    </w:p>
    <w:p w:rsidR="0054601C" w:rsidRPr="000952AC" w:rsidRDefault="000952AC">
      <w:pPr>
        <w:widowControl w:val="0"/>
        <w:numPr>
          <w:ilvl w:val="0"/>
          <w:numId w:val="26"/>
        </w:numPr>
        <w:tabs>
          <w:tab w:val="left" w:pos="1062"/>
        </w:tabs>
        <w:spacing w:after="0" w:line="240" w:lineRule="auto"/>
        <w:ind w:left="0" w:firstLine="720"/>
        <w:jc w:val="both"/>
        <w:rPr>
          <w:lang w:val="ru-RU"/>
        </w:rPr>
      </w:pPr>
      <w:r>
        <w:rPr>
          <w:color w:val="000000"/>
          <w:lang w:val="uk-UA" w:eastAsia="uk-UA" w:bidi="uk-UA"/>
        </w:rPr>
        <w:t>Різке, частіше симетричне звуження верхнього зубного ряду, більше виражене в ділянці іклів і премолярів.</w:t>
      </w:r>
    </w:p>
    <w:p w:rsidR="0054601C" w:rsidRPr="000952AC" w:rsidRDefault="000952AC">
      <w:pPr>
        <w:widowControl w:val="0"/>
        <w:numPr>
          <w:ilvl w:val="0"/>
          <w:numId w:val="26"/>
        </w:numPr>
        <w:tabs>
          <w:tab w:val="left" w:pos="972"/>
        </w:tabs>
        <w:spacing w:after="0" w:line="240" w:lineRule="auto"/>
        <w:ind w:left="0" w:firstLine="800"/>
        <w:jc w:val="both"/>
        <w:rPr>
          <w:lang w:val="ru-RU"/>
        </w:rPr>
      </w:pPr>
      <w:r>
        <w:rPr>
          <w:color w:val="000000"/>
          <w:lang w:val="uk-UA" w:eastAsia="uk-UA" w:bidi="uk-UA"/>
        </w:rPr>
        <w:t>Пов</w:t>
      </w:r>
      <w:r>
        <w:rPr>
          <w:color w:val="000000"/>
          <w:lang w:val="uk-UA" w:eastAsia="uk-UA" w:bidi="uk-UA"/>
        </w:rPr>
        <w:t>орот по осі центральних різців ВЩ і їх вестибуло-оральне відхилення.</w:t>
      </w:r>
    </w:p>
    <w:p w:rsidR="0054601C" w:rsidRPr="000952AC" w:rsidRDefault="000952AC">
      <w:pPr>
        <w:widowControl w:val="0"/>
        <w:numPr>
          <w:ilvl w:val="0"/>
          <w:numId w:val="26"/>
        </w:numPr>
        <w:tabs>
          <w:tab w:val="left" w:pos="1772"/>
        </w:tabs>
        <w:spacing w:after="0" w:line="240" w:lineRule="auto"/>
        <w:ind w:left="0" w:firstLine="720"/>
        <w:jc w:val="both"/>
        <w:rPr>
          <w:lang w:val="ru-RU"/>
        </w:rPr>
      </w:pPr>
      <w:r>
        <w:rPr>
          <w:color w:val="000000"/>
          <w:lang w:val="uk-UA" w:eastAsia="uk-UA" w:bidi="uk-UA"/>
        </w:rPr>
        <w:t>Недорозвинення або адентія верхніх бічних різців.</w:t>
      </w:r>
    </w:p>
    <w:p w:rsidR="0054601C" w:rsidRPr="000952AC" w:rsidRDefault="000952AC">
      <w:pPr>
        <w:widowControl w:val="0"/>
        <w:numPr>
          <w:ilvl w:val="0"/>
          <w:numId w:val="26"/>
        </w:numPr>
        <w:tabs>
          <w:tab w:val="left" w:pos="1062"/>
        </w:tabs>
        <w:spacing w:after="0" w:line="240" w:lineRule="auto"/>
        <w:ind w:left="0" w:firstLine="720"/>
        <w:jc w:val="both"/>
        <w:rPr>
          <w:lang w:val="ru-RU"/>
        </w:rPr>
      </w:pPr>
      <w:r>
        <w:rPr>
          <w:color w:val="000000"/>
          <w:lang w:val="uk-UA" w:eastAsia="uk-UA" w:bidi="uk-UA"/>
        </w:rPr>
        <w:t>Наявність надкомплектних зубів у області незрощення альвеолярних відростків і по їх краях.</w:t>
      </w:r>
    </w:p>
    <w:p w:rsidR="0054601C" w:rsidRPr="000952AC" w:rsidRDefault="000952AC">
      <w:pPr>
        <w:widowControl w:val="0"/>
        <w:numPr>
          <w:ilvl w:val="0"/>
          <w:numId w:val="26"/>
        </w:numPr>
        <w:tabs>
          <w:tab w:val="left" w:pos="1772"/>
        </w:tabs>
        <w:spacing w:after="0" w:line="240" w:lineRule="auto"/>
        <w:ind w:left="0" w:firstLine="800"/>
        <w:jc w:val="both"/>
        <w:rPr>
          <w:lang w:val="ru-RU"/>
        </w:rPr>
      </w:pPr>
      <w:r>
        <w:rPr>
          <w:color w:val="000000"/>
          <w:lang w:val="uk-UA" w:eastAsia="uk-UA" w:bidi="uk-UA"/>
        </w:rPr>
        <w:t>Тенденція до порушення розвитку НЩ.</w:t>
      </w:r>
    </w:p>
    <w:p w:rsidR="0054601C" w:rsidRDefault="000952AC">
      <w:pPr>
        <w:widowControl w:val="0"/>
        <w:numPr>
          <w:ilvl w:val="0"/>
          <w:numId w:val="26"/>
        </w:numPr>
        <w:tabs>
          <w:tab w:val="left" w:pos="1772"/>
        </w:tabs>
        <w:spacing w:after="0" w:line="240" w:lineRule="auto"/>
        <w:ind w:left="0" w:firstLine="800"/>
        <w:jc w:val="both"/>
      </w:pPr>
      <w:r>
        <w:rPr>
          <w:color w:val="000000"/>
          <w:lang w:val="uk-UA" w:eastAsia="uk-UA" w:bidi="uk-UA"/>
        </w:rPr>
        <w:t xml:space="preserve">Аномалії </w:t>
      </w:r>
      <w:r>
        <w:rPr>
          <w:color w:val="000000"/>
          <w:lang w:val="uk-UA" w:eastAsia="uk-UA" w:bidi="uk-UA"/>
        </w:rPr>
        <w:t>прикусу.</w:t>
      </w:r>
    </w:p>
    <w:p w:rsidR="0054601C" w:rsidRPr="000952AC" w:rsidRDefault="000952AC">
      <w:pPr>
        <w:widowControl w:val="0"/>
        <w:spacing w:after="0" w:line="240" w:lineRule="auto"/>
        <w:ind w:firstLine="720"/>
        <w:jc w:val="both"/>
        <w:rPr>
          <w:lang w:val="uk-UA"/>
        </w:rPr>
      </w:pPr>
      <w:r>
        <w:rPr>
          <w:color w:val="000000"/>
          <w:lang w:val="uk-UA" w:eastAsia="uk-UA" w:bidi="uk-UA"/>
        </w:rPr>
        <w:t>При вродженому незрощенні піднебіння діти потребують постійного лікарського спостереження і допомоги фахівців різного профілю з перших днів життя дитини до повного формування кісток лицевого скелету. Комплекс лікарських заходів включає надання хір</w:t>
      </w:r>
      <w:r>
        <w:rPr>
          <w:color w:val="000000"/>
          <w:lang w:val="uk-UA" w:eastAsia="uk-UA" w:bidi="uk-UA"/>
        </w:rPr>
        <w:t>ургічної, ортодонтичної допомоги, а також допомоги фахівців інших профілів - оториноларинголога, фоніатора, логопеда, педіатра, психоневролога та ін. Ця допомога повинна бути поєднаною і послідовною.</w:t>
      </w:r>
    </w:p>
    <w:p w:rsidR="0054601C" w:rsidRPr="000952AC" w:rsidRDefault="000952AC">
      <w:pPr>
        <w:widowControl w:val="0"/>
        <w:spacing w:after="0" w:line="240" w:lineRule="auto"/>
        <w:ind w:firstLine="720"/>
        <w:jc w:val="both"/>
        <w:rPr>
          <w:lang w:val="uk-UA"/>
        </w:rPr>
      </w:pPr>
      <w:r>
        <w:rPr>
          <w:color w:val="000000"/>
          <w:lang w:val="uk-UA" w:eastAsia="uk-UA" w:bidi="uk-UA"/>
        </w:rPr>
        <w:t>Сполучення між ротовою і носовою порожнинами при вроджен</w:t>
      </w:r>
      <w:r>
        <w:rPr>
          <w:color w:val="000000"/>
          <w:lang w:val="uk-UA" w:eastAsia="uk-UA" w:bidi="uk-UA"/>
        </w:rPr>
        <w:t>ому незрощенні піднебіння утрудняє смоктання, ковтання, дихання, а надалі мову і жування. Цей дефект може бути закритий хірургічним або протетичним методом.</w:t>
      </w:r>
    </w:p>
    <w:p w:rsidR="0054601C" w:rsidRPr="000952AC" w:rsidRDefault="000952AC">
      <w:pPr>
        <w:widowControl w:val="0"/>
        <w:spacing w:after="0" w:line="240" w:lineRule="auto"/>
        <w:ind w:firstLine="720"/>
        <w:jc w:val="both"/>
        <w:rPr>
          <w:lang w:val="uk-UA"/>
        </w:rPr>
      </w:pPr>
      <w:r>
        <w:rPr>
          <w:color w:val="000000"/>
          <w:lang w:val="uk-UA" w:eastAsia="uk-UA" w:bidi="uk-UA"/>
        </w:rPr>
        <w:t>Мак Ніл запропонував метод механічної стимуляції росткових зон верхньої щелепи знімними коригуючими</w:t>
      </w:r>
      <w:r>
        <w:rPr>
          <w:color w:val="000000"/>
          <w:lang w:val="uk-UA" w:eastAsia="uk-UA" w:bidi="uk-UA"/>
        </w:rPr>
        <w:t xml:space="preserve"> пластинками, які застосовують з 4-го тижня життя, що особливо важливо в період інтенсивного росту верхньої щелепи при формуванні молочного прикусу. У дітей, що носили пластинки Мак Ніла, пластику м'якого піднебіння рекомендують проводити у віці до 1 року.</w:t>
      </w:r>
      <w:r>
        <w:rPr>
          <w:color w:val="000000"/>
          <w:lang w:val="uk-UA" w:eastAsia="uk-UA" w:bidi="uk-UA"/>
        </w:rPr>
        <w:t xml:space="preserve"> Закриття незрощення твердого піднебіння відкладають до 6-10-річного віку.</w:t>
      </w:r>
    </w:p>
    <w:p w:rsidR="0054601C" w:rsidRPr="000952AC" w:rsidRDefault="000952AC">
      <w:pPr>
        <w:widowControl w:val="0"/>
        <w:tabs>
          <w:tab w:val="left" w:pos="1877"/>
          <w:tab w:val="left" w:pos="3466"/>
          <w:tab w:val="left" w:pos="5477"/>
          <w:tab w:val="left" w:pos="7459"/>
          <w:tab w:val="left" w:pos="8789"/>
        </w:tabs>
        <w:spacing w:after="0" w:line="240" w:lineRule="auto"/>
        <w:ind w:firstLine="720"/>
        <w:jc w:val="both"/>
        <w:rPr>
          <w:lang w:val="ru-RU"/>
        </w:rPr>
      </w:pPr>
      <w:r>
        <w:rPr>
          <w:color w:val="000000"/>
          <w:lang w:val="uk-UA" w:eastAsia="uk-UA" w:bidi="uk-UA"/>
        </w:rPr>
        <w:t>Для ортодонтичного виправлення форми верхньощелепної альвеолярної дуги користуються знімними пластмасовими пластинками з дротяними розширювачами або з гвинтом. Після прорізування зу</w:t>
      </w:r>
      <w:r>
        <w:rPr>
          <w:color w:val="000000"/>
          <w:lang w:val="uk-UA" w:eastAsia="uk-UA" w:bidi="uk-UA"/>
        </w:rPr>
        <w:t>бів у дітей з одно- і двосторонніми незрощеннями верхньої губи, альвеолярного відростка і піднебіння використовують пластмасові пластинки з вестибулярною або ковзною дугою Енгля. Виправлення положення окремих зубів проводиться за загальноприйнятими методам</w:t>
      </w:r>
      <w:r>
        <w:rPr>
          <w:color w:val="000000"/>
          <w:lang w:val="uk-UA" w:eastAsia="uk-UA" w:bidi="uk-UA"/>
        </w:rPr>
        <w:t xml:space="preserve">и. Ортодонтичне лікування, проведене до пластики піднебіння, поновлюється після операції і закінчується тривалим періодом ретенції. Дітям з </w:t>
      </w:r>
      <w:r>
        <w:rPr>
          <w:color w:val="000000"/>
          <w:lang w:val="uk-UA" w:eastAsia="uk-UA" w:bidi="uk-UA"/>
        </w:rPr>
        <w:lastRenderedPageBreak/>
        <w:t>важкими деформаціями щелеп рекомендується носіння ретенційних апаратів під час і після пластики піднебіння. При цьом</w:t>
      </w:r>
      <w:r>
        <w:rPr>
          <w:color w:val="000000"/>
          <w:lang w:val="uk-UA" w:eastAsia="uk-UA" w:bidi="uk-UA"/>
        </w:rPr>
        <w:t>у апарати не повинні закривати операційне поле. При незрощеннях піднебіння рекомендується користуватися піднебінними обтураторами, які полегшують годування</w:t>
      </w:r>
      <w:r>
        <w:rPr>
          <w:color w:val="000000"/>
          <w:lang w:val="uk-UA" w:eastAsia="uk-UA" w:bidi="uk-UA"/>
        </w:rPr>
        <w:tab/>
        <w:t>дитини,</w:t>
      </w:r>
      <w:r>
        <w:rPr>
          <w:color w:val="000000"/>
          <w:lang w:val="uk-UA" w:eastAsia="uk-UA" w:bidi="uk-UA"/>
        </w:rPr>
        <w:tab/>
        <w:t>постановку</w:t>
      </w:r>
      <w:r>
        <w:rPr>
          <w:color w:val="000000"/>
          <w:lang w:val="uk-UA" w:eastAsia="uk-UA" w:bidi="uk-UA"/>
        </w:rPr>
        <w:tab/>
        <w:t>правильної</w:t>
      </w:r>
      <w:r>
        <w:rPr>
          <w:color w:val="000000"/>
          <w:lang w:val="uk-UA" w:eastAsia="uk-UA" w:bidi="uk-UA"/>
        </w:rPr>
        <w:tab/>
        <w:t>мови,</w:t>
      </w:r>
      <w:r>
        <w:rPr>
          <w:color w:val="000000"/>
          <w:lang w:val="uk-UA" w:eastAsia="uk-UA" w:bidi="uk-UA"/>
        </w:rPr>
        <w:tab/>
        <w:t>будучи</w:t>
      </w:r>
    </w:p>
    <w:p w:rsidR="0054601C" w:rsidRPr="000952AC" w:rsidRDefault="000952AC">
      <w:pPr>
        <w:widowControl w:val="0"/>
        <w:spacing w:after="0" w:line="240" w:lineRule="auto"/>
        <w:jc w:val="both"/>
        <w:rPr>
          <w:lang w:val="ru-RU"/>
        </w:rPr>
      </w:pPr>
      <w:r>
        <w:rPr>
          <w:color w:val="000000"/>
          <w:lang w:val="uk-UA" w:eastAsia="uk-UA" w:bidi="uk-UA"/>
        </w:rPr>
        <w:t>своєрідним функціональним навантаженням їдля м'язів м'яко</w:t>
      </w:r>
      <w:r>
        <w:rPr>
          <w:color w:val="000000"/>
          <w:lang w:val="uk-UA" w:eastAsia="uk-UA" w:bidi="uk-UA"/>
        </w:rPr>
        <w:t>го піднебіння і глотки. Однак, при ранній ортодонтичній корекції росту верхньої щелепи і ранніх логопедичних вправах показання до користування піднебінними обтураторами звужуються.</w:t>
      </w:r>
    </w:p>
    <w:p w:rsidR="0054601C" w:rsidRPr="000952AC" w:rsidRDefault="000952AC">
      <w:pPr>
        <w:widowControl w:val="0"/>
        <w:spacing w:after="0" w:line="240" w:lineRule="auto"/>
        <w:ind w:firstLine="720"/>
        <w:jc w:val="both"/>
        <w:rPr>
          <w:lang w:val="ru-RU"/>
        </w:rPr>
      </w:pPr>
      <w:r>
        <w:rPr>
          <w:color w:val="000000"/>
          <w:lang w:val="uk-UA" w:eastAsia="uk-UA" w:bidi="uk-UA"/>
        </w:rPr>
        <w:t>Крім масової профілактики (ознайомлення населення і медпрацівників з причин</w:t>
      </w:r>
      <w:r>
        <w:rPr>
          <w:color w:val="000000"/>
          <w:lang w:val="uk-UA" w:eastAsia="uk-UA" w:bidi="uk-UA"/>
        </w:rPr>
        <w:t xml:space="preserve">ами виникнення вроджених вад розвитку; боротьби з курінням, алкоголізмом і наркоманією; санітарно- просвітницької роботи серед жінок з метою попередження абортів; оздоровлення жінок перед вагітністю; профілактики інфекційних захворювань; раціональної і по </w:t>
      </w:r>
      <w:r>
        <w:rPr>
          <w:color w:val="000000"/>
          <w:lang w:val="uk-UA" w:eastAsia="uk-UA" w:bidi="uk-UA"/>
        </w:rPr>
        <w:t>можливості мінімальної лікарської терапії при захворюваннях вагітних жінок, особливо в перші 2-3 місяці вагітності; усунення або мінімізації шкідливих умов праці вагітних жінок; прийому вітамінів з підвищеною дозою фолієвої кислоти протягом 3 місяців до за</w:t>
      </w:r>
      <w:r>
        <w:rPr>
          <w:color w:val="000000"/>
          <w:lang w:val="uk-UA" w:eastAsia="uk-UA" w:bidi="uk-UA"/>
        </w:rPr>
        <w:t>чаття і протягом першого триместру вагітності), велику увагу необхідно приділити індивідуальним методам профілактики, до яких відносять медико-генетичне консультування та пренатальну (допологову) діагностику вагітних.</w:t>
      </w:r>
    </w:p>
    <w:p w:rsidR="0054601C" w:rsidRPr="000952AC" w:rsidRDefault="000952AC">
      <w:pPr>
        <w:widowControl w:val="0"/>
        <w:spacing w:after="0" w:line="240" w:lineRule="auto"/>
        <w:ind w:firstLine="720"/>
        <w:jc w:val="both"/>
        <w:rPr>
          <w:lang w:val="uk-UA"/>
        </w:rPr>
      </w:pPr>
      <w:r>
        <w:rPr>
          <w:color w:val="000000"/>
          <w:lang w:val="uk-UA" w:eastAsia="uk-UA" w:bidi="uk-UA"/>
        </w:rPr>
        <w:t xml:space="preserve">У новонароджених дітей при наскрізних </w:t>
      </w:r>
      <w:r>
        <w:rPr>
          <w:color w:val="000000"/>
          <w:lang w:val="uk-UA" w:eastAsia="uk-UA" w:bidi="uk-UA"/>
        </w:rPr>
        <w:t>незрощеннях піднебіння виготовляється преформований ортодонтичний апарат (бажано до першого годування). Після припасування та накладення апарату проводять перше годування дитини з пляшечки із соскою. При виготовленні обтуратора йому надається вигляд знімно</w:t>
      </w:r>
      <w:r>
        <w:rPr>
          <w:color w:val="000000"/>
          <w:lang w:val="uk-UA" w:eastAsia="uk-UA" w:bidi="uk-UA"/>
        </w:rPr>
        <w:t>ї пластинки на верхню щелепу. У більшості випадків при використанні апарату можливе годування груддю, що позитивно впливає на загальний статус дитини, на розвиток функцій жувального апарату. При двосторонніх незрощеннях піднебіння ефективними являються апа</w:t>
      </w:r>
      <w:r>
        <w:rPr>
          <w:color w:val="000000"/>
          <w:lang w:val="uk-UA" w:eastAsia="uk-UA" w:bidi="uk-UA"/>
        </w:rPr>
        <w:t>рати Мак- Ніла, які перешкоджають протрузії міжщелепної кістки. Після прорізування зубів преформований ортодонтичний апарат замінюється на пластинку, яка ізолює порожнину рота від порожнини носа і дозволяє попередити, а при необхідності усунути, деформацію</w:t>
      </w:r>
      <w:r>
        <w:rPr>
          <w:color w:val="000000"/>
          <w:lang w:val="uk-UA" w:eastAsia="uk-UA" w:bidi="uk-UA"/>
        </w:rPr>
        <w:t xml:space="preserve"> альвеолярних відростків.</w:t>
      </w:r>
    </w:p>
    <w:p w:rsidR="0054601C" w:rsidRPr="000952AC" w:rsidRDefault="000952AC">
      <w:pPr>
        <w:widowControl w:val="0"/>
        <w:spacing w:after="0" w:line="240" w:lineRule="auto"/>
        <w:ind w:firstLine="740"/>
        <w:jc w:val="both"/>
        <w:rPr>
          <w:lang w:val="uk-UA"/>
        </w:rPr>
      </w:pPr>
      <w:r>
        <w:rPr>
          <w:color w:val="000000"/>
          <w:lang w:val="uk-UA" w:eastAsia="uk-UA" w:bidi="uk-UA"/>
        </w:rPr>
        <w:t>Фіксація апаратів у значній мірі залежить від точності одержаного відбитку. Найбільш доцільне застосування комбінованого відбитку (стенс</w:t>
      </w:r>
    </w:p>
    <w:p w:rsidR="0054601C" w:rsidRPr="000952AC" w:rsidRDefault="000952AC">
      <w:pPr>
        <w:widowControl w:val="0"/>
        <w:spacing w:after="0" w:line="240" w:lineRule="auto"/>
        <w:ind w:firstLine="740"/>
        <w:jc w:val="both"/>
        <w:rPr>
          <w:lang w:val="uk-UA"/>
        </w:rPr>
      </w:pPr>
      <w:r>
        <w:rPr>
          <w:color w:val="000000"/>
          <w:lang w:val="uk-UA" w:eastAsia="uk-UA" w:bidi="uk-UA"/>
        </w:rPr>
        <w:t>- сієласт), котрий дозволяє одержати точний відбиток рельєфу слизової оболонки, країв дефекту</w:t>
      </w:r>
      <w:r>
        <w:rPr>
          <w:color w:val="000000"/>
          <w:lang w:val="uk-UA" w:eastAsia="uk-UA" w:bidi="uk-UA"/>
        </w:rPr>
        <w:t>. При використанні еластичних мас (стомальгін, еластик) при наявності дефекту твердого піднебіння є небезпека відриву відбиткової маси, яка потрапляє в дефект, тому всі маніпуляції повинні проводитись при вертикальному (з нахилом голови вперед) положенні д</w:t>
      </w:r>
      <w:r>
        <w:rPr>
          <w:color w:val="000000"/>
          <w:lang w:val="uk-UA" w:eastAsia="uk-UA" w:bidi="uk-UA"/>
        </w:rPr>
        <w:t>итини. При виготовленні апаратів бажано застосовувати некольорові пластмаси гарячої полімеризації.</w:t>
      </w:r>
    </w:p>
    <w:p w:rsidR="0054601C" w:rsidRPr="000952AC" w:rsidRDefault="000952AC">
      <w:pPr>
        <w:widowControl w:val="0"/>
        <w:spacing w:after="0" w:line="240" w:lineRule="auto"/>
        <w:ind w:firstLine="740"/>
        <w:jc w:val="both"/>
        <w:rPr>
          <w:lang w:val="uk-UA"/>
        </w:rPr>
      </w:pPr>
      <w:r>
        <w:rPr>
          <w:color w:val="000000"/>
          <w:lang w:val="uk-UA" w:eastAsia="uk-UA" w:bidi="uk-UA"/>
        </w:rPr>
        <w:t>Перед операцію використовуються: знімні ортодонтичні апарати, обтуратори: плаваючий або такий, що фіксується (типу Ільіної - Маркосян) і зменшує прояви поруш</w:t>
      </w:r>
      <w:r>
        <w:rPr>
          <w:color w:val="000000"/>
          <w:lang w:val="uk-UA" w:eastAsia="uk-UA" w:bidi="uk-UA"/>
        </w:rPr>
        <w:t>ень прикусу після хірургічних втручань. Використання ортодонтичних апаратів направлене на виправлення положення окремих зубів. Видалення надкомплектних зубів за показаннями. При необхідності використовують протезування; міогімнастика для м'язів м'якого під</w:t>
      </w:r>
      <w:r>
        <w:rPr>
          <w:color w:val="000000"/>
          <w:lang w:val="uk-UA" w:eastAsia="uk-UA" w:bidi="uk-UA"/>
        </w:rPr>
        <w:t>небіння. Масаж. Спостереження за формуванням постійного прикусу. Дитячий період - знімний апарат з гвинтами, пружинами, з позаротовими відростками і еластичною тягою до шапочки. Прикус тимчасових зубів - після велопластики тактика лікування як при крізному</w:t>
      </w:r>
      <w:r>
        <w:rPr>
          <w:color w:val="000000"/>
          <w:lang w:val="uk-UA" w:eastAsia="uk-UA" w:bidi="uk-UA"/>
        </w:rPr>
        <w:t xml:space="preserve"> односторонньому незрощенні верхньої губи, альвеолярного відростка і піднебіння</w:t>
      </w:r>
    </w:p>
    <w:p w:rsidR="0054601C" w:rsidRPr="000952AC" w:rsidRDefault="000952AC">
      <w:pPr>
        <w:widowControl w:val="0"/>
        <w:tabs>
          <w:tab w:val="left" w:pos="3307"/>
          <w:tab w:val="left" w:pos="6226"/>
          <w:tab w:val="left" w:pos="8650"/>
        </w:tabs>
        <w:spacing w:after="0" w:line="240" w:lineRule="auto"/>
        <w:ind w:firstLine="740"/>
        <w:jc w:val="both"/>
        <w:rPr>
          <w:lang w:val="uk-UA"/>
        </w:rPr>
      </w:pPr>
      <w:r>
        <w:rPr>
          <w:color w:val="000000"/>
          <w:lang w:val="uk-UA" w:eastAsia="uk-UA" w:bidi="uk-UA"/>
        </w:rPr>
        <w:t xml:space="preserve">У період </w:t>
      </w:r>
      <w:r>
        <w:rPr>
          <w:b/>
          <w:bCs/>
          <w:color w:val="000000"/>
          <w:lang w:val="uk-UA" w:eastAsia="uk-UA" w:bidi="uk-UA"/>
        </w:rPr>
        <w:t xml:space="preserve">тимчасового прикусу </w:t>
      </w:r>
      <w:r>
        <w:rPr>
          <w:color w:val="000000"/>
          <w:lang w:val="uk-UA" w:eastAsia="uk-UA" w:bidi="uk-UA"/>
        </w:rPr>
        <w:t>після операції велопластики зазвичай виготовляють нову ретенційну пластинку для верхньої щелепи, яку фіксують до чепця. Завдання цієї пластинки - з</w:t>
      </w:r>
      <w:r>
        <w:rPr>
          <w:color w:val="000000"/>
          <w:lang w:val="uk-UA" w:eastAsia="uk-UA" w:bidi="uk-UA"/>
        </w:rPr>
        <w:t>акрити дефект твердого піднебіння. У міру прорізування молочних молярів можна відмовитися від позаротової фіксації знімного апарату і виготовити апарат із стрілоподібними кламерами Шварца, кламерами</w:t>
      </w:r>
      <w:r>
        <w:rPr>
          <w:color w:val="000000"/>
          <w:lang w:val="uk-UA" w:eastAsia="uk-UA" w:bidi="uk-UA"/>
        </w:rPr>
        <w:tab/>
        <w:t>Адамса</w:t>
      </w:r>
      <w:r>
        <w:rPr>
          <w:color w:val="000000"/>
          <w:lang w:val="uk-UA" w:eastAsia="uk-UA" w:bidi="uk-UA"/>
        </w:rPr>
        <w:tab/>
        <w:t>або</w:t>
      </w:r>
      <w:r>
        <w:rPr>
          <w:color w:val="000000"/>
          <w:lang w:val="uk-UA" w:eastAsia="uk-UA" w:bidi="uk-UA"/>
        </w:rPr>
        <w:tab/>
        <w:t>іншими.</w:t>
      </w:r>
    </w:p>
    <w:p w:rsidR="0054601C" w:rsidRPr="000952AC" w:rsidRDefault="000952AC">
      <w:pPr>
        <w:widowControl w:val="0"/>
        <w:spacing w:after="0" w:line="240" w:lineRule="auto"/>
        <w:ind w:firstLine="740"/>
        <w:jc w:val="both"/>
        <w:rPr>
          <w:lang w:val="uk-UA"/>
        </w:rPr>
      </w:pPr>
      <w:r>
        <w:rPr>
          <w:color w:val="000000"/>
          <w:lang w:val="uk-UA" w:eastAsia="uk-UA" w:bidi="uk-UA"/>
        </w:rPr>
        <w:t>Подальше ортодонтичне лікування по мет</w:t>
      </w:r>
      <w:r>
        <w:rPr>
          <w:color w:val="000000"/>
          <w:lang w:val="uk-UA" w:eastAsia="uk-UA" w:bidi="uk-UA"/>
        </w:rPr>
        <w:t>оду Мак-Ніла полягає в стимулюванні росту верхньої щелепи по краях незрощення з метою її звуження. Застосовують пластинку для верхньої щелепи з пелотами, оберненими у бік країв незрощення піднебіння, або з тонкими дротяними пристосуваннями. Ними підсилюють</w:t>
      </w:r>
      <w:r>
        <w:rPr>
          <w:color w:val="000000"/>
          <w:lang w:val="uk-UA" w:eastAsia="uk-UA" w:bidi="uk-UA"/>
        </w:rPr>
        <w:t xml:space="preserve"> тиск на слизову оболонку по краях </w:t>
      </w:r>
      <w:r>
        <w:rPr>
          <w:color w:val="000000"/>
          <w:lang w:val="uk-UA" w:eastAsia="uk-UA" w:bidi="uk-UA"/>
        </w:rPr>
        <w:lastRenderedPageBreak/>
        <w:t>незрощення, викликаючи її подразнення і ріст кістки. Поступово краї незрощення зближуються. Пластинка закриває дефект піднебіння. Для визначення ширини незрощення і подальшого спостереження за її зменшенням отримують відб</w:t>
      </w:r>
      <w:r>
        <w:rPr>
          <w:color w:val="000000"/>
          <w:lang w:val="uk-UA" w:eastAsia="uk-UA" w:bidi="uk-UA"/>
        </w:rPr>
        <w:t xml:space="preserve">иток з верхньої щелепи дитини альгінатною або силіконовою відбитковою масою, відливають модель і вимірюють ширину дефекту піднебіння в передній, середній і задній ділянках. Після велопластики по Швекендіку і подальшому ортодонтичного лікуванню по Мак-Нілу </w:t>
      </w:r>
      <w:r>
        <w:rPr>
          <w:color w:val="000000"/>
          <w:lang w:val="uk-UA" w:eastAsia="uk-UA" w:bidi="uk-UA"/>
        </w:rPr>
        <w:t xml:space="preserve">в значній мірі нормалізуються функції м'якого піднебіння, дихання, ковтання, забезпечується відокремлення ротової і носової порожнин, стимулюється зріст по краях незрощення, що викликає її звуження. Якщо велопластика не проведена, то в періоді тимчасового </w:t>
      </w:r>
      <w:r>
        <w:rPr>
          <w:color w:val="000000"/>
          <w:lang w:val="uk-UA" w:eastAsia="uk-UA" w:bidi="uk-UA"/>
        </w:rPr>
        <w:t>прикусу ортодонтичне лікування повинне включати за показами розширення верхнього зубного ряду пластинкою з гвинтом або пружиною Коффіна.</w:t>
      </w:r>
    </w:p>
    <w:p w:rsidR="0054601C" w:rsidRPr="000952AC" w:rsidRDefault="000952AC">
      <w:pPr>
        <w:widowControl w:val="0"/>
        <w:spacing w:after="0" w:line="240" w:lineRule="auto"/>
        <w:ind w:firstLine="740"/>
        <w:jc w:val="both"/>
        <w:rPr>
          <w:lang w:val="ru-RU"/>
        </w:rPr>
      </w:pPr>
      <w:r>
        <w:rPr>
          <w:color w:val="000000"/>
          <w:lang w:val="uk-UA" w:eastAsia="uk-UA" w:bidi="uk-UA"/>
        </w:rPr>
        <w:t xml:space="preserve">При лікуванні зубощелепових аномалій в </w:t>
      </w:r>
      <w:r>
        <w:rPr>
          <w:b/>
          <w:bCs/>
          <w:color w:val="000000"/>
          <w:lang w:val="uk-UA" w:eastAsia="uk-UA" w:bidi="uk-UA"/>
        </w:rPr>
        <w:t xml:space="preserve">кінцевому періоді тимчасового прикусу </w:t>
      </w:r>
      <w:r>
        <w:rPr>
          <w:color w:val="000000"/>
          <w:lang w:val="uk-UA" w:eastAsia="uk-UA" w:bidi="uk-UA"/>
        </w:rPr>
        <w:t>(від 5,5 року до 6 років) слід приймати за</w:t>
      </w:r>
      <w:r>
        <w:rPr>
          <w:color w:val="000000"/>
          <w:lang w:val="uk-UA" w:eastAsia="uk-UA" w:bidi="uk-UA"/>
        </w:rPr>
        <w:t xml:space="preserve">ходи до затримання росту нижньої щелепи в довжину за допомогою шапочки з підборідною пращею і позаротовою гумовою тягою. Потрібно направляти зусилля на нормалізацію функцій зубощелепової системи, застосовуючи лікувальну гімнастику і ортодонтичні апарати - </w:t>
      </w:r>
      <w:r>
        <w:rPr>
          <w:color w:val="000000"/>
          <w:lang w:val="uk-UA" w:eastAsia="uk-UA" w:bidi="uk-UA"/>
        </w:rPr>
        <w:t xml:space="preserve">активатори Френкля - ІІІ. Лікування по </w:t>
      </w:r>
      <w:r>
        <w:rPr>
          <w:b/>
          <w:bCs/>
          <w:color w:val="000000"/>
          <w:lang w:val="uk-UA" w:eastAsia="uk-UA" w:bidi="uk-UA"/>
        </w:rPr>
        <w:t xml:space="preserve">методу Френкля </w:t>
      </w:r>
      <w:r>
        <w:rPr>
          <w:color w:val="000000"/>
          <w:lang w:val="uk-UA" w:eastAsia="uk-UA" w:bidi="uk-UA"/>
        </w:rPr>
        <w:t>найефективніше в кінцевому періоді молочного прикусу і початковому періоді змінного, тобто від 5,5 року до 9 років. Для виправлення положення верхніх різців застосовують пружини.</w:t>
      </w:r>
    </w:p>
    <w:p w:rsidR="0054601C" w:rsidRPr="000952AC" w:rsidRDefault="000952AC">
      <w:pPr>
        <w:widowControl w:val="0"/>
        <w:spacing w:after="0" w:line="240" w:lineRule="auto"/>
        <w:ind w:firstLine="720"/>
        <w:jc w:val="both"/>
        <w:rPr>
          <w:lang w:val="uk-UA"/>
        </w:rPr>
      </w:pPr>
      <w:r>
        <w:rPr>
          <w:color w:val="000000"/>
          <w:lang w:val="uk-UA" w:eastAsia="uk-UA" w:bidi="uk-UA"/>
        </w:rPr>
        <w:t xml:space="preserve">Період </w:t>
      </w:r>
      <w:r>
        <w:rPr>
          <w:b/>
          <w:bCs/>
          <w:color w:val="000000"/>
          <w:lang w:val="uk-UA" w:eastAsia="uk-UA" w:bidi="uk-UA"/>
        </w:rPr>
        <w:t>змінного прикусу</w:t>
      </w:r>
      <w:r>
        <w:rPr>
          <w:color w:val="000000"/>
          <w:lang w:val="uk-UA" w:eastAsia="uk-UA" w:bidi="uk-UA"/>
        </w:rPr>
        <w:t>. Лікування полягає в хірургічних, ортодонтичних, загальнозміцнюючих заходах і навчанні у логопеда. У 6-7 років, перед вступом дитини до школи, здійснюють уранопластику - другий етап операції по Швекендіку або радикальній уранопластиці. Через 2 тижні після</w:t>
      </w:r>
      <w:r>
        <w:rPr>
          <w:color w:val="000000"/>
          <w:lang w:val="uk-UA" w:eastAsia="uk-UA" w:bidi="uk-UA"/>
        </w:rPr>
        <w:t xml:space="preserve"> операції по Швекендіку дитину направляють до логопеда. Після радикальної уранопластики слід формувати схил піднебіння стенсом, нашарованим на захисну пластинку. Через 1-1,5 міс пластинку замінюють знімним протезом з бракуючими зубами і кламерами, що запоб</w:t>
      </w:r>
      <w:r>
        <w:rPr>
          <w:color w:val="000000"/>
          <w:lang w:val="uk-UA" w:eastAsia="uk-UA" w:bidi="uk-UA"/>
        </w:rPr>
        <w:t>ігає звуженню верхнього зубного ряду.</w:t>
      </w:r>
    </w:p>
    <w:p w:rsidR="0054601C" w:rsidRPr="000952AC" w:rsidRDefault="000952AC">
      <w:pPr>
        <w:widowControl w:val="0"/>
        <w:spacing w:after="0" w:line="240" w:lineRule="auto"/>
        <w:ind w:firstLine="720"/>
        <w:jc w:val="both"/>
        <w:rPr>
          <w:lang w:val="uk-UA"/>
        </w:rPr>
      </w:pPr>
      <w:r>
        <w:rPr>
          <w:color w:val="000000"/>
          <w:lang w:val="uk-UA" w:eastAsia="uk-UA" w:bidi="uk-UA"/>
        </w:rPr>
        <w:t xml:space="preserve">Період </w:t>
      </w:r>
      <w:r>
        <w:rPr>
          <w:b/>
          <w:bCs/>
          <w:color w:val="000000"/>
          <w:lang w:val="uk-UA" w:eastAsia="uk-UA" w:bidi="uk-UA"/>
        </w:rPr>
        <w:t>постійного прикусу</w:t>
      </w:r>
      <w:r>
        <w:rPr>
          <w:color w:val="000000"/>
          <w:lang w:val="uk-UA" w:eastAsia="uk-UA" w:bidi="uk-UA"/>
        </w:rPr>
        <w:t>. Ступінь вираженості морфологічних і функціональних порушень збільшується з віком.</w:t>
      </w:r>
    </w:p>
    <w:p w:rsidR="0054601C" w:rsidRPr="000952AC" w:rsidRDefault="000952AC">
      <w:pPr>
        <w:widowControl w:val="0"/>
        <w:spacing w:after="0" w:line="240" w:lineRule="auto"/>
        <w:ind w:firstLine="720"/>
        <w:jc w:val="both"/>
        <w:rPr>
          <w:lang w:val="uk-UA"/>
        </w:rPr>
      </w:pPr>
      <w:r>
        <w:rPr>
          <w:color w:val="000000"/>
          <w:lang w:val="uk-UA" w:eastAsia="uk-UA" w:bidi="uk-UA"/>
        </w:rPr>
        <w:t xml:space="preserve">На основі вивчення діагностичних моделей верхньої щелепи в симетроскопі та аналізі даних їх вимірювання, </w:t>
      </w:r>
      <w:r>
        <w:rPr>
          <w:color w:val="000000"/>
          <w:lang w:val="uk-UA" w:eastAsia="uk-UA" w:bidi="uk-UA"/>
        </w:rPr>
        <w:t>виділені основні форми верхнього зубного ряду при аномаліях, обумовлених природженим одностороннім незрощенням верхньої губи, альвеолярного відростка і піднебіння, залежно від положення фрагментів верхньої щелепи.</w:t>
      </w:r>
    </w:p>
    <w:p w:rsidR="0054601C" w:rsidRPr="000952AC" w:rsidRDefault="000952AC">
      <w:pPr>
        <w:widowControl w:val="0"/>
        <w:spacing w:after="0" w:line="240" w:lineRule="auto"/>
        <w:ind w:firstLine="720"/>
        <w:jc w:val="both"/>
        <w:rPr>
          <w:lang w:val="uk-UA"/>
        </w:rPr>
      </w:pPr>
      <w:r>
        <w:rPr>
          <w:color w:val="000000"/>
          <w:lang w:val="uk-UA" w:eastAsia="uk-UA" w:bidi="uk-UA"/>
        </w:rPr>
        <w:t>Ортодонтичне лікування підлітків при різко</w:t>
      </w:r>
      <w:r>
        <w:rPr>
          <w:color w:val="000000"/>
          <w:lang w:val="uk-UA" w:eastAsia="uk-UA" w:bidi="uk-UA"/>
        </w:rPr>
        <w:t xml:space="preserve"> виражених зубощелепових аномаліях проводять в основному за допомогою незнімних ортодонтичних апаратів - еджуайз-техніки, дуги Енгля у поєднанні з пластинкою для нижньої щелепи з похилою площиною.</w:t>
      </w:r>
    </w:p>
    <w:p w:rsidR="0054601C" w:rsidRPr="000952AC" w:rsidRDefault="000952AC">
      <w:pPr>
        <w:widowControl w:val="0"/>
        <w:spacing w:after="640" w:line="240" w:lineRule="auto"/>
        <w:ind w:firstLine="720"/>
        <w:jc w:val="both"/>
        <w:rPr>
          <w:lang w:val="uk-UA"/>
        </w:rPr>
      </w:pPr>
      <w:r>
        <w:rPr>
          <w:color w:val="000000"/>
          <w:lang w:val="uk-UA" w:eastAsia="uk-UA" w:bidi="uk-UA"/>
        </w:rPr>
        <w:t>Щодо вікових показів до пластики піднебіння з ортодонтичної</w:t>
      </w:r>
      <w:r>
        <w:rPr>
          <w:color w:val="000000"/>
          <w:lang w:val="uk-UA" w:eastAsia="uk-UA" w:bidi="uk-UA"/>
        </w:rPr>
        <w:t xml:space="preserve"> точки зору єдиної думки немає. Вибір вікового періоду залежить від виду незрощення. При незрощення м'якого або м'якого і твердого піднебіння показана велопластика. При наскрізному одно- або двосторонньому незрощенні губи, альвеолярного відростка і піднебі</w:t>
      </w:r>
      <w:r>
        <w:rPr>
          <w:color w:val="000000"/>
          <w:lang w:val="uk-UA" w:eastAsia="uk-UA" w:bidi="uk-UA"/>
        </w:rPr>
        <w:t>ння доцільно застосовувати двощелепну операцію по Швекендіку і ортодонтичне лікування, направлене на стимулювання росту верхньої щелепи по краях розщілини по Мак-Нілу.</w:t>
      </w:r>
    </w:p>
    <w:p w:rsidR="0054601C" w:rsidRPr="000952AC" w:rsidRDefault="000952AC">
      <w:pPr>
        <w:widowControl w:val="0"/>
        <w:spacing w:after="0" w:line="240" w:lineRule="auto"/>
        <w:ind w:left="860"/>
        <w:jc w:val="both"/>
        <w:rPr>
          <w:lang w:val="ru-RU"/>
        </w:rPr>
      </w:pPr>
      <w:r>
        <w:rPr>
          <w:b/>
          <w:bCs/>
          <w:i/>
          <w:iCs/>
          <w:color w:val="000000"/>
          <w:u w:val="single"/>
          <w:lang w:val="uk-UA" w:eastAsia="uk-UA" w:bidi="uk-UA"/>
        </w:rPr>
        <w:t>6.Матеріали для самоконтролю лікарів-інтернів на доауцдиторному етапі:</w:t>
      </w:r>
    </w:p>
    <w:p w:rsidR="0054601C" w:rsidRPr="000952AC" w:rsidRDefault="000952AC">
      <w:pPr>
        <w:widowControl w:val="0"/>
        <w:spacing w:after="0" w:line="240" w:lineRule="auto"/>
        <w:ind w:left="860"/>
        <w:jc w:val="both"/>
        <w:rPr>
          <w:lang w:val="ru-RU"/>
        </w:rPr>
      </w:pPr>
      <w:r>
        <w:rPr>
          <w:b/>
          <w:bCs/>
          <w:i/>
          <w:iCs/>
          <w:color w:val="000000"/>
          <w:lang w:val="uk-UA" w:eastAsia="uk-UA" w:bidi="uk-UA"/>
        </w:rPr>
        <w:t xml:space="preserve">А. </w:t>
      </w:r>
      <w:r>
        <w:rPr>
          <w:b/>
          <w:bCs/>
          <w:i/>
          <w:iCs/>
          <w:color w:val="000000"/>
          <w:u w:val="single"/>
          <w:lang w:val="uk-UA" w:eastAsia="uk-UA" w:bidi="uk-UA"/>
        </w:rPr>
        <w:t>Теоретичні пит</w:t>
      </w:r>
      <w:r>
        <w:rPr>
          <w:b/>
          <w:bCs/>
          <w:i/>
          <w:iCs/>
          <w:color w:val="000000"/>
          <w:u w:val="single"/>
          <w:lang w:val="uk-UA" w:eastAsia="uk-UA" w:bidi="uk-UA"/>
        </w:rPr>
        <w:t>ання для самоконтролю:</w:t>
      </w:r>
    </w:p>
    <w:p w:rsidR="0054601C" w:rsidRDefault="000952AC">
      <w:pPr>
        <w:widowControl w:val="0"/>
        <w:spacing w:after="0" w:line="240" w:lineRule="auto"/>
        <w:ind w:firstLine="720"/>
        <w:jc w:val="both"/>
      </w:pPr>
      <w:r>
        <w:rPr>
          <w:b/>
          <w:bCs/>
          <w:color w:val="000000"/>
          <w:lang w:val="uk-UA" w:eastAsia="uk-UA" w:bidi="uk-UA"/>
        </w:rPr>
        <w:t>Контроль рівня засвоєння знань:</w:t>
      </w:r>
    </w:p>
    <w:p w:rsidR="0054601C" w:rsidRPr="000952AC" w:rsidRDefault="000952AC">
      <w:pPr>
        <w:widowControl w:val="0"/>
        <w:numPr>
          <w:ilvl w:val="0"/>
          <w:numId w:val="27"/>
        </w:numPr>
        <w:tabs>
          <w:tab w:val="left" w:pos="1258"/>
        </w:tabs>
        <w:spacing w:after="0" w:line="240" w:lineRule="auto"/>
        <w:ind w:left="1300" w:hanging="580"/>
        <w:jc w:val="both"/>
        <w:rPr>
          <w:lang w:val="ru-RU"/>
        </w:rPr>
      </w:pPr>
      <w:r>
        <w:rPr>
          <w:color w:val="000000"/>
          <w:lang w:val="uk-UA" w:eastAsia="uk-UA" w:bidi="uk-UA"/>
        </w:rPr>
        <w:t>Які є основні групи патогенних факторів, що призводять до розвитку вроджених вад ЩЛД?</w:t>
      </w:r>
    </w:p>
    <w:p w:rsidR="0054601C" w:rsidRPr="000952AC" w:rsidRDefault="000952AC">
      <w:pPr>
        <w:widowControl w:val="0"/>
        <w:numPr>
          <w:ilvl w:val="0"/>
          <w:numId w:val="27"/>
        </w:numPr>
        <w:tabs>
          <w:tab w:val="left" w:pos="1258"/>
        </w:tabs>
        <w:spacing w:after="0" w:line="240" w:lineRule="auto"/>
        <w:ind w:left="0" w:firstLine="720"/>
        <w:jc w:val="both"/>
        <w:rPr>
          <w:lang w:val="ru-RU"/>
        </w:rPr>
      </w:pPr>
      <w:r>
        <w:rPr>
          <w:color w:val="000000"/>
          <w:lang w:val="uk-UA" w:eastAsia="uk-UA" w:bidi="uk-UA"/>
        </w:rPr>
        <w:t>Назвіть основні види вроджених вад ЩЛД і їх класифікації?</w:t>
      </w:r>
    </w:p>
    <w:p w:rsidR="0054601C" w:rsidRPr="000952AC" w:rsidRDefault="000952AC">
      <w:pPr>
        <w:widowControl w:val="0"/>
        <w:numPr>
          <w:ilvl w:val="0"/>
          <w:numId w:val="27"/>
        </w:numPr>
        <w:tabs>
          <w:tab w:val="left" w:pos="1258"/>
        </w:tabs>
        <w:spacing w:after="0" w:line="240" w:lineRule="auto"/>
        <w:ind w:left="0" w:firstLine="720"/>
        <w:jc w:val="both"/>
        <w:rPr>
          <w:lang w:val="ru-RU"/>
        </w:rPr>
      </w:pPr>
      <w:r>
        <w:rPr>
          <w:color w:val="000000"/>
          <w:lang w:val="uk-UA" w:eastAsia="uk-UA" w:bidi="uk-UA"/>
        </w:rPr>
        <w:t>Які є види незрощень верхньої губи і в чому полягає їх су</w:t>
      </w:r>
      <w:r>
        <w:rPr>
          <w:color w:val="000000"/>
          <w:lang w:val="uk-UA" w:eastAsia="uk-UA" w:bidi="uk-UA"/>
        </w:rPr>
        <w:t>ть?</w:t>
      </w:r>
    </w:p>
    <w:p w:rsidR="0054601C" w:rsidRPr="000952AC" w:rsidRDefault="000952AC">
      <w:pPr>
        <w:widowControl w:val="0"/>
        <w:numPr>
          <w:ilvl w:val="0"/>
          <w:numId w:val="27"/>
        </w:numPr>
        <w:tabs>
          <w:tab w:val="left" w:pos="1258"/>
        </w:tabs>
        <w:spacing w:after="0" w:line="240" w:lineRule="auto"/>
        <w:ind w:left="1300" w:hanging="580"/>
        <w:jc w:val="both"/>
        <w:rPr>
          <w:lang w:val="ru-RU"/>
        </w:rPr>
      </w:pPr>
      <w:r>
        <w:rPr>
          <w:color w:val="000000"/>
          <w:lang w:val="uk-UA" w:eastAsia="uk-UA" w:bidi="uk-UA"/>
        </w:rPr>
        <w:t>Які анатомічні та фізіологічні порушення спостерігаються при незрощенні верхньої губи?</w:t>
      </w:r>
    </w:p>
    <w:p w:rsidR="0054601C" w:rsidRPr="000952AC" w:rsidRDefault="000952AC">
      <w:pPr>
        <w:widowControl w:val="0"/>
        <w:numPr>
          <w:ilvl w:val="0"/>
          <w:numId w:val="27"/>
        </w:numPr>
        <w:tabs>
          <w:tab w:val="left" w:pos="1258"/>
        </w:tabs>
        <w:spacing w:after="0" w:line="240" w:lineRule="auto"/>
        <w:ind w:left="0" w:firstLine="720"/>
        <w:jc w:val="both"/>
        <w:rPr>
          <w:lang w:val="ru-RU"/>
        </w:rPr>
      </w:pPr>
      <w:r>
        <w:rPr>
          <w:color w:val="000000"/>
          <w:lang w:val="uk-UA" w:eastAsia="uk-UA" w:bidi="uk-UA"/>
        </w:rPr>
        <w:t>Які є види незрощень піднебіння і в чому полягає їх суть?</w:t>
      </w:r>
    </w:p>
    <w:p w:rsidR="0054601C" w:rsidRPr="000952AC" w:rsidRDefault="000952AC">
      <w:pPr>
        <w:widowControl w:val="0"/>
        <w:numPr>
          <w:ilvl w:val="0"/>
          <w:numId w:val="27"/>
        </w:numPr>
        <w:tabs>
          <w:tab w:val="left" w:pos="1258"/>
        </w:tabs>
        <w:spacing w:after="0" w:line="240" w:lineRule="auto"/>
        <w:ind w:left="1300" w:hanging="580"/>
        <w:jc w:val="both"/>
        <w:rPr>
          <w:lang w:val="ru-RU"/>
        </w:rPr>
      </w:pPr>
      <w:r>
        <w:rPr>
          <w:color w:val="000000"/>
          <w:lang w:val="uk-UA" w:eastAsia="uk-UA" w:bidi="uk-UA"/>
        </w:rPr>
        <w:t>Які анатомічні та фізіологічні порушення спостерігаються при незрощенні піднебіння?</w:t>
      </w:r>
    </w:p>
    <w:p w:rsidR="0054601C" w:rsidRPr="000952AC" w:rsidRDefault="000952AC">
      <w:pPr>
        <w:widowControl w:val="0"/>
        <w:numPr>
          <w:ilvl w:val="0"/>
          <w:numId w:val="27"/>
        </w:numPr>
        <w:tabs>
          <w:tab w:val="left" w:pos="1269"/>
          <w:tab w:val="left" w:pos="1278"/>
          <w:tab w:val="left" w:pos="3018"/>
          <w:tab w:val="left" w:pos="8279"/>
        </w:tabs>
        <w:spacing w:after="0" w:line="240" w:lineRule="auto"/>
        <w:ind w:left="0" w:firstLine="740"/>
        <w:jc w:val="both"/>
        <w:rPr>
          <w:lang w:val="ru-RU"/>
        </w:rPr>
      </w:pPr>
      <w:r>
        <w:rPr>
          <w:color w:val="000000"/>
          <w:lang w:val="uk-UA" w:eastAsia="uk-UA" w:bidi="uk-UA"/>
        </w:rPr>
        <w:lastRenderedPageBreak/>
        <w:t>Організація</w:t>
      </w:r>
      <w:r>
        <w:rPr>
          <w:color w:val="000000"/>
          <w:lang w:val="uk-UA" w:eastAsia="uk-UA" w:bidi="uk-UA"/>
        </w:rPr>
        <w:tab/>
        <w:t>ортодонтичн</w:t>
      </w:r>
      <w:r>
        <w:rPr>
          <w:color w:val="000000"/>
          <w:lang w:val="uk-UA" w:eastAsia="uk-UA" w:bidi="uk-UA"/>
        </w:rPr>
        <w:t>ої допомоги дітям з</w:t>
      </w:r>
      <w:r>
        <w:rPr>
          <w:color w:val="000000"/>
          <w:lang w:val="uk-UA" w:eastAsia="uk-UA" w:bidi="uk-UA"/>
        </w:rPr>
        <w:tab/>
        <w:t>вродженим</w:t>
      </w:r>
    </w:p>
    <w:p w:rsidR="0054601C" w:rsidRPr="000952AC" w:rsidRDefault="000952AC">
      <w:pPr>
        <w:widowControl w:val="0"/>
        <w:tabs>
          <w:tab w:val="left" w:pos="3103"/>
          <w:tab w:val="left" w:pos="8383"/>
        </w:tabs>
        <w:spacing w:after="0" w:line="240" w:lineRule="auto"/>
        <w:ind w:left="1300"/>
        <w:jc w:val="both"/>
        <w:rPr>
          <w:lang w:val="ru-RU"/>
        </w:rPr>
      </w:pPr>
      <w:r>
        <w:rPr>
          <w:color w:val="000000"/>
          <w:lang w:val="uk-UA" w:eastAsia="uk-UA" w:bidi="uk-UA"/>
        </w:rPr>
        <w:t>незрощенням</w:t>
      </w:r>
      <w:r>
        <w:rPr>
          <w:color w:val="000000"/>
          <w:lang w:val="uk-UA" w:eastAsia="uk-UA" w:bidi="uk-UA"/>
        </w:rPr>
        <w:tab/>
        <w:t>верхньої губи, альвеолярного відростку,</w:t>
      </w:r>
      <w:r>
        <w:rPr>
          <w:color w:val="000000"/>
          <w:lang w:val="uk-UA" w:eastAsia="uk-UA" w:bidi="uk-UA"/>
        </w:rPr>
        <w:tab/>
        <w:t>твердого і</w:t>
      </w:r>
    </w:p>
    <w:p w:rsidR="0054601C" w:rsidRDefault="000952AC">
      <w:pPr>
        <w:widowControl w:val="0"/>
        <w:spacing w:after="0" w:line="240" w:lineRule="auto"/>
        <w:ind w:left="1300"/>
        <w:jc w:val="both"/>
      </w:pPr>
      <w:r>
        <w:rPr>
          <w:color w:val="000000"/>
          <w:lang w:val="uk-UA" w:eastAsia="uk-UA" w:bidi="uk-UA"/>
        </w:rPr>
        <w:t>м'якого піднебіння.</w:t>
      </w:r>
    </w:p>
    <w:p w:rsidR="0054601C" w:rsidRPr="000952AC" w:rsidRDefault="000952AC">
      <w:pPr>
        <w:widowControl w:val="0"/>
        <w:numPr>
          <w:ilvl w:val="0"/>
          <w:numId w:val="27"/>
        </w:numPr>
        <w:tabs>
          <w:tab w:val="left" w:pos="1269"/>
          <w:tab w:val="left" w:pos="1278"/>
          <w:tab w:val="left" w:pos="3018"/>
          <w:tab w:val="left" w:pos="8279"/>
        </w:tabs>
        <w:spacing w:after="0" w:line="240" w:lineRule="auto"/>
        <w:ind w:left="0" w:firstLine="740"/>
        <w:jc w:val="both"/>
        <w:rPr>
          <w:lang w:val="ru-RU"/>
        </w:rPr>
      </w:pPr>
      <w:r>
        <w:rPr>
          <w:color w:val="000000"/>
          <w:lang w:val="uk-UA" w:eastAsia="uk-UA" w:bidi="uk-UA"/>
        </w:rPr>
        <w:t>Оптимальні</w:t>
      </w:r>
      <w:r>
        <w:rPr>
          <w:color w:val="000000"/>
          <w:lang w:val="uk-UA" w:eastAsia="uk-UA" w:bidi="uk-UA"/>
        </w:rPr>
        <w:tab/>
        <w:t>терміни ортодонтичного лікування</w:t>
      </w:r>
      <w:r>
        <w:rPr>
          <w:color w:val="000000"/>
          <w:lang w:val="uk-UA" w:eastAsia="uk-UA" w:bidi="uk-UA"/>
        </w:rPr>
        <w:tab/>
        <w:t>хворих з</w:t>
      </w:r>
    </w:p>
    <w:p w:rsidR="0054601C" w:rsidRPr="000952AC" w:rsidRDefault="000952AC">
      <w:pPr>
        <w:widowControl w:val="0"/>
        <w:spacing w:after="0" w:line="240" w:lineRule="auto"/>
        <w:ind w:left="1300"/>
        <w:jc w:val="both"/>
        <w:rPr>
          <w:lang w:val="ru-RU"/>
        </w:rPr>
      </w:pPr>
      <w:r>
        <w:rPr>
          <w:color w:val="000000"/>
          <w:lang w:val="uk-UA" w:eastAsia="uk-UA" w:bidi="uk-UA"/>
        </w:rPr>
        <w:t xml:space="preserve">незрощеннями верхньої губи, альвеолярного відростку, твердого і м'якого піднебіння на </w:t>
      </w:r>
      <w:r>
        <w:rPr>
          <w:color w:val="000000"/>
          <w:lang w:val="uk-UA" w:eastAsia="uk-UA" w:bidi="uk-UA"/>
        </w:rPr>
        <w:t>етапах їх реабілітації.</w:t>
      </w:r>
    </w:p>
    <w:p w:rsidR="0054601C" w:rsidRPr="000952AC" w:rsidRDefault="000952AC">
      <w:pPr>
        <w:widowControl w:val="0"/>
        <w:numPr>
          <w:ilvl w:val="0"/>
          <w:numId w:val="27"/>
        </w:numPr>
        <w:tabs>
          <w:tab w:val="left" w:pos="1269"/>
        </w:tabs>
        <w:spacing w:after="0" w:line="240" w:lineRule="auto"/>
        <w:ind w:left="1300" w:hanging="560"/>
        <w:jc w:val="both"/>
        <w:rPr>
          <w:lang w:val="ru-RU"/>
        </w:rPr>
      </w:pPr>
      <w:r>
        <w:rPr>
          <w:color w:val="000000"/>
          <w:lang w:val="uk-UA" w:eastAsia="uk-UA" w:bidi="uk-UA"/>
        </w:rPr>
        <w:t>Значення ортодонтичної підготовки зубів, зубних рядів і щелеп до хірургічного втручання.</w:t>
      </w:r>
    </w:p>
    <w:p w:rsidR="0054601C" w:rsidRPr="000952AC" w:rsidRDefault="000952AC">
      <w:pPr>
        <w:widowControl w:val="0"/>
        <w:numPr>
          <w:ilvl w:val="0"/>
          <w:numId w:val="27"/>
        </w:numPr>
        <w:tabs>
          <w:tab w:val="left" w:pos="1269"/>
        </w:tabs>
        <w:spacing w:after="0" w:line="240" w:lineRule="auto"/>
        <w:ind w:left="1300" w:hanging="560"/>
        <w:jc w:val="both"/>
        <w:rPr>
          <w:lang w:val="ru-RU"/>
        </w:rPr>
      </w:pPr>
      <w:r>
        <w:rPr>
          <w:color w:val="000000"/>
          <w:lang w:val="uk-UA" w:eastAsia="uk-UA" w:bidi="uk-UA"/>
        </w:rPr>
        <w:t>Основні ортодонтичні апарати знімної і незнімної конструкції, які використовуються при лікуванні хворих з даною аномалією розвитку.</w:t>
      </w:r>
    </w:p>
    <w:p w:rsidR="0054601C" w:rsidRPr="000952AC" w:rsidRDefault="000952AC">
      <w:pPr>
        <w:widowControl w:val="0"/>
        <w:numPr>
          <w:ilvl w:val="0"/>
          <w:numId w:val="27"/>
        </w:numPr>
        <w:tabs>
          <w:tab w:val="left" w:pos="1269"/>
        </w:tabs>
        <w:spacing w:after="320" w:line="240" w:lineRule="auto"/>
        <w:ind w:left="1300" w:hanging="560"/>
        <w:jc w:val="both"/>
        <w:rPr>
          <w:lang w:val="ru-RU"/>
        </w:rPr>
      </w:pPr>
      <w:r>
        <w:rPr>
          <w:color w:val="000000"/>
          <w:lang w:val="uk-UA" w:eastAsia="uk-UA" w:bidi="uk-UA"/>
        </w:rPr>
        <w:t>Основні при</w:t>
      </w:r>
      <w:r>
        <w:rPr>
          <w:color w:val="000000"/>
          <w:lang w:val="uk-UA" w:eastAsia="uk-UA" w:bidi="uk-UA"/>
        </w:rPr>
        <w:t>нципи комплексного лікування дітей із вродженими незрощеннями губи та піднебіння.</w:t>
      </w:r>
    </w:p>
    <w:p w:rsidR="0054601C" w:rsidRPr="000952AC" w:rsidRDefault="000952AC">
      <w:pPr>
        <w:keepNext/>
        <w:keepLines/>
        <w:widowControl w:val="0"/>
        <w:spacing w:after="320" w:line="240" w:lineRule="auto"/>
        <w:jc w:val="both"/>
        <w:rPr>
          <w:sz w:val="20"/>
          <w:szCs w:val="20"/>
          <w:lang w:val="ru-RU"/>
        </w:rPr>
      </w:pPr>
      <w:r>
        <w:rPr>
          <w:color w:val="000000"/>
          <w:sz w:val="28"/>
          <w:szCs w:val="28"/>
          <w:lang w:val="uk-UA" w:eastAsia="uk-UA" w:bidi="uk-UA"/>
        </w:rPr>
        <w:t>Б. Тестові завдання для самоконтролю репродуктивного рівня теоретичних знань</w:t>
      </w:r>
      <w:r>
        <w:rPr>
          <w:i/>
          <w:iCs/>
          <w:color w:val="000000"/>
          <w:sz w:val="20"/>
          <w:szCs w:val="20"/>
          <w:lang w:val="uk-UA" w:eastAsia="uk-UA" w:bidi="uk-UA"/>
        </w:rPr>
        <w:t>:</w:t>
      </w:r>
    </w:p>
    <w:p w:rsidR="0054601C" w:rsidRPr="000952AC" w:rsidRDefault="000952AC">
      <w:pPr>
        <w:widowControl w:val="0"/>
        <w:spacing w:after="0" w:line="240" w:lineRule="auto"/>
        <w:rPr>
          <w:lang w:val="ru-RU"/>
        </w:rPr>
      </w:pPr>
      <w:r>
        <w:rPr>
          <w:color w:val="000000"/>
          <w:lang w:val="uk-UA" w:eastAsia="uk-UA" w:bidi="uk-UA"/>
        </w:rPr>
        <w:t xml:space="preserve">1. 40-річна жінка від першої вагітності народила дівчинку, у якої верхня губа та альвеолярний </w:t>
      </w:r>
      <w:r>
        <w:rPr>
          <w:color w:val="000000"/>
          <w:lang w:val="uk-UA" w:eastAsia="uk-UA" w:bidi="uk-UA"/>
        </w:rPr>
        <w:t>відросток поділені на 3 фрагменти, середній фрагмент різко зміщений вперед та вгору, крила носа сплощені, піднебіння ціле. Маса тіла дитини при народженні 2700 г. Годування штучне, через відсутність молока у матері.</w:t>
      </w:r>
    </w:p>
    <w:p w:rsidR="0054601C" w:rsidRPr="000952AC" w:rsidRDefault="000952AC">
      <w:pPr>
        <w:widowControl w:val="0"/>
        <w:spacing w:after="320" w:line="240" w:lineRule="auto"/>
        <w:rPr>
          <w:lang w:val="ru-RU"/>
        </w:rPr>
      </w:pPr>
      <w:r>
        <w:rPr>
          <w:color w:val="000000"/>
          <w:lang w:val="uk-UA" w:eastAsia="uk-UA" w:bidi="uk-UA"/>
        </w:rPr>
        <w:t>Назвіть повний клінічний діагноз.</w:t>
      </w:r>
    </w:p>
    <w:p w:rsidR="0054601C" w:rsidRPr="000952AC" w:rsidRDefault="000952AC">
      <w:pPr>
        <w:widowControl w:val="0"/>
        <w:spacing w:after="0" w:line="240" w:lineRule="auto"/>
        <w:rPr>
          <w:lang w:val="ru-RU"/>
        </w:rPr>
      </w:pPr>
      <w:r>
        <w:rPr>
          <w:color w:val="000000"/>
          <w:lang w:val="uk-UA" w:eastAsia="uk-UA" w:bidi="uk-UA"/>
        </w:rPr>
        <w:t>*А. Вр</w:t>
      </w:r>
      <w:r>
        <w:rPr>
          <w:color w:val="000000"/>
          <w:lang w:val="uk-UA" w:eastAsia="uk-UA" w:bidi="uk-UA"/>
        </w:rPr>
        <w:t>оджене двобічне наскрізне незрощення верхньої губи та альвеолярного відростка, протрузія міжщелепної кістки</w:t>
      </w:r>
    </w:p>
    <w:p w:rsidR="0054601C" w:rsidRPr="000952AC" w:rsidRDefault="000952AC">
      <w:pPr>
        <w:widowControl w:val="0"/>
        <w:spacing w:after="0" w:line="240" w:lineRule="auto"/>
        <w:rPr>
          <w:lang w:val="ru-RU"/>
        </w:rPr>
      </w:pPr>
      <w:r>
        <w:rPr>
          <w:smallCaps/>
          <w:color w:val="000000"/>
          <w:lang w:val="uk-UA" w:eastAsia="uk-UA" w:bidi="uk-UA"/>
        </w:rPr>
        <w:t>в.</w:t>
      </w:r>
      <w:r>
        <w:rPr>
          <w:color w:val="000000"/>
          <w:lang w:val="uk-UA" w:eastAsia="uk-UA" w:bidi="uk-UA"/>
        </w:rPr>
        <w:t xml:space="preserve"> Вроджене двобічне наскрізне часткове незрощення верхньої губи та альвеолярного відростка, протрузія міжщелепної кістки</w:t>
      </w:r>
    </w:p>
    <w:p w:rsidR="0054601C" w:rsidRPr="000952AC" w:rsidRDefault="000952AC">
      <w:pPr>
        <w:widowControl w:val="0"/>
        <w:numPr>
          <w:ilvl w:val="0"/>
          <w:numId w:val="28"/>
        </w:numPr>
        <w:tabs>
          <w:tab w:val="left" w:pos="421"/>
        </w:tabs>
        <w:spacing w:after="0" w:line="240" w:lineRule="auto"/>
        <w:ind w:left="0" w:firstLine="0"/>
        <w:rPr>
          <w:lang w:val="ru-RU"/>
        </w:rPr>
      </w:pPr>
      <w:r>
        <w:rPr>
          <w:color w:val="000000"/>
          <w:lang w:val="uk-UA" w:eastAsia="uk-UA" w:bidi="uk-UA"/>
        </w:rPr>
        <w:t xml:space="preserve">Вроджене двобічне </w:t>
      </w:r>
      <w:r>
        <w:rPr>
          <w:color w:val="000000"/>
          <w:lang w:val="uk-UA" w:eastAsia="uk-UA" w:bidi="uk-UA"/>
        </w:rPr>
        <w:t>приховане незрощення верхньої губи та альвеолярного відростка</w:t>
      </w:r>
    </w:p>
    <w:p w:rsidR="0054601C" w:rsidRPr="000952AC" w:rsidRDefault="000952AC">
      <w:pPr>
        <w:widowControl w:val="0"/>
        <w:numPr>
          <w:ilvl w:val="0"/>
          <w:numId w:val="28"/>
        </w:numPr>
        <w:tabs>
          <w:tab w:val="left" w:pos="450"/>
        </w:tabs>
        <w:spacing w:after="0" w:line="240" w:lineRule="auto"/>
        <w:ind w:left="0" w:firstLine="0"/>
        <w:rPr>
          <w:lang w:val="ru-RU"/>
        </w:rPr>
      </w:pPr>
      <w:r>
        <w:rPr>
          <w:color w:val="000000"/>
          <w:lang w:val="uk-UA" w:eastAsia="uk-UA" w:bidi="uk-UA"/>
        </w:rPr>
        <w:t>Вроджене двобічне приховане незрощення верхньої губи, протрузія міжщелепної кістки</w:t>
      </w:r>
    </w:p>
    <w:p w:rsidR="0054601C" w:rsidRPr="000952AC" w:rsidRDefault="000952AC">
      <w:pPr>
        <w:widowControl w:val="0"/>
        <w:numPr>
          <w:ilvl w:val="0"/>
          <w:numId w:val="28"/>
        </w:numPr>
        <w:tabs>
          <w:tab w:val="left" w:pos="416"/>
        </w:tabs>
        <w:spacing w:after="0" w:line="240" w:lineRule="auto"/>
        <w:ind w:left="0" w:firstLine="0"/>
        <w:rPr>
          <w:lang w:val="ru-RU"/>
        </w:rPr>
      </w:pPr>
      <w:r>
        <w:rPr>
          <w:color w:val="000000"/>
          <w:lang w:val="uk-UA" w:eastAsia="uk-UA" w:bidi="uk-UA"/>
        </w:rPr>
        <w:t>Вроджене двобічне часткове незрощення верхньої губи</w:t>
      </w:r>
    </w:p>
    <w:p w:rsidR="0054601C" w:rsidRDefault="000952AC">
      <w:pPr>
        <w:widowControl w:val="0"/>
        <w:numPr>
          <w:ilvl w:val="0"/>
          <w:numId w:val="28"/>
        </w:numPr>
        <w:tabs>
          <w:tab w:val="left" w:pos="387"/>
        </w:tabs>
        <w:spacing w:after="0" w:line="240" w:lineRule="auto"/>
        <w:ind w:left="0" w:firstLine="0"/>
      </w:pPr>
      <w:r>
        <w:rPr>
          <w:color w:val="000000"/>
          <w:lang w:val="uk-UA" w:eastAsia="uk-UA" w:bidi="uk-UA"/>
        </w:rPr>
        <w:t>До дитячого щелепно-лицевого відділення поступила 3-річна д</w:t>
      </w:r>
      <w:r>
        <w:rPr>
          <w:color w:val="000000"/>
          <w:lang w:val="uk-UA" w:eastAsia="uk-UA" w:bidi="uk-UA"/>
        </w:rPr>
        <w:t>івчинка з діагнозом: вроджене незрощення твердого та м'якого піднебіння, полідактилія. Яких спеціалістів потрібно залучити для реабілітації цієї дитини?</w:t>
      </w:r>
    </w:p>
    <w:p w:rsidR="0054601C" w:rsidRPr="000952AC" w:rsidRDefault="000952AC">
      <w:pPr>
        <w:widowControl w:val="0"/>
        <w:spacing w:after="0" w:line="240" w:lineRule="auto"/>
        <w:rPr>
          <w:lang w:val="ru-RU"/>
        </w:rPr>
      </w:pPr>
      <w:r>
        <w:rPr>
          <w:color w:val="000000"/>
          <w:lang w:val="uk-UA" w:eastAsia="uk-UA" w:bidi="uk-UA"/>
        </w:rPr>
        <w:t>*А. Щелепно-лицевого хірурга, педіатра, отоларинголога, логопеда, ортодонта, психолога, хірурга-ортопед</w:t>
      </w:r>
      <w:r>
        <w:rPr>
          <w:color w:val="000000"/>
          <w:lang w:val="uk-UA" w:eastAsia="uk-UA" w:bidi="uk-UA"/>
        </w:rPr>
        <w:t>а</w:t>
      </w:r>
    </w:p>
    <w:p w:rsidR="0054601C" w:rsidRPr="000952AC" w:rsidRDefault="000952AC">
      <w:pPr>
        <w:widowControl w:val="0"/>
        <w:numPr>
          <w:ilvl w:val="0"/>
          <w:numId w:val="29"/>
        </w:numPr>
        <w:tabs>
          <w:tab w:val="left" w:pos="430"/>
        </w:tabs>
        <w:spacing w:after="0" w:line="240" w:lineRule="auto"/>
        <w:ind w:left="0" w:firstLine="0"/>
        <w:rPr>
          <w:lang w:val="ru-RU"/>
        </w:rPr>
      </w:pPr>
      <w:r>
        <w:rPr>
          <w:color w:val="000000"/>
          <w:lang w:val="uk-UA" w:eastAsia="uk-UA" w:bidi="uk-UA"/>
        </w:rPr>
        <w:t>Щелепно-лицевого хірурга, педіатра, логопеда, ортодонта, хірурга- ортопеда</w:t>
      </w:r>
    </w:p>
    <w:p w:rsidR="0054601C" w:rsidRPr="000952AC" w:rsidRDefault="000952AC">
      <w:pPr>
        <w:widowControl w:val="0"/>
        <w:numPr>
          <w:ilvl w:val="0"/>
          <w:numId w:val="29"/>
        </w:numPr>
        <w:tabs>
          <w:tab w:val="left" w:pos="426"/>
        </w:tabs>
        <w:spacing w:after="0" w:line="240" w:lineRule="auto"/>
        <w:ind w:left="0" w:firstLine="0"/>
        <w:rPr>
          <w:lang w:val="ru-RU"/>
        </w:rPr>
      </w:pPr>
      <w:r>
        <w:rPr>
          <w:color w:val="000000"/>
          <w:lang w:val="uk-UA" w:eastAsia="uk-UA" w:bidi="uk-UA"/>
        </w:rPr>
        <w:t>Щелепно-лицевого хірурга, педіатра, отоларинголога, логопеда, психолога</w:t>
      </w:r>
    </w:p>
    <w:p w:rsidR="0054601C" w:rsidRPr="000952AC" w:rsidRDefault="000952AC">
      <w:pPr>
        <w:widowControl w:val="0"/>
        <w:numPr>
          <w:ilvl w:val="0"/>
          <w:numId w:val="29"/>
        </w:numPr>
        <w:tabs>
          <w:tab w:val="left" w:pos="450"/>
        </w:tabs>
        <w:spacing w:after="0" w:line="240" w:lineRule="auto"/>
        <w:ind w:left="0" w:firstLine="0"/>
        <w:rPr>
          <w:lang w:val="ru-RU"/>
        </w:rPr>
      </w:pPr>
      <w:r>
        <w:rPr>
          <w:color w:val="000000"/>
          <w:lang w:val="uk-UA" w:eastAsia="uk-UA" w:bidi="uk-UA"/>
        </w:rPr>
        <w:t>Щелепно-лицевого хірурга, отоларинголога, логопеда, ортодонта</w:t>
      </w:r>
    </w:p>
    <w:p w:rsidR="0054601C" w:rsidRPr="000952AC" w:rsidRDefault="000952AC">
      <w:pPr>
        <w:widowControl w:val="0"/>
        <w:numPr>
          <w:ilvl w:val="0"/>
          <w:numId w:val="29"/>
        </w:numPr>
        <w:tabs>
          <w:tab w:val="left" w:pos="416"/>
        </w:tabs>
        <w:spacing w:after="0" w:line="240" w:lineRule="auto"/>
        <w:ind w:left="0" w:firstLine="0"/>
        <w:rPr>
          <w:lang w:val="ru-RU"/>
        </w:rPr>
      </w:pPr>
      <w:r>
        <w:rPr>
          <w:color w:val="000000"/>
          <w:lang w:val="uk-UA" w:eastAsia="uk-UA" w:bidi="uk-UA"/>
        </w:rPr>
        <w:t xml:space="preserve">Щелепно-лицевого хірурга, психолога, </w:t>
      </w:r>
      <w:r>
        <w:rPr>
          <w:color w:val="000000"/>
          <w:lang w:val="uk-UA" w:eastAsia="uk-UA" w:bidi="uk-UA"/>
        </w:rPr>
        <w:t>ортодонта, хірурга-ортопеда</w:t>
      </w:r>
    </w:p>
    <w:p w:rsidR="0054601C" w:rsidRPr="000952AC" w:rsidRDefault="000952AC">
      <w:pPr>
        <w:widowControl w:val="0"/>
        <w:tabs>
          <w:tab w:val="left" w:pos="8933"/>
        </w:tabs>
        <w:spacing w:after="0" w:line="240" w:lineRule="auto"/>
        <w:rPr>
          <w:lang w:val="ru-RU"/>
        </w:rPr>
      </w:pPr>
      <w:r>
        <w:rPr>
          <w:color w:val="000000"/>
          <w:lang w:val="uk-UA" w:eastAsia="uk-UA" w:bidi="uk-UA"/>
        </w:rPr>
        <w:t>3. У клініку дитячої хірургічної стоматології звернулися батьки дитини 1,5 місяців, у якої вроджена вада верхньої губи. Об'єктивно:</w:t>
      </w:r>
      <w:r>
        <w:rPr>
          <w:color w:val="000000"/>
          <w:lang w:val="uk-UA" w:eastAsia="uk-UA" w:bidi="uk-UA"/>
        </w:rPr>
        <w:tab/>
        <w:t>повне</w:t>
      </w:r>
    </w:p>
    <w:p w:rsidR="0054601C" w:rsidRPr="000952AC" w:rsidRDefault="000952AC">
      <w:pPr>
        <w:widowControl w:val="0"/>
        <w:spacing w:after="0" w:line="240" w:lineRule="auto"/>
        <w:rPr>
          <w:lang w:val="ru-RU"/>
        </w:rPr>
      </w:pPr>
      <w:r>
        <w:rPr>
          <w:color w:val="000000"/>
          <w:lang w:val="uk-UA" w:eastAsia="uk-UA" w:bidi="uk-UA"/>
        </w:rPr>
        <w:t>незрощення верхньої губи зліва, ліве крило носа сплощене, комірковий відросток та піднебін</w:t>
      </w:r>
      <w:r>
        <w:rPr>
          <w:color w:val="000000"/>
          <w:lang w:val="uk-UA" w:eastAsia="uk-UA" w:bidi="uk-UA"/>
        </w:rPr>
        <w:t>ня цілі. Дитина соматично здорова, маса при народженні 3050 г. Визначте термін виконання первинної хейлопластики.</w:t>
      </w:r>
    </w:p>
    <w:p w:rsidR="0054601C" w:rsidRPr="000952AC" w:rsidRDefault="000952AC">
      <w:pPr>
        <w:widowControl w:val="0"/>
        <w:spacing w:after="0" w:line="240" w:lineRule="auto"/>
        <w:rPr>
          <w:lang w:val="ru-RU"/>
        </w:rPr>
      </w:pPr>
      <w:r>
        <w:rPr>
          <w:color w:val="000000"/>
          <w:lang w:val="uk-UA" w:eastAsia="uk-UA" w:bidi="uk-UA"/>
        </w:rPr>
        <w:t>*А. 2,5-3 міс</w:t>
      </w:r>
    </w:p>
    <w:p w:rsidR="0054601C" w:rsidRPr="000952AC" w:rsidRDefault="000952AC">
      <w:pPr>
        <w:widowControl w:val="0"/>
        <w:spacing w:after="0" w:line="240" w:lineRule="auto"/>
        <w:rPr>
          <w:lang w:val="ru-RU"/>
        </w:rPr>
      </w:pPr>
      <w:r>
        <w:rPr>
          <w:color w:val="000000"/>
          <w:lang w:val="uk-UA" w:eastAsia="uk-UA" w:bidi="uk-UA"/>
        </w:rPr>
        <w:t>В. 3,5-4 міс</w:t>
      </w:r>
    </w:p>
    <w:p w:rsidR="0054601C" w:rsidRPr="000952AC" w:rsidRDefault="000952AC">
      <w:pPr>
        <w:widowControl w:val="0"/>
        <w:spacing w:after="0" w:line="240" w:lineRule="auto"/>
        <w:rPr>
          <w:lang w:val="ru-RU"/>
        </w:rPr>
      </w:pPr>
      <w:r>
        <w:rPr>
          <w:color w:val="000000"/>
          <w:lang w:val="uk-UA" w:eastAsia="uk-UA" w:bidi="uk-UA"/>
        </w:rPr>
        <w:t>С. 4,5-5 міс</w:t>
      </w:r>
    </w:p>
    <w:p w:rsidR="0054601C" w:rsidRDefault="000952AC">
      <w:pPr>
        <w:widowControl w:val="0"/>
        <w:numPr>
          <w:ilvl w:val="0"/>
          <w:numId w:val="30"/>
        </w:numPr>
        <w:tabs>
          <w:tab w:val="left" w:pos="450"/>
        </w:tabs>
        <w:spacing w:after="0" w:line="240" w:lineRule="auto"/>
        <w:ind w:left="0" w:firstLine="0"/>
      </w:pPr>
      <w:r>
        <w:rPr>
          <w:color w:val="000000"/>
          <w:lang w:val="uk-UA" w:eastAsia="uk-UA" w:bidi="uk-UA"/>
        </w:rPr>
        <w:t>5.5-6 міс</w:t>
      </w:r>
    </w:p>
    <w:p w:rsidR="0054601C" w:rsidRDefault="000952AC">
      <w:pPr>
        <w:widowControl w:val="0"/>
        <w:numPr>
          <w:ilvl w:val="0"/>
          <w:numId w:val="30"/>
        </w:numPr>
        <w:tabs>
          <w:tab w:val="left" w:pos="416"/>
        </w:tabs>
        <w:spacing w:after="0" w:line="240" w:lineRule="auto"/>
        <w:ind w:left="0" w:firstLine="0"/>
      </w:pPr>
      <w:r>
        <w:rPr>
          <w:color w:val="000000"/>
          <w:lang w:val="uk-UA" w:eastAsia="uk-UA" w:bidi="uk-UA"/>
        </w:rPr>
        <w:t>6,5-7 міс</w:t>
      </w:r>
    </w:p>
    <w:p w:rsidR="0054601C" w:rsidRPr="000952AC" w:rsidRDefault="000952AC">
      <w:pPr>
        <w:widowControl w:val="0"/>
        <w:spacing w:after="0" w:line="240" w:lineRule="auto"/>
        <w:rPr>
          <w:lang w:val="ru-RU"/>
        </w:rPr>
      </w:pPr>
      <w:r>
        <w:rPr>
          <w:color w:val="000000"/>
          <w:lang w:val="uk-UA" w:eastAsia="uk-UA" w:bidi="uk-UA"/>
        </w:rPr>
        <w:t>4. У новонародженої дитини виявлено дефекти м’яких тканин верхньої губи з обох бок</w:t>
      </w:r>
      <w:r>
        <w:rPr>
          <w:color w:val="000000"/>
          <w:lang w:val="uk-UA" w:eastAsia="uk-UA" w:bidi="uk-UA"/>
        </w:rPr>
        <w:t>ів, які проходять по всій висоті губи та захоплюють нижні носові ходи. Губа розділена на три частини, середня з яких різко вкорочена, червона кайма на ній звужена. Альвеолярний відросток верхньої щелепи також розділений на три частини, міжщелепна кістка ви</w:t>
      </w:r>
      <w:r>
        <w:rPr>
          <w:color w:val="000000"/>
          <w:lang w:val="uk-UA" w:eastAsia="uk-UA" w:bidi="uk-UA"/>
        </w:rPr>
        <w:t>ступає вперед. Встановіть діагноз.</w:t>
      </w:r>
    </w:p>
    <w:p w:rsidR="0054601C" w:rsidRDefault="000952AC">
      <w:pPr>
        <w:widowControl w:val="0"/>
        <w:spacing w:after="0" w:line="240" w:lineRule="auto"/>
      </w:pPr>
      <w:r>
        <w:rPr>
          <w:color w:val="000000"/>
          <w:lang w:val="uk-UA" w:eastAsia="uk-UA" w:bidi="uk-UA"/>
        </w:rPr>
        <w:t>А. Вроджене, повне, двостороннє наскрізне незрощення верхньої губи та коміркового відростка. Протрузія міжщелепної кістки</w:t>
      </w:r>
    </w:p>
    <w:p w:rsidR="0054601C" w:rsidRDefault="000952AC">
      <w:pPr>
        <w:widowControl w:val="0"/>
        <w:numPr>
          <w:ilvl w:val="0"/>
          <w:numId w:val="31"/>
        </w:numPr>
        <w:tabs>
          <w:tab w:val="left" w:pos="435"/>
        </w:tabs>
        <w:spacing w:after="0" w:line="240" w:lineRule="auto"/>
        <w:ind w:left="0" w:firstLine="0"/>
      </w:pPr>
      <w:r>
        <w:rPr>
          <w:color w:val="000000"/>
          <w:lang w:val="uk-UA" w:eastAsia="uk-UA" w:bidi="uk-UA"/>
        </w:rPr>
        <w:lastRenderedPageBreak/>
        <w:t>Часткове незрощення верхньої губи. Протрузія міжщелепної кістки</w:t>
      </w:r>
    </w:p>
    <w:p w:rsidR="0054601C" w:rsidRPr="000952AC" w:rsidRDefault="000952AC">
      <w:pPr>
        <w:widowControl w:val="0"/>
        <w:numPr>
          <w:ilvl w:val="0"/>
          <w:numId w:val="31"/>
        </w:numPr>
        <w:tabs>
          <w:tab w:val="left" w:pos="430"/>
        </w:tabs>
        <w:spacing w:after="0" w:line="240" w:lineRule="auto"/>
        <w:ind w:left="0" w:firstLine="0"/>
        <w:rPr>
          <w:lang w:val="ru-RU"/>
        </w:rPr>
      </w:pPr>
      <w:r>
        <w:rPr>
          <w:color w:val="000000"/>
          <w:lang w:val="uk-UA" w:eastAsia="uk-UA" w:bidi="uk-UA"/>
        </w:rPr>
        <w:t xml:space="preserve">Серединне незрощення верхньої губи </w:t>
      </w:r>
      <w:r>
        <w:rPr>
          <w:color w:val="000000"/>
          <w:lang w:val="uk-UA" w:eastAsia="uk-UA" w:bidi="uk-UA"/>
        </w:rPr>
        <w:t>та піднебіння</w:t>
      </w:r>
    </w:p>
    <w:p w:rsidR="0054601C" w:rsidRDefault="000952AC">
      <w:pPr>
        <w:widowControl w:val="0"/>
        <w:numPr>
          <w:ilvl w:val="0"/>
          <w:numId w:val="31"/>
        </w:numPr>
        <w:tabs>
          <w:tab w:val="left" w:pos="450"/>
        </w:tabs>
        <w:spacing w:after="0" w:line="240" w:lineRule="auto"/>
        <w:ind w:left="0" w:firstLine="0"/>
      </w:pPr>
      <w:r>
        <w:rPr>
          <w:color w:val="000000"/>
          <w:lang w:val="uk-UA" w:eastAsia="uk-UA" w:bidi="uk-UA"/>
        </w:rPr>
        <w:t>Вроджене двостороннє незрощення піднебіння</w:t>
      </w:r>
    </w:p>
    <w:p w:rsidR="0054601C" w:rsidRDefault="000952AC">
      <w:pPr>
        <w:widowControl w:val="0"/>
        <w:numPr>
          <w:ilvl w:val="0"/>
          <w:numId w:val="31"/>
        </w:numPr>
        <w:tabs>
          <w:tab w:val="left" w:pos="411"/>
        </w:tabs>
        <w:spacing w:after="320" w:line="240" w:lineRule="auto"/>
        <w:ind w:left="0" w:firstLine="0"/>
      </w:pPr>
      <w:r>
        <w:rPr>
          <w:color w:val="000000"/>
          <w:lang w:val="uk-UA" w:eastAsia="uk-UA" w:bidi="uk-UA"/>
        </w:rPr>
        <w:t>Двостороннє незрощення альвеолярного відростка</w:t>
      </w:r>
    </w:p>
    <w:p w:rsidR="0054601C" w:rsidRPr="000952AC" w:rsidRDefault="000952AC">
      <w:pPr>
        <w:widowControl w:val="0"/>
        <w:numPr>
          <w:ilvl w:val="0"/>
          <w:numId w:val="32"/>
        </w:numPr>
        <w:tabs>
          <w:tab w:val="left" w:pos="378"/>
        </w:tabs>
        <w:spacing w:after="0" w:line="240" w:lineRule="auto"/>
        <w:ind w:left="0" w:firstLine="0"/>
        <w:rPr>
          <w:lang w:val="ru-RU"/>
        </w:rPr>
      </w:pPr>
      <w:r>
        <w:rPr>
          <w:color w:val="000000"/>
          <w:lang w:val="uk-UA" w:eastAsia="uk-UA" w:bidi="uk-UA"/>
        </w:rPr>
        <w:t>На консультативний прийом у клініку звернулися батьки з дитиною 1 міс. Об'єктивно: двостороннє незрощення верхньої губи, твердого і</w:t>
      </w:r>
    </w:p>
    <w:p w:rsidR="0054601C" w:rsidRPr="000952AC" w:rsidRDefault="000952AC">
      <w:pPr>
        <w:widowControl w:val="0"/>
        <w:spacing w:after="0" w:line="240" w:lineRule="auto"/>
        <w:rPr>
          <w:lang w:val="ru-RU"/>
        </w:rPr>
      </w:pPr>
      <w:r>
        <w:rPr>
          <w:color w:val="000000"/>
          <w:lang w:val="uk-UA" w:eastAsia="uk-UA" w:bidi="uk-UA"/>
        </w:rPr>
        <w:t xml:space="preserve">м'якого піднебіння. </w:t>
      </w:r>
      <w:r>
        <w:rPr>
          <w:color w:val="000000"/>
          <w:lang w:val="uk-UA" w:eastAsia="uk-UA" w:bidi="uk-UA"/>
        </w:rPr>
        <w:t>В які терміни внутрішньоутробного розвитку формується верхня губа і піднебіння?</w:t>
      </w:r>
    </w:p>
    <w:p w:rsidR="0054601C" w:rsidRPr="000952AC" w:rsidRDefault="000952AC">
      <w:pPr>
        <w:widowControl w:val="0"/>
        <w:spacing w:after="0" w:line="240" w:lineRule="auto"/>
        <w:rPr>
          <w:lang w:val="ru-RU"/>
        </w:rPr>
      </w:pPr>
      <w:r>
        <w:rPr>
          <w:color w:val="000000"/>
          <w:lang w:val="uk-UA" w:eastAsia="uk-UA" w:bidi="uk-UA"/>
        </w:rPr>
        <w:t>*А. Верхня губа - кінець 2 міс., піднебіння - 2-3 міс</w:t>
      </w:r>
    </w:p>
    <w:p w:rsidR="0054601C" w:rsidRDefault="000952AC">
      <w:pPr>
        <w:widowControl w:val="0"/>
        <w:numPr>
          <w:ilvl w:val="0"/>
          <w:numId w:val="33"/>
        </w:numPr>
        <w:tabs>
          <w:tab w:val="left" w:pos="430"/>
          <w:tab w:val="left" w:pos="1400"/>
          <w:tab w:val="center" w:pos="2149"/>
          <w:tab w:val="center" w:pos="2494"/>
          <w:tab w:val="right" w:pos="4159"/>
          <w:tab w:val="left" w:pos="4366"/>
          <w:tab w:val="left" w:pos="4462"/>
          <w:tab w:val="right" w:pos="4926"/>
        </w:tabs>
        <w:spacing w:after="0" w:line="240" w:lineRule="auto"/>
        <w:ind w:left="0" w:firstLine="0"/>
      </w:pPr>
      <w:r>
        <w:rPr>
          <w:color w:val="000000"/>
          <w:lang w:val="uk-UA" w:eastAsia="uk-UA" w:bidi="uk-UA"/>
        </w:rPr>
        <w:t>Верхня</w:t>
      </w:r>
      <w:r>
        <w:rPr>
          <w:color w:val="000000"/>
          <w:lang w:val="uk-UA" w:eastAsia="uk-UA" w:bidi="uk-UA"/>
        </w:rPr>
        <w:tab/>
        <w:t>губа -</w:t>
      </w:r>
      <w:r>
        <w:rPr>
          <w:color w:val="000000"/>
          <w:lang w:val="uk-UA" w:eastAsia="uk-UA" w:bidi="uk-UA"/>
        </w:rPr>
        <w:tab/>
        <w:t>1</w:t>
      </w:r>
      <w:r>
        <w:rPr>
          <w:color w:val="000000"/>
          <w:lang w:val="uk-UA" w:eastAsia="uk-UA" w:bidi="uk-UA"/>
        </w:rPr>
        <w:tab/>
        <w:t>міс.,</w:t>
      </w:r>
      <w:r>
        <w:rPr>
          <w:color w:val="000000"/>
          <w:lang w:val="uk-UA" w:eastAsia="uk-UA" w:bidi="uk-UA"/>
        </w:rPr>
        <w:tab/>
        <w:t>піднебіння</w:t>
      </w:r>
      <w:r>
        <w:rPr>
          <w:color w:val="000000"/>
          <w:lang w:val="uk-UA" w:eastAsia="uk-UA" w:bidi="uk-UA"/>
        </w:rPr>
        <w:tab/>
        <w:t>-</w:t>
      </w:r>
      <w:r>
        <w:rPr>
          <w:color w:val="000000"/>
          <w:lang w:val="uk-UA" w:eastAsia="uk-UA" w:bidi="uk-UA"/>
        </w:rPr>
        <w:tab/>
        <w:t>1</w:t>
      </w:r>
      <w:r>
        <w:rPr>
          <w:color w:val="000000"/>
          <w:lang w:val="uk-UA" w:eastAsia="uk-UA" w:bidi="uk-UA"/>
        </w:rPr>
        <w:tab/>
        <w:t>міс</w:t>
      </w:r>
    </w:p>
    <w:p w:rsidR="0054601C" w:rsidRDefault="000952AC">
      <w:pPr>
        <w:widowControl w:val="0"/>
        <w:numPr>
          <w:ilvl w:val="0"/>
          <w:numId w:val="33"/>
        </w:numPr>
        <w:tabs>
          <w:tab w:val="left" w:pos="421"/>
          <w:tab w:val="left" w:pos="1390"/>
          <w:tab w:val="center" w:pos="2139"/>
          <w:tab w:val="center" w:pos="2494"/>
          <w:tab w:val="right" w:pos="4159"/>
          <w:tab w:val="left" w:pos="4357"/>
          <w:tab w:val="left" w:pos="4453"/>
          <w:tab w:val="right" w:pos="4926"/>
        </w:tabs>
        <w:spacing w:after="0" w:line="240" w:lineRule="auto"/>
        <w:ind w:left="0" w:firstLine="0"/>
      </w:pPr>
      <w:r>
        <w:rPr>
          <w:color w:val="000000"/>
          <w:lang w:val="uk-UA" w:eastAsia="uk-UA" w:bidi="uk-UA"/>
        </w:rPr>
        <w:t>Верхня</w:t>
      </w:r>
      <w:r>
        <w:rPr>
          <w:color w:val="000000"/>
          <w:lang w:val="uk-UA" w:eastAsia="uk-UA" w:bidi="uk-UA"/>
        </w:rPr>
        <w:tab/>
        <w:t>губа -</w:t>
      </w:r>
      <w:r>
        <w:rPr>
          <w:color w:val="000000"/>
          <w:lang w:val="uk-UA" w:eastAsia="uk-UA" w:bidi="uk-UA"/>
        </w:rPr>
        <w:tab/>
        <w:t>5</w:t>
      </w:r>
      <w:r>
        <w:rPr>
          <w:color w:val="000000"/>
          <w:lang w:val="uk-UA" w:eastAsia="uk-UA" w:bidi="uk-UA"/>
        </w:rPr>
        <w:tab/>
        <w:t>міс.,</w:t>
      </w:r>
      <w:r>
        <w:rPr>
          <w:color w:val="000000"/>
          <w:lang w:val="uk-UA" w:eastAsia="uk-UA" w:bidi="uk-UA"/>
        </w:rPr>
        <w:tab/>
        <w:t>піднебіння</w:t>
      </w:r>
      <w:r>
        <w:rPr>
          <w:color w:val="000000"/>
          <w:lang w:val="uk-UA" w:eastAsia="uk-UA" w:bidi="uk-UA"/>
        </w:rPr>
        <w:tab/>
        <w:t>-</w:t>
      </w:r>
      <w:r>
        <w:rPr>
          <w:color w:val="000000"/>
          <w:lang w:val="uk-UA" w:eastAsia="uk-UA" w:bidi="uk-UA"/>
        </w:rPr>
        <w:tab/>
        <w:t>6</w:t>
      </w:r>
      <w:r>
        <w:rPr>
          <w:color w:val="000000"/>
          <w:lang w:val="uk-UA" w:eastAsia="uk-UA" w:bidi="uk-UA"/>
        </w:rPr>
        <w:tab/>
        <w:t>міс</w:t>
      </w:r>
    </w:p>
    <w:p w:rsidR="0054601C" w:rsidRDefault="000952AC">
      <w:pPr>
        <w:widowControl w:val="0"/>
        <w:numPr>
          <w:ilvl w:val="0"/>
          <w:numId w:val="33"/>
        </w:numPr>
        <w:tabs>
          <w:tab w:val="left" w:pos="450"/>
          <w:tab w:val="left" w:pos="1414"/>
          <w:tab w:val="center" w:pos="2163"/>
          <w:tab w:val="center" w:pos="2494"/>
          <w:tab w:val="right" w:pos="4159"/>
          <w:tab w:val="left" w:pos="4366"/>
          <w:tab w:val="left" w:pos="4462"/>
          <w:tab w:val="right" w:pos="4926"/>
        </w:tabs>
        <w:spacing w:after="0" w:line="240" w:lineRule="auto"/>
        <w:ind w:left="0" w:firstLine="0"/>
      </w:pPr>
      <w:r>
        <w:rPr>
          <w:color w:val="000000"/>
          <w:lang w:val="uk-UA" w:eastAsia="uk-UA" w:bidi="uk-UA"/>
        </w:rPr>
        <w:t>Верхня</w:t>
      </w:r>
      <w:r>
        <w:rPr>
          <w:color w:val="000000"/>
          <w:lang w:val="uk-UA" w:eastAsia="uk-UA" w:bidi="uk-UA"/>
        </w:rPr>
        <w:tab/>
        <w:t>губа -</w:t>
      </w:r>
      <w:r>
        <w:rPr>
          <w:color w:val="000000"/>
          <w:lang w:val="uk-UA" w:eastAsia="uk-UA" w:bidi="uk-UA"/>
        </w:rPr>
        <w:tab/>
        <w:t>4</w:t>
      </w:r>
      <w:r>
        <w:rPr>
          <w:color w:val="000000"/>
          <w:lang w:val="uk-UA" w:eastAsia="uk-UA" w:bidi="uk-UA"/>
        </w:rPr>
        <w:tab/>
        <w:t>міс.,</w:t>
      </w:r>
      <w:r>
        <w:rPr>
          <w:color w:val="000000"/>
          <w:lang w:val="uk-UA" w:eastAsia="uk-UA" w:bidi="uk-UA"/>
        </w:rPr>
        <w:tab/>
        <w:t>піднебіння</w:t>
      </w:r>
      <w:r>
        <w:rPr>
          <w:color w:val="000000"/>
          <w:lang w:val="uk-UA" w:eastAsia="uk-UA" w:bidi="uk-UA"/>
        </w:rPr>
        <w:tab/>
        <w:t>-</w:t>
      </w:r>
      <w:r>
        <w:rPr>
          <w:color w:val="000000"/>
          <w:lang w:val="uk-UA" w:eastAsia="uk-UA" w:bidi="uk-UA"/>
        </w:rPr>
        <w:tab/>
        <w:t>5</w:t>
      </w:r>
      <w:r>
        <w:rPr>
          <w:color w:val="000000"/>
          <w:lang w:val="uk-UA" w:eastAsia="uk-UA" w:bidi="uk-UA"/>
        </w:rPr>
        <w:tab/>
        <w:t>міс</w:t>
      </w:r>
    </w:p>
    <w:p w:rsidR="0054601C" w:rsidRDefault="000952AC">
      <w:pPr>
        <w:widowControl w:val="0"/>
        <w:numPr>
          <w:ilvl w:val="0"/>
          <w:numId w:val="33"/>
        </w:numPr>
        <w:tabs>
          <w:tab w:val="left" w:pos="416"/>
          <w:tab w:val="left" w:pos="1381"/>
          <w:tab w:val="center" w:pos="2134"/>
          <w:tab w:val="center" w:pos="2494"/>
          <w:tab w:val="right" w:pos="4159"/>
          <w:tab w:val="left" w:pos="4366"/>
          <w:tab w:val="left" w:pos="4458"/>
          <w:tab w:val="right" w:pos="4926"/>
        </w:tabs>
        <w:spacing w:after="0" w:line="240" w:lineRule="auto"/>
        <w:ind w:left="0" w:firstLine="0"/>
      </w:pPr>
      <w:r>
        <w:rPr>
          <w:color w:val="000000"/>
          <w:lang w:val="uk-UA" w:eastAsia="uk-UA" w:bidi="uk-UA"/>
        </w:rPr>
        <w:t>Верхня</w:t>
      </w:r>
      <w:r>
        <w:rPr>
          <w:color w:val="000000"/>
          <w:lang w:val="uk-UA" w:eastAsia="uk-UA" w:bidi="uk-UA"/>
        </w:rPr>
        <w:tab/>
        <w:t>губа -</w:t>
      </w:r>
      <w:r>
        <w:rPr>
          <w:color w:val="000000"/>
          <w:lang w:val="uk-UA" w:eastAsia="uk-UA" w:bidi="uk-UA"/>
        </w:rPr>
        <w:tab/>
        <w:t>8</w:t>
      </w:r>
      <w:r>
        <w:rPr>
          <w:color w:val="000000"/>
          <w:lang w:val="uk-UA" w:eastAsia="uk-UA" w:bidi="uk-UA"/>
        </w:rPr>
        <w:tab/>
        <w:t>міс.,</w:t>
      </w:r>
      <w:r>
        <w:rPr>
          <w:color w:val="000000"/>
          <w:lang w:val="uk-UA" w:eastAsia="uk-UA" w:bidi="uk-UA"/>
        </w:rPr>
        <w:tab/>
        <w:t>піднебіння</w:t>
      </w:r>
      <w:r>
        <w:rPr>
          <w:color w:val="000000"/>
          <w:lang w:val="uk-UA" w:eastAsia="uk-UA" w:bidi="uk-UA"/>
        </w:rPr>
        <w:tab/>
        <w:t>-</w:t>
      </w:r>
      <w:r>
        <w:rPr>
          <w:color w:val="000000"/>
          <w:lang w:val="uk-UA" w:eastAsia="uk-UA" w:bidi="uk-UA"/>
        </w:rPr>
        <w:tab/>
        <w:t>9</w:t>
      </w:r>
      <w:r>
        <w:rPr>
          <w:color w:val="000000"/>
          <w:lang w:val="uk-UA" w:eastAsia="uk-UA" w:bidi="uk-UA"/>
        </w:rPr>
        <w:tab/>
        <w:t>міс</w:t>
      </w:r>
    </w:p>
    <w:p w:rsidR="0054601C" w:rsidRPr="000952AC" w:rsidRDefault="000952AC">
      <w:pPr>
        <w:widowControl w:val="0"/>
        <w:spacing w:after="0" w:line="240" w:lineRule="auto"/>
        <w:rPr>
          <w:lang w:val="ru-RU"/>
        </w:rPr>
      </w:pPr>
      <w:r>
        <w:rPr>
          <w:color w:val="000000"/>
          <w:lang w:val="uk-UA" w:eastAsia="uk-UA" w:bidi="uk-UA"/>
        </w:rPr>
        <w:t>6. На огляд у клініку стоматології прибула дитина 1 міс. Об'єктивно при огляді виявлено щілину, яка розташована в поперечному напрямку від правого кута рота через всю товщу щоки до переднього краю жувального м'язу.</w:t>
      </w:r>
      <w:r>
        <w:rPr>
          <w:color w:val="000000"/>
          <w:lang w:val="uk-UA" w:eastAsia="uk-UA" w:bidi="uk-UA"/>
        </w:rPr>
        <w:t xml:space="preserve"> Поставте діагноз.</w:t>
      </w:r>
    </w:p>
    <w:p w:rsidR="0054601C" w:rsidRPr="000952AC" w:rsidRDefault="000952AC">
      <w:pPr>
        <w:widowControl w:val="0"/>
        <w:spacing w:after="0" w:line="240" w:lineRule="auto"/>
        <w:rPr>
          <w:lang w:val="ru-RU"/>
        </w:rPr>
      </w:pPr>
      <w:r>
        <w:rPr>
          <w:color w:val="000000"/>
          <w:lang w:val="uk-UA" w:eastAsia="uk-UA" w:bidi="uk-UA"/>
        </w:rPr>
        <w:t>*А. Правобічне поперечне незрощення обличчя</w:t>
      </w:r>
    </w:p>
    <w:p w:rsidR="0054601C" w:rsidRPr="000952AC" w:rsidRDefault="000952AC">
      <w:pPr>
        <w:widowControl w:val="0"/>
        <w:spacing w:after="0" w:line="240" w:lineRule="auto"/>
        <w:rPr>
          <w:lang w:val="ru-RU"/>
        </w:rPr>
      </w:pPr>
      <w:r>
        <w:rPr>
          <w:color w:val="000000"/>
          <w:lang w:val="uk-UA" w:eastAsia="uk-UA" w:bidi="uk-UA"/>
        </w:rPr>
        <w:t>В. Правобічне косе незрощення обличчя</w:t>
      </w:r>
    </w:p>
    <w:p w:rsidR="0054601C" w:rsidRDefault="000952AC">
      <w:pPr>
        <w:widowControl w:val="0"/>
        <w:spacing w:after="0" w:line="240" w:lineRule="auto"/>
      </w:pPr>
      <w:r>
        <w:rPr>
          <w:color w:val="000000"/>
          <w:lang w:val="uk-UA" w:eastAsia="uk-UA" w:bidi="uk-UA"/>
        </w:rPr>
        <w:t>С. Незрощення носа</w:t>
      </w:r>
    </w:p>
    <w:p w:rsidR="0054601C" w:rsidRDefault="000952AC">
      <w:pPr>
        <w:widowControl w:val="0"/>
        <w:numPr>
          <w:ilvl w:val="0"/>
          <w:numId w:val="34"/>
        </w:numPr>
        <w:tabs>
          <w:tab w:val="left" w:pos="450"/>
        </w:tabs>
        <w:spacing w:after="0" w:line="240" w:lineRule="auto"/>
        <w:ind w:left="0" w:firstLine="0"/>
      </w:pPr>
      <w:r>
        <w:rPr>
          <w:color w:val="000000"/>
          <w:lang w:val="uk-UA" w:eastAsia="uk-UA" w:bidi="uk-UA"/>
        </w:rPr>
        <w:t>Правобічне незрощення верхньої губи</w:t>
      </w:r>
    </w:p>
    <w:p w:rsidR="0054601C" w:rsidRDefault="000952AC">
      <w:pPr>
        <w:widowControl w:val="0"/>
        <w:numPr>
          <w:ilvl w:val="0"/>
          <w:numId w:val="34"/>
        </w:numPr>
        <w:tabs>
          <w:tab w:val="left" w:pos="416"/>
        </w:tabs>
        <w:spacing w:after="0" w:line="240" w:lineRule="auto"/>
        <w:ind w:left="0" w:firstLine="0"/>
      </w:pPr>
      <w:r>
        <w:rPr>
          <w:color w:val="000000"/>
          <w:lang w:val="uk-UA" w:eastAsia="uk-UA" w:bidi="uk-UA"/>
        </w:rPr>
        <w:t>Незрощення нижньої щелепи</w:t>
      </w:r>
    </w:p>
    <w:p w:rsidR="0054601C" w:rsidRPr="000952AC" w:rsidRDefault="000952AC">
      <w:pPr>
        <w:widowControl w:val="0"/>
        <w:numPr>
          <w:ilvl w:val="0"/>
          <w:numId w:val="35"/>
        </w:numPr>
        <w:tabs>
          <w:tab w:val="left" w:pos="392"/>
        </w:tabs>
        <w:spacing w:after="0" w:line="240" w:lineRule="auto"/>
        <w:ind w:left="0" w:firstLine="0"/>
        <w:rPr>
          <w:lang w:val="uk-UA"/>
        </w:rPr>
      </w:pPr>
      <w:r>
        <w:rPr>
          <w:color w:val="000000"/>
          <w:lang w:val="uk-UA" w:eastAsia="uk-UA" w:bidi="uk-UA"/>
        </w:rPr>
        <w:t>Батьки 2-х місячного хлопчика звернулися з приводу вродженого дефекту верх</w:t>
      </w:r>
      <w:r>
        <w:rPr>
          <w:color w:val="000000"/>
          <w:lang w:val="uk-UA" w:eastAsia="uk-UA" w:bidi="uk-UA"/>
        </w:rPr>
        <w:t>ньої губи. При огляді визначається дефект тканин верхньої губи зліва у формі щілини, що проходить через всі тканини губи і на 4 мм не доходить до носового ходу. Цілісність альвеолярного відростка і твердого піднебіння збережена. Сформулюйте попередній діаг</w:t>
      </w:r>
      <w:r>
        <w:rPr>
          <w:color w:val="000000"/>
          <w:lang w:val="uk-UA" w:eastAsia="uk-UA" w:bidi="uk-UA"/>
        </w:rPr>
        <w:t>ноз.</w:t>
      </w:r>
    </w:p>
    <w:p w:rsidR="0054601C" w:rsidRPr="000952AC" w:rsidRDefault="000952AC">
      <w:pPr>
        <w:widowControl w:val="0"/>
        <w:spacing w:after="0" w:line="240" w:lineRule="auto"/>
        <w:rPr>
          <w:lang w:val="ru-RU"/>
        </w:rPr>
      </w:pPr>
      <w:r>
        <w:rPr>
          <w:color w:val="000000"/>
          <w:lang w:val="uk-UA" w:eastAsia="uk-UA" w:bidi="uk-UA"/>
        </w:rPr>
        <w:t>*А. Вроджене, явне, неповне, лівостороннє незрощення верхньої губи</w:t>
      </w:r>
    </w:p>
    <w:p w:rsidR="0054601C" w:rsidRPr="000952AC" w:rsidRDefault="000952AC">
      <w:pPr>
        <w:widowControl w:val="0"/>
        <w:numPr>
          <w:ilvl w:val="0"/>
          <w:numId w:val="35"/>
        </w:numPr>
        <w:tabs>
          <w:tab w:val="left" w:pos="430"/>
        </w:tabs>
        <w:spacing w:after="0" w:line="240" w:lineRule="auto"/>
        <w:ind w:left="0" w:firstLine="0"/>
        <w:rPr>
          <w:lang w:val="ru-RU"/>
        </w:rPr>
      </w:pPr>
      <w:r>
        <w:rPr>
          <w:color w:val="000000"/>
          <w:lang w:val="uk-UA" w:eastAsia="uk-UA" w:bidi="uk-UA"/>
        </w:rPr>
        <w:t>Вроджене, явне, повне, лівостороннє незрощення верхньої губи</w:t>
      </w:r>
    </w:p>
    <w:p w:rsidR="0054601C" w:rsidRPr="000952AC" w:rsidRDefault="000952AC">
      <w:pPr>
        <w:widowControl w:val="0"/>
        <w:numPr>
          <w:ilvl w:val="0"/>
          <w:numId w:val="35"/>
        </w:numPr>
        <w:tabs>
          <w:tab w:val="left" w:pos="421"/>
        </w:tabs>
        <w:spacing w:after="0" w:line="240" w:lineRule="auto"/>
        <w:ind w:left="0" w:firstLine="0"/>
        <w:rPr>
          <w:lang w:val="ru-RU"/>
        </w:rPr>
      </w:pPr>
      <w:r>
        <w:rPr>
          <w:color w:val="000000"/>
          <w:lang w:val="uk-UA" w:eastAsia="uk-UA" w:bidi="uk-UA"/>
        </w:rPr>
        <w:t>Вроджене, приховане, лівостороннє незрощення верхньої губи</w:t>
      </w:r>
    </w:p>
    <w:p w:rsidR="0054601C" w:rsidRPr="000952AC" w:rsidRDefault="000952AC">
      <w:pPr>
        <w:widowControl w:val="0"/>
        <w:numPr>
          <w:ilvl w:val="0"/>
          <w:numId w:val="35"/>
        </w:numPr>
        <w:tabs>
          <w:tab w:val="left" w:pos="450"/>
        </w:tabs>
        <w:spacing w:after="0" w:line="240" w:lineRule="auto"/>
        <w:ind w:left="0" w:firstLine="0"/>
        <w:rPr>
          <w:lang w:val="ru-RU"/>
        </w:rPr>
      </w:pPr>
      <w:r>
        <w:rPr>
          <w:color w:val="000000"/>
          <w:lang w:val="uk-UA" w:eastAsia="uk-UA" w:bidi="uk-UA"/>
        </w:rPr>
        <w:t>Вроджене, явне, неповне, двостороннє незрощення верхньої губи</w:t>
      </w:r>
    </w:p>
    <w:p w:rsidR="0054601C" w:rsidRPr="000952AC" w:rsidRDefault="000952AC">
      <w:pPr>
        <w:widowControl w:val="0"/>
        <w:numPr>
          <w:ilvl w:val="0"/>
          <w:numId w:val="35"/>
        </w:numPr>
        <w:tabs>
          <w:tab w:val="left" w:pos="416"/>
        </w:tabs>
        <w:spacing w:after="0" w:line="240" w:lineRule="auto"/>
        <w:ind w:left="0" w:firstLine="0"/>
        <w:rPr>
          <w:lang w:val="ru-RU"/>
        </w:rPr>
      </w:pPr>
      <w:r>
        <w:rPr>
          <w:color w:val="000000"/>
          <w:lang w:val="uk-UA" w:eastAsia="uk-UA" w:bidi="uk-UA"/>
        </w:rPr>
        <w:t>Вроджене, явне, повне, лівостороннє незрощення верхньої губи та піднебіння</w:t>
      </w:r>
    </w:p>
    <w:p w:rsidR="0054601C" w:rsidRPr="000952AC" w:rsidRDefault="000952AC">
      <w:pPr>
        <w:widowControl w:val="0"/>
        <w:spacing w:after="0" w:line="240" w:lineRule="auto"/>
        <w:rPr>
          <w:lang w:val="ru-RU"/>
        </w:rPr>
      </w:pPr>
      <w:r>
        <w:rPr>
          <w:color w:val="000000"/>
          <w:lang w:val="uk-UA" w:eastAsia="uk-UA" w:bidi="uk-UA"/>
        </w:rPr>
        <w:t>8. У дитини 1 міс. діагностовано вроджений дефект м'яких тканин верхньої губи зліва. В які терміни формуються вроджені вади верхньої губи</w:t>
      </w:r>
    </w:p>
    <w:p w:rsidR="0054601C" w:rsidRPr="000952AC" w:rsidRDefault="000952AC">
      <w:pPr>
        <w:widowControl w:val="0"/>
        <w:spacing w:after="0" w:line="240" w:lineRule="auto"/>
        <w:rPr>
          <w:lang w:val="ru-RU"/>
        </w:rPr>
      </w:pPr>
      <w:r>
        <w:rPr>
          <w:color w:val="000000"/>
          <w:lang w:val="uk-UA" w:eastAsia="uk-UA" w:bidi="uk-UA"/>
        </w:rPr>
        <w:t>*А. Протягом другого місяця розвитку плоду</w:t>
      </w:r>
    </w:p>
    <w:p w:rsidR="0054601C" w:rsidRDefault="000952AC">
      <w:pPr>
        <w:widowControl w:val="0"/>
        <w:numPr>
          <w:ilvl w:val="0"/>
          <w:numId w:val="36"/>
        </w:numPr>
        <w:tabs>
          <w:tab w:val="left" w:pos="430"/>
        </w:tabs>
        <w:spacing w:after="0" w:line="240" w:lineRule="auto"/>
        <w:ind w:left="0" w:firstLine="0"/>
      </w:pPr>
      <w:r>
        <w:rPr>
          <w:color w:val="000000"/>
          <w:lang w:val="uk-UA" w:eastAsia="uk-UA" w:bidi="uk-UA"/>
        </w:rPr>
        <w:t>Протягом першого місяця розвитку плоду</w:t>
      </w:r>
    </w:p>
    <w:p w:rsidR="0054601C" w:rsidRDefault="000952AC">
      <w:pPr>
        <w:widowControl w:val="0"/>
        <w:numPr>
          <w:ilvl w:val="0"/>
          <w:numId w:val="36"/>
        </w:numPr>
        <w:tabs>
          <w:tab w:val="left" w:pos="421"/>
        </w:tabs>
        <w:spacing w:after="0" w:line="240" w:lineRule="auto"/>
        <w:ind w:left="0" w:firstLine="0"/>
      </w:pPr>
      <w:r>
        <w:rPr>
          <w:color w:val="000000"/>
          <w:lang w:val="uk-UA" w:eastAsia="uk-UA" w:bidi="uk-UA"/>
        </w:rPr>
        <w:t>Протягом третього місяця розвитку плоду</w:t>
      </w:r>
    </w:p>
    <w:p w:rsidR="0054601C" w:rsidRDefault="000952AC">
      <w:pPr>
        <w:widowControl w:val="0"/>
        <w:numPr>
          <w:ilvl w:val="0"/>
          <w:numId w:val="36"/>
        </w:numPr>
        <w:tabs>
          <w:tab w:val="left" w:pos="450"/>
        </w:tabs>
        <w:spacing w:after="0" w:line="240" w:lineRule="auto"/>
        <w:ind w:left="0" w:firstLine="0"/>
      </w:pPr>
      <w:r>
        <w:rPr>
          <w:color w:val="000000"/>
          <w:lang w:val="uk-UA" w:eastAsia="uk-UA" w:bidi="uk-UA"/>
        </w:rPr>
        <w:t>Протягом четвертого місяця розвитку плоду</w:t>
      </w:r>
    </w:p>
    <w:p w:rsidR="0054601C" w:rsidRDefault="000952AC">
      <w:pPr>
        <w:widowControl w:val="0"/>
        <w:numPr>
          <w:ilvl w:val="0"/>
          <w:numId w:val="36"/>
        </w:numPr>
        <w:tabs>
          <w:tab w:val="left" w:pos="416"/>
        </w:tabs>
        <w:spacing w:after="0" w:line="240" w:lineRule="auto"/>
        <w:ind w:left="0" w:firstLine="0"/>
      </w:pPr>
      <w:r>
        <w:rPr>
          <w:color w:val="000000"/>
          <w:lang w:val="uk-UA" w:eastAsia="uk-UA" w:bidi="uk-UA"/>
        </w:rPr>
        <w:t>Протягом п'ятого місяця розвитку плоду</w:t>
      </w:r>
    </w:p>
    <w:p w:rsidR="0054601C" w:rsidRPr="000952AC" w:rsidRDefault="000952AC">
      <w:pPr>
        <w:widowControl w:val="0"/>
        <w:numPr>
          <w:ilvl w:val="0"/>
          <w:numId w:val="37"/>
        </w:numPr>
        <w:tabs>
          <w:tab w:val="left" w:pos="387"/>
        </w:tabs>
        <w:spacing w:after="0" w:line="240" w:lineRule="auto"/>
        <w:ind w:left="0" w:firstLine="0"/>
        <w:rPr>
          <w:lang w:val="ru-RU"/>
        </w:rPr>
      </w:pPr>
      <w:r>
        <w:rPr>
          <w:color w:val="000000"/>
          <w:lang w:val="uk-UA" w:eastAsia="uk-UA" w:bidi="uk-UA"/>
        </w:rPr>
        <w:t xml:space="preserve">У дитини 2-х років наявне незрощення піднебіння, яке захоплює м'яке піднебіння і тверде </w:t>
      </w:r>
      <w:r>
        <w:rPr>
          <w:color w:val="000000"/>
          <w:lang w:val="uk-UA" w:eastAsia="uk-UA" w:bidi="uk-UA"/>
        </w:rPr>
        <w:t>піднебіння, але не проходить через альвеолярний відросток. Як називається пластична операція усунення дефекту твердого та м'якого піднебіння:</w:t>
      </w:r>
    </w:p>
    <w:p w:rsidR="0054601C" w:rsidRPr="000952AC" w:rsidRDefault="000952AC">
      <w:pPr>
        <w:widowControl w:val="0"/>
        <w:spacing w:after="0" w:line="240" w:lineRule="auto"/>
        <w:rPr>
          <w:lang w:val="ru-RU"/>
        </w:rPr>
      </w:pPr>
      <w:r>
        <w:rPr>
          <w:color w:val="000000"/>
          <w:lang w:val="uk-UA" w:eastAsia="uk-UA" w:bidi="uk-UA"/>
        </w:rPr>
        <w:t>*А. Ураностафілопластика</w:t>
      </w:r>
    </w:p>
    <w:p w:rsidR="0054601C" w:rsidRPr="000952AC" w:rsidRDefault="000952AC">
      <w:pPr>
        <w:widowControl w:val="0"/>
        <w:spacing w:after="0" w:line="240" w:lineRule="auto"/>
        <w:rPr>
          <w:lang w:val="ru-RU"/>
        </w:rPr>
      </w:pPr>
      <w:r>
        <w:rPr>
          <w:color w:val="000000"/>
          <w:lang w:val="uk-UA" w:eastAsia="uk-UA" w:bidi="uk-UA"/>
        </w:rPr>
        <w:t>В. Уранопластика</w:t>
      </w:r>
    </w:p>
    <w:p w:rsidR="0054601C" w:rsidRPr="000952AC" w:rsidRDefault="000952AC">
      <w:pPr>
        <w:widowControl w:val="0"/>
        <w:spacing w:after="0" w:line="240" w:lineRule="auto"/>
        <w:rPr>
          <w:lang w:val="ru-RU"/>
        </w:rPr>
      </w:pPr>
      <w:r>
        <w:rPr>
          <w:color w:val="000000"/>
          <w:lang w:val="uk-UA" w:eastAsia="uk-UA" w:bidi="uk-UA"/>
        </w:rPr>
        <w:t>С. Стафілопластика</w:t>
      </w:r>
    </w:p>
    <w:p w:rsidR="0054601C" w:rsidRDefault="000952AC">
      <w:pPr>
        <w:widowControl w:val="0"/>
        <w:spacing w:after="0" w:line="240" w:lineRule="auto"/>
      </w:pPr>
      <w:r>
        <w:rPr>
          <w:color w:val="000000"/>
          <w:lang w:val="uk-UA" w:eastAsia="uk-UA" w:bidi="uk-UA"/>
        </w:rPr>
        <w:t>D. Ураностафілотомія</w:t>
      </w:r>
    </w:p>
    <w:p w:rsidR="0054601C" w:rsidRDefault="000952AC">
      <w:pPr>
        <w:widowControl w:val="0"/>
        <w:spacing w:after="0" w:line="240" w:lineRule="auto"/>
      </w:pPr>
      <w:r>
        <w:rPr>
          <w:color w:val="000000"/>
          <w:lang w:val="uk-UA" w:eastAsia="uk-UA" w:bidi="uk-UA"/>
        </w:rPr>
        <w:t>Е. Френулотомія</w:t>
      </w:r>
    </w:p>
    <w:p w:rsidR="0054601C" w:rsidRPr="000952AC" w:rsidRDefault="000952AC">
      <w:pPr>
        <w:widowControl w:val="0"/>
        <w:numPr>
          <w:ilvl w:val="0"/>
          <w:numId w:val="37"/>
        </w:numPr>
        <w:tabs>
          <w:tab w:val="left" w:pos="526"/>
        </w:tabs>
        <w:spacing w:after="0" w:line="240" w:lineRule="auto"/>
        <w:ind w:left="0" w:firstLine="0"/>
        <w:rPr>
          <w:lang w:val="ru-RU"/>
        </w:rPr>
      </w:pPr>
      <w:r>
        <w:rPr>
          <w:color w:val="000000"/>
          <w:lang w:val="uk-UA" w:eastAsia="uk-UA" w:bidi="uk-UA"/>
        </w:rPr>
        <w:t>У дитини 2-х рок</w:t>
      </w:r>
      <w:r>
        <w:rPr>
          <w:color w:val="000000"/>
          <w:lang w:val="uk-UA" w:eastAsia="uk-UA" w:bidi="uk-UA"/>
        </w:rPr>
        <w:t>ів наявне незрощення піднебіння, яке захоплює м'яке піднебіння і тверде піднебіння, але не проходить через альвеолярний</w:t>
      </w:r>
    </w:p>
    <w:p w:rsidR="0054601C" w:rsidRPr="000952AC" w:rsidRDefault="000952AC">
      <w:pPr>
        <w:widowControl w:val="0"/>
        <w:spacing w:after="0" w:line="240" w:lineRule="auto"/>
        <w:rPr>
          <w:lang w:val="ru-RU"/>
        </w:rPr>
      </w:pPr>
      <w:r>
        <w:rPr>
          <w:color w:val="000000"/>
          <w:lang w:val="uk-UA" w:eastAsia="uk-UA" w:bidi="uk-UA"/>
        </w:rPr>
        <w:t>відросток. Який діагноз ви поставите у даному випадку?</w:t>
      </w:r>
    </w:p>
    <w:p w:rsidR="0054601C" w:rsidRDefault="000952AC">
      <w:pPr>
        <w:widowControl w:val="0"/>
        <w:tabs>
          <w:tab w:val="left" w:pos="1454"/>
          <w:tab w:val="left" w:pos="3802"/>
          <w:tab w:val="left" w:pos="5832"/>
          <w:tab w:val="left" w:pos="8323"/>
        </w:tabs>
        <w:spacing w:after="0" w:line="240" w:lineRule="auto"/>
      </w:pPr>
      <w:r>
        <w:rPr>
          <w:color w:val="000000"/>
          <w:lang w:val="uk-UA" w:eastAsia="uk-UA" w:bidi="uk-UA"/>
        </w:rPr>
        <w:t>*А.</w:t>
      </w:r>
      <w:r>
        <w:rPr>
          <w:color w:val="000000"/>
          <w:lang w:val="uk-UA" w:eastAsia="uk-UA" w:bidi="uk-UA"/>
        </w:rPr>
        <w:tab/>
        <w:t>Ізольоване</w:t>
      </w:r>
      <w:r>
        <w:rPr>
          <w:color w:val="000000"/>
          <w:lang w:val="uk-UA" w:eastAsia="uk-UA" w:bidi="uk-UA"/>
        </w:rPr>
        <w:tab/>
        <w:t>неповне</w:t>
      </w:r>
      <w:r>
        <w:rPr>
          <w:color w:val="000000"/>
          <w:lang w:val="uk-UA" w:eastAsia="uk-UA" w:bidi="uk-UA"/>
        </w:rPr>
        <w:tab/>
        <w:t>незрощення</w:t>
      </w:r>
      <w:r>
        <w:rPr>
          <w:color w:val="000000"/>
          <w:lang w:val="uk-UA" w:eastAsia="uk-UA" w:bidi="uk-UA"/>
        </w:rPr>
        <w:tab/>
        <w:t>піднебіння</w:t>
      </w:r>
    </w:p>
    <w:p w:rsidR="0054601C" w:rsidRDefault="000952AC">
      <w:pPr>
        <w:widowControl w:val="0"/>
        <w:numPr>
          <w:ilvl w:val="0"/>
          <w:numId w:val="38"/>
        </w:numPr>
        <w:tabs>
          <w:tab w:val="left" w:pos="435"/>
        </w:tabs>
        <w:spacing w:after="0" w:line="240" w:lineRule="auto"/>
        <w:ind w:left="0" w:firstLine="0"/>
      </w:pPr>
      <w:r>
        <w:rPr>
          <w:color w:val="000000"/>
          <w:lang w:val="uk-UA" w:eastAsia="uk-UA" w:bidi="uk-UA"/>
        </w:rPr>
        <w:t>Ізольоване повне незрощення піднебін</w:t>
      </w:r>
      <w:r>
        <w:rPr>
          <w:color w:val="000000"/>
          <w:lang w:val="uk-UA" w:eastAsia="uk-UA" w:bidi="uk-UA"/>
        </w:rPr>
        <w:t>ня</w:t>
      </w:r>
    </w:p>
    <w:p w:rsidR="0054601C" w:rsidRDefault="000952AC">
      <w:pPr>
        <w:widowControl w:val="0"/>
        <w:numPr>
          <w:ilvl w:val="0"/>
          <w:numId w:val="38"/>
        </w:numPr>
        <w:tabs>
          <w:tab w:val="left" w:pos="426"/>
        </w:tabs>
        <w:spacing w:after="0" w:line="240" w:lineRule="auto"/>
        <w:ind w:left="0" w:firstLine="0"/>
      </w:pPr>
      <w:r>
        <w:rPr>
          <w:color w:val="000000"/>
          <w:lang w:val="uk-UA" w:eastAsia="uk-UA" w:bidi="uk-UA"/>
        </w:rPr>
        <w:t>Комбіноване незрощення піднебіння</w:t>
      </w:r>
    </w:p>
    <w:p w:rsidR="0054601C" w:rsidRDefault="000952AC">
      <w:pPr>
        <w:widowControl w:val="0"/>
        <w:numPr>
          <w:ilvl w:val="0"/>
          <w:numId w:val="38"/>
        </w:numPr>
        <w:tabs>
          <w:tab w:val="left" w:pos="450"/>
        </w:tabs>
        <w:spacing w:after="0" w:line="240" w:lineRule="auto"/>
        <w:ind w:left="0" w:firstLine="0"/>
      </w:pPr>
      <w:r>
        <w:rPr>
          <w:color w:val="000000"/>
          <w:lang w:val="uk-UA" w:eastAsia="uk-UA" w:bidi="uk-UA"/>
        </w:rPr>
        <w:t>Повне незрощення верхньої губи</w:t>
      </w:r>
    </w:p>
    <w:p w:rsidR="0054601C" w:rsidRDefault="000952AC">
      <w:pPr>
        <w:widowControl w:val="0"/>
        <w:numPr>
          <w:ilvl w:val="0"/>
          <w:numId w:val="38"/>
        </w:numPr>
        <w:tabs>
          <w:tab w:val="left" w:pos="421"/>
        </w:tabs>
        <w:spacing w:after="320" w:line="240" w:lineRule="auto"/>
        <w:ind w:left="0" w:firstLine="0"/>
      </w:pPr>
      <w:r>
        <w:rPr>
          <w:color w:val="000000"/>
          <w:lang w:val="uk-UA" w:eastAsia="uk-UA" w:bidi="uk-UA"/>
        </w:rPr>
        <w:t>Колобома</w:t>
      </w:r>
    </w:p>
    <w:p w:rsidR="0054601C" w:rsidRDefault="000952AC">
      <w:pPr>
        <w:widowControl w:val="0"/>
        <w:spacing w:after="0" w:line="240" w:lineRule="auto"/>
        <w:ind w:firstLine="560"/>
      </w:pPr>
      <w:r>
        <w:rPr>
          <w:b/>
          <w:bCs/>
          <w:color w:val="000000"/>
          <w:u w:val="single"/>
          <w:lang w:val="uk-UA" w:eastAsia="uk-UA" w:bidi="uk-UA"/>
        </w:rPr>
        <w:lastRenderedPageBreak/>
        <w:t>7.Матеріали для аудиторної самостійної роботи</w:t>
      </w:r>
    </w:p>
    <w:p w:rsidR="0054601C" w:rsidRPr="000952AC" w:rsidRDefault="000952AC">
      <w:pPr>
        <w:widowControl w:val="0"/>
        <w:numPr>
          <w:ilvl w:val="1"/>
          <w:numId w:val="39"/>
        </w:numPr>
        <w:tabs>
          <w:tab w:val="left" w:pos="1251"/>
        </w:tabs>
        <w:spacing w:after="1280" w:line="240" w:lineRule="auto"/>
        <w:ind w:left="0" w:firstLine="840"/>
        <w:rPr>
          <w:lang w:val="ru-RU"/>
        </w:rPr>
      </w:pPr>
      <w:r>
        <w:rPr>
          <w:b/>
          <w:bCs/>
          <w:i/>
          <w:iCs/>
          <w:color w:val="000000"/>
          <w:u w:val="single"/>
          <w:lang w:val="uk-UA" w:eastAsia="uk-UA" w:bidi="uk-UA"/>
        </w:rPr>
        <w:t xml:space="preserve">Перелік навчальних практичних завдань, які необхідно виконати на основному етапі практичного заняття для оволодіння практичними </w:t>
      </w:r>
      <w:r>
        <w:rPr>
          <w:b/>
          <w:bCs/>
          <w:i/>
          <w:iCs/>
          <w:color w:val="000000"/>
          <w:u w:val="single"/>
          <w:lang w:val="uk-UA" w:eastAsia="uk-UA" w:bidi="uk-UA"/>
        </w:rPr>
        <w:t>навиками та професійними вміннями, наприклад:</w:t>
      </w:r>
    </w:p>
    <w:p w:rsidR="0054601C" w:rsidRPr="000952AC" w:rsidRDefault="000952AC">
      <w:pPr>
        <w:widowControl w:val="0"/>
        <w:spacing w:after="0" w:line="240" w:lineRule="auto"/>
        <w:jc w:val="center"/>
        <w:rPr>
          <w:lang w:val="ru-RU"/>
        </w:rPr>
      </w:pPr>
      <w:r>
        <w:rPr>
          <w:i/>
          <w:iCs/>
          <w:color w:val="000000"/>
          <w:u w:val="single"/>
          <w:lang w:val="uk-UA" w:eastAsia="uk-UA" w:bidi="uk-UA"/>
        </w:rPr>
        <w:t>7.2 Професійні алгоритми (інструкції) для оволодіння практичними</w:t>
      </w:r>
    </w:p>
    <w:p w:rsidR="0054601C" w:rsidRDefault="000952AC">
      <w:pPr>
        <w:widowControl w:val="0"/>
        <w:spacing w:after="0" w:line="240" w:lineRule="auto"/>
        <w:ind w:left="91"/>
      </w:pPr>
      <w:r>
        <w:rPr>
          <w:i/>
          <w:iCs/>
          <w:color w:val="000000"/>
          <w:u w:val="single"/>
          <w:lang w:val="uk-UA" w:eastAsia="uk-UA" w:bidi="uk-UA"/>
        </w:rPr>
        <w:t>навиками та професійними вміннями</w:t>
      </w:r>
      <w:r>
        <w:rPr>
          <w:i/>
          <w:iCs/>
          <w:color w:val="000000"/>
          <w:u w:val="single"/>
          <w:lang w:val="uk-UA" w:eastAsia="uk-UA" w:bidi="uk-UA"/>
        </w:rPr>
        <w:t>.</w:t>
      </w:r>
    </w:p>
    <w:tbl>
      <w:tblPr>
        <w:tblOverlap w:val="never"/>
        <w:tblW w:w="0" w:type="auto"/>
        <w:jc w:val="center"/>
        <w:tblLayout w:type="fixed"/>
        <w:tblLook w:val="04A0" w:firstRow="1" w:lastRow="0" w:firstColumn="1" w:lastColumn="0" w:noHBand="0" w:noVBand="1"/>
      </w:tblPr>
      <w:tblGrid>
        <w:gridCol w:w="542"/>
        <w:gridCol w:w="2290"/>
        <w:gridCol w:w="5390"/>
        <w:gridCol w:w="1565"/>
      </w:tblGrid>
      <w:tr w:rsidR="0054601C">
        <w:trPr>
          <w:cantSplit/>
          <w:trHeight w:hRule="exact" w:val="370"/>
          <w:jc w:val="center"/>
        </w:trPr>
        <w:tc>
          <w:tcPr>
            <w:tcW w:w="542" w:type="dxa"/>
            <w:tcBorders>
              <w:top w:val="single" w:sz="4" w:space="0" w:color="auto"/>
              <w:lef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w:t>
            </w:r>
          </w:p>
        </w:tc>
        <w:tc>
          <w:tcPr>
            <w:tcW w:w="2290" w:type="dxa"/>
            <w:tcBorders>
              <w:top w:val="single" w:sz="4" w:space="0" w:color="auto"/>
              <w:left w:val="single" w:sz="4" w:space="0" w:color="auto"/>
            </w:tcBorders>
            <w:shd w:val="clear" w:color="auto" w:fill="auto"/>
            <w:vAlign w:val="bottom"/>
          </w:tcPr>
          <w:p w:rsidR="0054601C" w:rsidRDefault="000952AC">
            <w:pPr>
              <w:widowControl w:val="0"/>
              <w:spacing w:after="0" w:line="240" w:lineRule="auto"/>
              <w:jc w:val="center"/>
            </w:pPr>
            <w:r>
              <w:rPr>
                <w:color w:val="000000"/>
                <w:lang w:val="uk-UA" w:eastAsia="uk-UA" w:bidi="uk-UA"/>
              </w:rPr>
              <w:t>Завдання</w:t>
            </w:r>
          </w:p>
        </w:tc>
        <w:tc>
          <w:tcPr>
            <w:tcW w:w="5390" w:type="dxa"/>
            <w:tcBorders>
              <w:top w:val="single" w:sz="4" w:space="0" w:color="auto"/>
              <w:left w:val="single" w:sz="4" w:space="0" w:color="auto"/>
            </w:tcBorders>
            <w:shd w:val="clear" w:color="auto" w:fill="auto"/>
            <w:vAlign w:val="bottom"/>
          </w:tcPr>
          <w:p w:rsidR="0054601C" w:rsidRDefault="000952AC">
            <w:pPr>
              <w:widowControl w:val="0"/>
              <w:spacing w:after="0" w:line="240" w:lineRule="auto"/>
              <w:jc w:val="center"/>
            </w:pPr>
            <w:r>
              <w:rPr>
                <w:color w:val="000000"/>
                <w:lang w:val="uk-UA" w:eastAsia="uk-UA" w:bidi="uk-UA"/>
              </w:rPr>
              <w:t>Вказівки</w:t>
            </w:r>
          </w:p>
        </w:tc>
        <w:tc>
          <w:tcPr>
            <w:tcW w:w="1565" w:type="dxa"/>
            <w:tcBorders>
              <w:top w:val="single" w:sz="4" w:space="0" w:color="auto"/>
              <w:left w:val="single" w:sz="4" w:space="0" w:color="auto"/>
              <w:right w:val="single" w:sz="4" w:space="0" w:color="auto"/>
            </w:tcBorders>
            <w:shd w:val="clear" w:color="auto" w:fill="auto"/>
            <w:vAlign w:val="bottom"/>
          </w:tcPr>
          <w:p w:rsidR="0054601C" w:rsidRDefault="000952AC">
            <w:pPr>
              <w:widowControl w:val="0"/>
              <w:spacing w:after="0" w:line="240" w:lineRule="auto"/>
              <w:jc w:val="center"/>
            </w:pPr>
            <w:r>
              <w:rPr>
                <w:color w:val="000000"/>
                <w:lang w:val="uk-UA" w:eastAsia="uk-UA" w:bidi="uk-UA"/>
              </w:rPr>
              <w:t>Примітки</w:t>
            </w:r>
          </w:p>
        </w:tc>
      </w:tr>
      <w:tr w:rsidR="0054601C">
        <w:trPr>
          <w:cantSplit/>
          <w:trHeight w:hRule="exact" w:val="1594"/>
          <w:jc w:val="center"/>
        </w:trPr>
        <w:tc>
          <w:tcPr>
            <w:tcW w:w="542"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pPr>
            <w:r>
              <w:rPr>
                <w:color w:val="000000"/>
                <w:lang w:val="uk-UA" w:eastAsia="uk-UA" w:bidi="uk-UA"/>
              </w:rPr>
              <w:t>1</w:t>
            </w:r>
          </w:p>
        </w:tc>
        <w:tc>
          <w:tcPr>
            <w:tcW w:w="2290" w:type="dxa"/>
            <w:tcBorders>
              <w:top w:val="single" w:sz="4" w:space="0" w:color="auto"/>
              <w:left w:val="single" w:sz="4" w:space="0" w:color="auto"/>
              <w:bottom w:val="single" w:sz="4" w:space="0" w:color="auto"/>
            </w:tcBorders>
            <w:shd w:val="clear" w:color="auto" w:fill="auto"/>
          </w:tcPr>
          <w:p w:rsidR="0054601C" w:rsidRPr="000952AC" w:rsidRDefault="000952AC">
            <w:pPr>
              <w:widowControl w:val="0"/>
              <w:spacing w:after="0" w:line="240" w:lineRule="auto"/>
              <w:rPr>
                <w:lang w:val="ru-RU"/>
              </w:rPr>
            </w:pPr>
            <w:r>
              <w:rPr>
                <w:color w:val="000000"/>
                <w:lang w:val="uk-UA" w:eastAsia="uk-UA" w:bidi="uk-UA"/>
              </w:rPr>
              <w:t>Оволодіти навиками обстеження сопр у дітей.</w:t>
            </w:r>
          </w:p>
        </w:tc>
        <w:tc>
          <w:tcPr>
            <w:tcW w:w="5390"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pPr>
            <w:r>
              <w:rPr>
                <w:color w:val="000000"/>
                <w:lang w:val="uk-UA" w:eastAsia="uk-UA" w:bidi="uk-UA"/>
              </w:rPr>
              <w:t xml:space="preserve">Виконувати в такій послідовності </w:t>
            </w:r>
            <w:r>
              <w:rPr>
                <w:color w:val="000000"/>
                <w:lang w:val="uk-UA" w:eastAsia="uk-UA" w:bidi="uk-UA"/>
              </w:rPr>
              <w:t>(дається чіткий покроковий алгоритм виконання): Обстеження стану червоної облямівки губ. Обстеження присінку ротової порожнини.</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54601C" w:rsidRDefault="000952AC">
            <w:pPr>
              <w:widowControl w:val="0"/>
              <w:spacing w:after="0" w:line="240" w:lineRule="auto"/>
            </w:pPr>
            <w:r>
              <w:rPr>
                <w:color w:val="000000"/>
                <w:lang w:val="uk-UA" w:eastAsia="uk-UA" w:bidi="uk-UA"/>
              </w:rPr>
              <w:t>Обережно! Проконтро лювати</w:t>
            </w:r>
          </w:p>
        </w:tc>
      </w:tr>
    </w:tbl>
    <w:p w:rsidR="0054601C" w:rsidRDefault="000952AC">
      <w:pPr>
        <w:widowControl w:val="0"/>
        <w:spacing w:line="1" w:lineRule="exact"/>
      </w:pPr>
      <w:r>
        <w:br w:type="page"/>
      </w:r>
    </w:p>
    <w:tbl>
      <w:tblPr>
        <w:tblOverlap w:val="never"/>
        <w:tblW w:w="0" w:type="auto"/>
        <w:jc w:val="center"/>
        <w:tblLayout w:type="fixed"/>
        <w:tblLook w:val="04A0" w:firstRow="1" w:lastRow="0" w:firstColumn="1" w:lastColumn="0" w:noHBand="0" w:noVBand="1"/>
      </w:tblPr>
      <w:tblGrid>
        <w:gridCol w:w="542"/>
        <w:gridCol w:w="2290"/>
        <w:gridCol w:w="5390"/>
        <w:gridCol w:w="1565"/>
      </w:tblGrid>
      <w:tr w:rsidR="0054601C">
        <w:trPr>
          <w:cantSplit/>
          <w:trHeight w:hRule="exact" w:val="1589"/>
          <w:jc w:val="center"/>
        </w:trPr>
        <w:tc>
          <w:tcPr>
            <w:tcW w:w="542"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290"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5390"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Дослідження стану сопр.</w:t>
            </w:r>
          </w:p>
        </w:tc>
        <w:tc>
          <w:tcPr>
            <w:tcW w:w="1565" w:type="dxa"/>
            <w:tcBorders>
              <w:top w:val="single" w:sz="4" w:space="0" w:color="auto"/>
              <w:left w:val="single" w:sz="4" w:space="0" w:color="auto"/>
              <w:right w:val="single" w:sz="4" w:space="0" w:color="auto"/>
            </w:tcBorders>
            <w:shd w:val="clear" w:color="auto" w:fill="auto"/>
          </w:tcPr>
          <w:p w:rsidR="0054601C" w:rsidRDefault="000952AC">
            <w:pPr>
              <w:widowControl w:val="0"/>
              <w:spacing w:after="0" w:line="240" w:lineRule="auto"/>
            </w:pPr>
            <w:r>
              <w:rPr>
                <w:color w:val="000000"/>
                <w:lang w:val="uk-UA" w:eastAsia="uk-UA" w:bidi="uk-UA"/>
              </w:rPr>
              <w:t>стан сопр.</w:t>
            </w:r>
          </w:p>
        </w:tc>
      </w:tr>
      <w:tr w:rsidR="0054601C">
        <w:trPr>
          <w:cantSplit/>
          <w:trHeight w:hRule="exact" w:val="1382"/>
          <w:jc w:val="center"/>
        </w:trPr>
        <w:tc>
          <w:tcPr>
            <w:tcW w:w="542"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pPr>
            <w:r>
              <w:rPr>
                <w:color w:val="000000"/>
                <w:lang w:val="uk-UA" w:eastAsia="uk-UA" w:bidi="uk-UA"/>
              </w:rPr>
              <w:t>2.</w:t>
            </w:r>
          </w:p>
        </w:tc>
        <w:tc>
          <w:tcPr>
            <w:tcW w:w="2290"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pPr>
            <w:r>
              <w:rPr>
                <w:color w:val="000000"/>
                <w:lang w:val="uk-UA" w:eastAsia="uk-UA" w:bidi="uk-UA"/>
              </w:rPr>
              <w:t>Провести курацію хворого.</w:t>
            </w:r>
          </w:p>
        </w:tc>
        <w:tc>
          <w:tcPr>
            <w:tcW w:w="5390" w:type="dxa"/>
            <w:tcBorders>
              <w:top w:val="single" w:sz="4" w:space="0" w:color="auto"/>
              <w:left w:val="single" w:sz="4" w:space="0" w:color="auto"/>
              <w:bottom w:val="single" w:sz="4" w:space="0" w:color="auto"/>
            </w:tcBorders>
            <w:shd w:val="clear" w:color="auto" w:fill="auto"/>
            <w:vAlign w:val="center"/>
          </w:tcPr>
          <w:p w:rsidR="0054601C" w:rsidRDefault="000952AC">
            <w:pPr>
              <w:widowControl w:val="0"/>
              <w:spacing w:after="0" w:line="240" w:lineRule="auto"/>
            </w:pPr>
            <w:r>
              <w:rPr>
                <w:color w:val="000000"/>
                <w:lang w:val="uk-UA" w:eastAsia="uk-UA" w:bidi="uk-UA"/>
              </w:rPr>
              <w:t>В ході обстеження виявити:</w:t>
            </w:r>
          </w:p>
          <w:p w:rsidR="0054601C" w:rsidRPr="000952AC" w:rsidRDefault="000952AC">
            <w:pPr>
              <w:widowControl w:val="0"/>
              <w:numPr>
                <w:ilvl w:val="0"/>
                <w:numId w:val="40"/>
              </w:numPr>
              <w:tabs>
                <w:tab w:val="left" w:pos="259"/>
              </w:tabs>
              <w:spacing w:after="0" w:line="240" w:lineRule="auto"/>
              <w:ind w:left="0" w:firstLine="0"/>
              <w:rPr>
                <w:lang w:val="ru-RU"/>
              </w:rPr>
            </w:pPr>
            <w:r>
              <w:rPr>
                <w:color w:val="000000"/>
                <w:lang w:val="uk-UA" w:eastAsia="uk-UA" w:bidi="uk-UA"/>
              </w:rPr>
              <w:t>Стан</w:t>
            </w:r>
            <w:r>
              <w:rPr>
                <w:color w:val="000000"/>
                <w:lang w:val="uk-UA" w:eastAsia="uk-UA" w:bidi="uk-UA"/>
              </w:rPr>
              <w:t xml:space="preserve"> слизової оболонки у дітей.</w:t>
            </w:r>
          </w:p>
          <w:p w:rsidR="0054601C" w:rsidRDefault="000952AC">
            <w:pPr>
              <w:widowControl w:val="0"/>
              <w:numPr>
                <w:ilvl w:val="0"/>
                <w:numId w:val="40"/>
              </w:numPr>
              <w:tabs>
                <w:tab w:val="left" w:pos="259"/>
              </w:tabs>
              <w:spacing w:after="0" w:line="240" w:lineRule="auto"/>
              <w:ind w:left="0" w:firstLine="0"/>
            </w:pPr>
            <w:r>
              <w:rPr>
                <w:color w:val="000000"/>
                <w:lang w:val="uk-UA" w:eastAsia="uk-UA" w:bidi="uk-UA"/>
              </w:rPr>
              <w:t>Стан присінку ротової порожнини.</w:t>
            </w:r>
          </w:p>
          <w:p w:rsidR="0054601C" w:rsidRDefault="000952AC">
            <w:pPr>
              <w:widowControl w:val="0"/>
              <w:numPr>
                <w:ilvl w:val="0"/>
                <w:numId w:val="40"/>
              </w:numPr>
              <w:tabs>
                <w:tab w:val="left" w:pos="259"/>
              </w:tabs>
              <w:spacing w:after="0" w:line="240" w:lineRule="auto"/>
              <w:ind w:left="0" w:firstLine="0"/>
            </w:pPr>
            <w:r>
              <w:rPr>
                <w:color w:val="000000"/>
                <w:lang w:val="uk-UA" w:eastAsia="uk-UA" w:bidi="uk-UA"/>
              </w:rPr>
              <w:t>Стан ясен.</w:t>
            </w:r>
          </w:p>
        </w:tc>
        <w:tc>
          <w:tcPr>
            <w:tcW w:w="1565" w:type="dxa"/>
            <w:tcBorders>
              <w:top w:val="single" w:sz="4" w:space="0" w:color="auto"/>
              <w:left w:val="single" w:sz="4" w:space="0" w:color="auto"/>
              <w:bottom w:val="single" w:sz="4" w:space="0" w:color="auto"/>
              <w:right w:val="single" w:sz="4" w:space="0" w:color="auto"/>
            </w:tcBorders>
            <w:shd w:val="clear" w:color="auto" w:fill="auto"/>
          </w:tcPr>
          <w:p w:rsidR="0054601C" w:rsidRDefault="0054601C">
            <w:pPr>
              <w:widowControl w:val="0"/>
              <w:rPr>
                <w:sz w:val="10"/>
                <w:szCs w:val="10"/>
              </w:rPr>
            </w:pPr>
          </w:p>
        </w:tc>
      </w:tr>
    </w:tbl>
    <w:p w:rsidR="0054601C" w:rsidRDefault="0054601C">
      <w:pPr>
        <w:widowControl w:val="0"/>
        <w:spacing w:after="1279" w:line="1" w:lineRule="exact"/>
      </w:pPr>
    </w:p>
    <w:p w:rsidR="0054601C" w:rsidRPr="000952AC" w:rsidRDefault="000952AC">
      <w:pPr>
        <w:widowControl w:val="0"/>
        <w:numPr>
          <w:ilvl w:val="1"/>
          <w:numId w:val="41"/>
        </w:numPr>
        <w:tabs>
          <w:tab w:val="left" w:pos="1968"/>
        </w:tabs>
        <w:spacing w:after="940" w:line="240" w:lineRule="auto"/>
        <w:ind w:left="1260" w:hanging="420"/>
        <w:rPr>
          <w:lang w:val="ru-RU"/>
        </w:rPr>
      </w:pPr>
      <w:r>
        <w:rPr>
          <w:b/>
          <w:bCs/>
          <w:i/>
          <w:iCs/>
          <w:color w:val="000000"/>
          <w:u w:val="single"/>
          <w:lang w:val="uk-UA" w:eastAsia="uk-UA" w:bidi="uk-UA"/>
        </w:rPr>
        <w:t>Методичне забезпечення самостійної роботи лікарів-інтернів на основному етапі практичного заняття:</w:t>
      </w:r>
    </w:p>
    <w:p w:rsidR="0054601C" w:rsidRDefault="000952AC">
      <w:pPr>
        <w:widowControl w:val="0"/>
        <w:rPr>
          <w:sz w:val="2"/>
          <w:szCs w:val="2"/>
        </w:rPr>
      </w:pPr>
      <w:r>
        <w:rPr>
          <w:noProof/>
        </w:rPr>
        <w:drawing>
          <wp:inline distT="0" distB="0" distL="0" distR="0">
            <wp:extent cx="5559425" cy="2578735"/>
            <wp:effectExtent l="0" t="0" r="0" b="0"/>
            <wp:docPr id="11" name="Picut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a:stretch/>
                  </pic:blipFill>
                  <pic:spPr>
                    <a:xfrm>
                      <a:off x="0" y="0"/>
                      <a:ext cx="5559425" cy="2578735"/>
                    </a:xfrm>
                    <a:prstGeom prst="rect">
                      <a:avLst/>
                    </a:prstGeom>
                  </pic:spPr>
                </pic:pic>
              </a:graphicData>
            </a:graphic>
          </wp:inline>
        </w:drawing>
      </w:r>
    </w:p>
    <w:p w:rsidR="0054601C" w:rsidRDefault="0054601C">
      <w:pPr>
        <w:widowControl w:val="0"/>
        <w:spacing w:after="99" w:line="1" w:lineRule="exact"/>
      </w:pPr>
    </w:p>
    <w:p w:rsidR="0054601C" w:rsidRPr="000952AC" w:rsidRDefault="000952AC">
      <w:pPr>
        <w:widowControl w:val="0"/>
        <w:spacing w:after="0" w:line="240" w:lineRule="auto"/>
        <w:rPr>
          <w:lang w:val="ru-RU"/>
        </w:rPr>
      </w:pPr>
      <w:r>
        <w:rPr>
          <w:color w:val="000000"/>
          <w:lang w:val="uk-UA" w:eastAsia="uk-UA" w:bidi="uk-UA"/>
        </w:rPr>
        <w:t>Результат ортодонтичного лікування розробленим апаратом пацієнта В., 9 років</w:t>
      </w:r>
      <w:r w:rsidRPr="000952AC">
        <w:rPr>
          <w:lang w:val="ru-RU"/>
        </w:rPr>
        <w:br w:type="page"/>
      </w:r>
    </w:p>
    <w:p w:rsidR="0054601C" w:rsidRDefault="000952AC">
      <w:pPr>
        <w:widowControl w:val="0"/>
        <w:jc w:val="center"/>
        <w:rPr>
          <w:sz w:val="2"/>
          <w:szCs w:val="2"/>
        </w:rPr>
      </w:pPr>
      <w:r>
        <w:rPr>
          <w:noProof/>
        </w:rPr>
        <w:lastRenderedPageBreak/>
        <w:drawing>
          <wp:inline distT="0" distB="0" distL="0" distR="0">
            <wp:extent cx="5864225" cy="4498975"/>
            <wp:effectExtent l="0" t="0" r="0" b="0"/>
            <wp:docPr id="12" name="Picut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a:stretch/>
                  </pic:blipFill>
                  <pic:spPr>
                    <a:xfrm>
                      <a:off x="0" y="0"/>
                      <a:ext cx="5864225" cy="4498975"/>
                    </a:xfrm>
                    <a:prstGeom prst="rect">
                      <a:avLst/>
                    </a:prstGeom>
                  </pic:spPr>
                </pic:pic>
              </a:graphicData>
            </a:graphic>
          </wp:inline>
        </w:drawing>
      </w:r>
    </w:p>
    <w:p w:rsidR="0054601C" w:rsidRPr="000952AC" w:rsidRDefault="000952AC">
      <w:pPr>
        <w:widowControl w:val="0"/>
        <w:spacing w:after="0" w:line="240" w:lineRule="auto"/>
        <w:rPr>
          <w:lang w:val="ru-RU"/>
        </w:rPr>
      </w:pPr>
      <w:r>
        <w:rPr>
          <w:color w:val="000000"/>
          <w:lang w:val="uk-UA" w:eastAsia="uk-UA" w:bidi="uk-UA"/>
        </w:rPr>
        <w:t>КДМ пацієнта до та після експансії розробленним апаратом</w:t>
      </w:r>
    </w:p>
    <w:p w:rsidR="0054601C" w:rsidRPr="000952AC" w:rsidRDefault="0054601C">
      <w:pPr>
        <w:widowControl w:val="0"/>
        <w:spacing w:after="599" w:line="1" w:lineRule="exact"/>
        <w:rPr>
          <w:lang w:val="ru-RU"/>
        </w:rPr>
      </w:pPr>
    </w:p>
    <w:p w:rsidR="0054601C" w:rsidRPr="000952AC" w:rsidRDefault="0054601C">
      <w:pPr>
        <w:widowControl w:val="0"/>
        <w:spacing w:line="1" w:lineRule="exact"/>
        <w:rPr>
          <w:lang w:val="ru-RU"/>
        </w:rPr>
      </w:pPr>
    </w:p>
    <w:p w:rsidR="0054601C" w:rsidRDefault="000952AC">
      <w:pPr>
        <w:widowControl w:val="0"/>
        <w:jc w:val="center"/>
        <w:rPr>
          <w:sz w:val="2"/>
          <w:szCs w:val="2"/>
        </w:rPr>
      </w:pPr>
      <w:r>
        <w:rPr>
          <w:noProof/>
        </w:rPr>
        <w:drawing>
          <wp:inline distT="0" distB="0" distL="0" distR="0">
            <wp:extent cx="5828030" cy="2084705"/>
            <wp:effectExtent l="0" t="0" r="0" b="0"/>
            <wp:docPr id="13" name="Picut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a:stretch/>
                  </pic:blipFill>
                  <pic:spPr>
                    <a:xfrm>
                      <a:off x="0" y="0"/>
                      <a:ext cx="5828030" cy="2084705"/>
                    </a:xfrm>
                    <a:prstGeom prst="rect">
                      <a:avLst/>
                    </a:prstGeom>
                  </pic:spPr>
                </pic:pic>
              </a:graphicData>
            </a:graphic>
          </wp:inline>
        </w:drawing>
      </w:r>
    </w:p>
    <w:p w:rsidR="0054601C" w:rsidRDefault="000952AC">
      <w:pPr>
        <w:widowControl w:val="0"/>
        <w:spacing w:after="0" w:line="240" w:lineRule="auto"/>
      </w:pPr>
      <w:r>
        <w:rPr>
          <w:color w:val="000000"/>
          <w:lang w:val="uk-UA" w:eastAsia="uk-UA" w:bidi="uk-UA"/>
        </w:rPr>
        <w:t>Розроблений апарат на КДМ</w:t>
      </w:r>
    </w:p>
    <w:p w:rsidR="0054601C" w:rsidRDefault="000952AC">
      <w:pPr>
        <w:widowControl w:val="0"/>
        <w:spacing w:line="1" w:lineRule="exact"/>
      </w:pPr>
      <w:r>
        <w:br w:type="page"/>
      </w:r>
    </w:p>
    <w:p w:rsidR="0054601C" w:rsidRDefault="000952AC">
      <w:pPr>
        <w:widowControl w:val="0"/>
        <w:jc w:val="center"/>
        <w:rPr>
          <w:sz w:val="2"/>
          <w:szCs w:val="2"/>
        </w:rPr>
      </w:pPr>
      <w:r>
        <w:rPr>
          <w:noProof/>
        </w:rPr>
        <w:lastRenderedPageBreak/>
        <w:drawing>
          <wp:inline distT="0" distB="0" distL="0" distR="0">
            <wp:extent cx="5821680" cy="2145665"/>
            <wp:effectExtent l="0" t="0" r="0" b="0"/>
            <wp:docPr id="14" name="Picut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a:stretch/>
                  </pic:blipFill>
                  <pic:spPr>
                    <a:xfrm>
                      <a:off x="0" y="0"/>
                      <a:ext cx="5821680" cy="2145665"/>
                    </a:xfrm>
                    <a:prstGeom prst="rect">
                      <a:avLst/>
                    </a:prstGeom>
                  </pic:spPr>
                </pic:pic>
              </a:graphicData>
            </a:graphic>
          </wp:inline>
        </w:drawing>
      </w:r>
    </w:p>
    <w:p w:rsidR="0054601C" w:rsidRDefault="0054601C">
      <w:pPr>
        <w:widowControl w:val="0"/>
        <w:spacing w:after="479" w:line="1" w:lineRule="exact"/>
      </w:pPr>
    </w:p>
    <w:p w:rsidR="0054601C" w:rsidRDefault="0054601C">
      <w:pPr>
        <w:widowControl w:val="0"/>
        <w:spacing w:line="1" w:lineRule="exact"/>
      </w:pPr>
    </w:p>
    <w:p w:rsidR="0054601C" w:rsidRPr="000952AC" w:rsidRDefault="000952AC">
      <w:pPr>
        <w:widowControl w:val="0"/>
        <w:spacing w:after="0" w:line="240" w:lineRule="auto"/>
        <w:jc w:val="center"/>
        <w:rPr>
          <w:lang w:val="ru-RU"/>
        </w:rPr>
      </w:pPr>
      <w:r>
        <w:rPr>
          <w:color w:val="000000"/>
          <w:lang w:val="uk-UA" w:eastAsia="uk-UA" w:bidi="uk-UA"/>
        </w:rPr>
        <w:t>КДМ пацієнта Б., 6 років до та після розширення верхньої щелепи</w:t>
      </w:r>
    </w:p>
    <w:p w:rsidR="0054601C" w:rsidRDefault="000952AC">
      <w:pPr>
        <w:widowControl w:val="0"/>
        <w:jc w:val="center"/>
        <w:rPr>
          <w:sz w:val="2"/>
          <w:szCs w:val="2"/>
        </w:rPr>
      </w:pPr>
      <w:r>
        <w:rPr>
          <w:noProof/>
        </w:rPr>
        <w:drawing>
          <wp:inline distT="0" distB="0" distL="0" distR="0">
            <wp:extent cx="5925185" cy="3035935"/>
            <wp:effectExtent l="0" t="0" r="0" b="0"/>
            <wp:docPr id="15" name="Picut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a:stretch/>
                  </pic:blipFill>
                  <pic:spPr>
                    <a:xfrm>
                      <a:off x="0" y="0"/>
                      <a:ext cx="5925185" cy="3035935"/>
                    </a:xfrm>
                    <a:prstGeom prst="rect">
                      <a:avLst/>
                    </a:prstGeom>
                  </pic:spPr>
                </pic:pic>
              </a:graphicData>
            </a:graphic>
          </wp:inline>
        </w:drawing>
      </w:r>
    </w:p>
    <w:p w:rsidR="0054601C" w:rsidRDefault="000952AC">
      <w:pPr>
        <w:widowControl w:val="0"/>
        <w:spacing w:after="0" w:line="240" w:lineRule="auto"/>
      </w:pPr>
      <w:r>
        <w:rPr>
          <w:color w:val="000000"/>
          <w:lang w:val="uk-UA" w:eastAsia="uk-UA" w:bidi="uk-UA"/>
        </w:rPr>
        <w:t>Результати лікування пацієнта Б., 6 років</w:t>
      </w:r>
    </w:p>
    <w:p w:rsidR="0054601C" w:rsidRDefault="0054601C">
      <w:pPr>
        <w:widowControl w:val="0"/>
        <w:spacing w:after="479" w:line="1" w:lineRule="exact"/>
      </w:pPr>
    </w:p>
    <w:p w:rsidR="0054601C" w:rsidRDefault="0054601C">
      <w:pPr>
        <w:widowControl w:val="0"/>
        <w:spacing w:line="1" w:lineRule="exact"/>
      </w:pPr>
    </w:p>
    <w:p w:rsidR="0054601C" w:rsidRDefault="000952AC">
      <w:pPr>
        <w:widowControl w:val="0"/>
        <w:jc w:val="center"/>
        <w:rPr>
          <w:sz w:val="2"/>
          <w:szCs w:val="2"/>
        </w:rPr>
      </w:pPr>
      <w:r>
        <w:rPr>
          <w:noProof/>
        </w:rPr>
        <w:drawing>
          <wp:inline distT="0" distB="0" distL="0" distR="0">
            <wp:extent cx="6004560" cy="2670175"/>
            <wp:effectExtent l="0" t="0" r="0" b="0"/>
            <wp:docPr id="16" name="Picut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a:stretch/>
                  </pic:blipFill>
                  <pic:spPr>
                    <a:xfrm>
                      <a:off x="0" y="0"/>
                      <a:ext cx="6004560" cy="2670175"/>
                    </a:xfrm>
                    <a:prstGeom prst="rect">
                      <a:avLst/>
                    </a:prstGeom>
                  </pic:spPr>
                </pic:pic>
              </a:graphicData>
            </a:graphic>
          </wp:inline>
        </w:drawing>
      </w:r>
    </w:p>
    <w:p w:rsidR="0054601C" w:rsidRPr="000952AC" w:rsidRDefault="000952AC">
      <w:pPr>
        <w:widowControl w:val="0"/>
        <w:spacing w:after="0" w:line="240" w:lineRule="auto"/>
        <w:ind w:left="43"/>
        <w:rPr>
          <w:lang w:val="ru-RU"/>
        </w:rPr>
      </w:pPr>
      <w:r>
        <w:rPr>
          <w:color w:val="000000"/>
          <w:lang w:val="uk-UA" w:eastAsia="uk-UA" w:bidi="uk-UA"/>
        </w:rPr>
        <w:t xml:space="preserve">Розроблений апарат в ротовой порожнині пацієнта </w:t>
      </w:r>
      <w:r>
        <w:rPr>
          <w:color w:val="000000"/>
          <w:lang w:val="uk-UA" w:eastAsia="uk-UA" w:bidi="uk-UA"/>
        </w:rPr>
        <w:t>Б., 6 років</w:t>
      </w:r>
    </w:p>
    <w:p w:rsidR="0054601C" w:rsidRPr="000952AC" w:rsidRDefault="0054601C">
      <w:pPr>
        <w:widowControl w:val="0"/>
        <w:spacing w:line="1" w:lineRule="exact"/>
        <w:rPr>
          <w:lang w:val="ru-RU"/>
        </w:rPr>
        <w:sectPr w:rsidR="0054601C" w:rsidRPr="000952AC" w:rsidSect="00034616">
          <w:pgSz w:w="11900" w:h="16840"/>
          <w:pgMar w:top="813" w:right="800" w:bottom="607" w:left="1294" w:header="385" w:footer="179" w:gutter="0"/>
          <w:pgNumType w:start="1"/>
          <w:cols w:space="720"/>
          <w:noEndnote/>
          <w:docGrid w:linePitch="360"/>
        </w:sectPr>
      </w:pPr>
    </w:p>
    <w:p w:rsidR="0054601C" w:rsidRDefault="000952AC">
      <w:pPr>
        <w:widowControl w:val="0"/>
        <w:jc w:val="center"/>
        <w:rPr>
          <w:sz w:val="2"/>
          <w:szCs w:val="2"/>
        </w:rPr>
      </w:pPr>
      <w:r>
        <w:rPr>
          <w:noProof/>
        </w:rPr>
        <w:lastRenderedPageBreak/>
        <w:drawing>
          <wp:inline distT="0" distB="0" distL="0" distR="0">
            <wp:extent cx="5828030" cy="1633855"/>
            <wp:effectExtent l="0" t="0" r="0" b="0"/>
            <wp:docPr id="17" name="Picut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a:stretch/>
                  </pic:blipFill>
                  <pic:spPr>
                    <a:xfrm>
                      <a:off x="0" y="0"/>
                      <a:ext cx="5828030" cy="1633855"/>
                    </a:xfrm>
                    <a:prstGeom prst="rect">
                      <a:avLst/>
                    </a:prstGeom>
                  </pic:spPr>
                </pic:pic>
              </a:graphicData>
            </a:graphic>
          </wp:inline>
        </w:drawing>
      </w:r>
    </w:p>
    <w:p w:rsidR="0054601C" w:rsidRDefault="0054601C">
      <w:pPr>
        <w:widowControl w:val="0"/>
        <w:spacing w:after="99" w:line="1" w:lineRule="exact"/>
      </w:pPr>
    </w:p>
    <w:p w:rsidR="0054601C" w:rsidRPr="000952AC" w:rsidRDefault="000952AC">
      <w:pPr>
        <w:widowControl w:val="0"/>
        <w:spacing w:after="540" w:line="240" w:lineRule="auto"/>
        <w:rPr>
          <w:lang w:val="ru-RU"/>
        </w:rPr>
      </w:pPr>
      <w:r>
        <w:rPr>
          <w:b/>
          <w:bCs/>
          <w:color w:val="000000"/>
          <w:lang w:val="uk-UA" w:eastAsia="uk-UA" w:bidi="uk-UA"/>
        </w:rPr>
        <w:t>Результати лікування пацієнта Г. в найближчі та у віддалені строки спостереження</w:t>
      </w:r>
    </w:p>
    <w:p w:rsidR="0054601C" w:rsidRDefault="000952AC">
      <w:pPr>
        <w:widowControl w:val="0"/>
        <w:jc w:val="center"/>
        <w:rPr>
          <w:sz w:val="2"/>
          <w:szCs w:val="2"/>
        </w:rPr>
        <w:sectPr w:rsidR="0054601C">
          <w:pgSz w:w="11900" w:h="16840"/>
          <w:pgMar w:top="813" w:right="800" w:bottom="607" w:left="1294" w:header="385" w:footer="3" w:gutter="0"/>
          <w:cols w:space="720"/>
          <w:noEndnote/>
          <w:docGrid w:linePitch="360"/>
        </w:sectPr>
      </w:pPr>
      <w:r>
        <w:rPr>
          <w:noProof/>
        </w:rPr>
        <w:drawing>
          <wp:inline distT="0" distB="0" distL="0" distR="0">
            <wp:extent cx="6053455" cy="3486785"/>
            <wp:effectExtent l="0" t="0" r="0" b="0"/>
            <wp:docPr id="20" name="Picut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a:stretch/>
                  </pic:blipFill>
                  <pic:spPr>
                    <a:xfrm>
                      <a:off x="0" y="0"/>
                      <a:ext cx="6053455" cy="3486785"/>
                    </a:xfrm>
                    <a:prstGeom prst="rect">
                      <a:avLst/>
                    </a:prstGeom>
                  </pic:spPr>
                </pic:pic>
              </a:graphicData>
            </a:graphic>
          </wp:inline>
        </w:drawing>
      </w:r>
    </w:p>
    <w:p w:rsidR="0054601C" w:rsidRDefault="0054601C">
      <w:pPr>
        <w:widowControl w:val="0"/>
        <w:spacing w:after="419" w:line="1" w:lineRule="exact"/>
      </w:pPr>
    </w:p>
    <w:p w:rsidR="0054601C" w:rsidRDefault="000952AC">
      <w:pPr>
        <w:widowControl w:val="0"/>
        <w:rPr>
          <w:sz w:val="2"/>
          <w:szCs w:val="2"/>
        </w:rPr>
      </w:pPr>
      <w:r>
        <w:rPr>
          <w:noProof/>
        </w:rPr>
        <w:drawing>
          <wp:inline distT="0" distB="0" distL="0" distR="0">
            <wp:extent cx="3486785" cy="3383280"/>
            <wp:effectExtent l="0" t="0" r="0" b="0"/>
            <wp:docPr id="21" name="Picut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a:stretch/>
                  </pic:blipFill>
                  <pic:spPr>
                    <a:xfrm>
                      <a:off x="0" y="0"/>
                      <a:ext cx="3486785" cy="3383280"/>
                    </a:xfrm>
                    <a:prstGeom prst="rect">
                      <a:avLst/>
                    </a:prstGeom>
                  </pic:spPr>
                </pic:pic>
              </a:graphicData>
            </a:graphic>
          </wp:inline>
        </w:drawing>
      </w:r>
    </w:p>
    <w:p w:rsidR="0054601C" w:rsidRPr="000952AC" w:rsidRDefault="000952AC">
      <w:pPr>
        <w:widowControl w:val="0"/>
        <w:spacing w:after="0" w:line="240" w:lineRule="auto"/>
        <w:rPr>
          <w:lang w:val="ru-RU"/>
        </w:rPr>
      </w:pPr>
      <w:r>
        <w:rPr>
          <w:color w:val="000000"/>
          <w:lang w:val="uk-UA" w:eastAsia="uk-UA" w:bidi="uk-UA"/>
        </w:rPr>
        <w:t>Рис.4.3. Схема вигинів пружин силового модуля</w:t>
      </w:r>
    </w:p>
    <w:p w:rsidR="0054601C" w:rsidRPr="000952AC" w:rsidRDefault="0054601C">
      <w:pPr>
        <w:widowControl w:val="0"/>
        <w:spacing w:after="199" w:line="1" w:lineRule="exact"/>
        <w:rPr>
          <w:lang w:val="ru-RU"/>
        </w:rPr>
      </w:pPr>
    </w:p>
    <w:p w:rsidR="0054601C" w:rsidRDefault="000952AC">
      <w:pPr>
        <w:widowControl w:val="0"/>
        <w:jc w:val="center"/>
        <w:rPr>
          <w:sz w:val="2"/>
          <w:szCs w:val="2"/>
        </w:rPr>
      </w:pPr>
      <w:r>
        <w:rPr>
          <w:noProof/>
        </w:rPr>
        <w:drawing>
          <wp:inline distT="0" distB="0" distL="0" distR="0">
            <wp:extent cx="5943600" cy="3054350"/>
            <wp:effectExtent l="0" t="0" r="0" b="0"/>
            <wp:docPr id="22" name="Picut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a:stretch/>
                  </pic:blipFill>
                  <pic:spPr>
                    <a:xfrm>
                      <a:off x="0" y="0"/>
                      <a:ext cx="5943600" cy="3054350"/>
                    </a:xfrm>
                    <a:prstGeom prst="rect">
                      <a:avLst/>
                    </a:prstGeom>
                  </pic:spPr>
                </pic:pic>
              </a:graphicData>
            </a:graphic>
          </wp:inline>
        </w:drawing>
      </w:r>
    </w:p>
    <w:p w:rsidR="0054601C" w:rsidRPr="000952AC" w:rsidRDefault="000952AC">
      <w:pPr>
        <w:widowControl w:val="0"/>
        <w:spacing w:after="0" w:line="240" w:lineRule="auto"/>
        <w:ind w:left="86"/>
        <w:rPr>
          <w:lang w:val="ru-RU"/>
        </w:rPr>
      </w:pPr>
      <w:r>
        <w:rPr>
          <w:color w:val="000000"/>
          <w:lang w:val="uk-UA" w:eastAsia="uk-UA" w:bidi="uk-UA"/>
        </w:rPr>
        <w:t>Рис. 4.8. Розподіл навантаження в силовому модулі</w:t>
      </w:r>
      <w:r w:rsidRPr="000952AC">
        <w:rPr>
          <w:lang w:val="ru-RU"/>
        </w:rPr>
        <w:br w:type="page"/>
      </w:r>
    </w:p>
    <w:p w:rsidR="0054601C" w:rsidRDefault="000952AC">
      <w:pPr>
        <w:widowControl w:val="0"/>
        <w:rPr>
          <w:sz w:val="2"/>
          <w:szCs w:val="2"/>
        </w:rPr>
      </w:pPr>
      <w:r>
        <w:rPr>
          <w:noProof/>
        </w:rPr>
        <w:lastRenderedPageBreak/>
        <w:drawing>
          <wp:inline distT="0" distB="0" distL="0" distR="0">
            <wp:extent cx="5632450" cy="2658110"/>
            <wp:effectExtent l="0" t="0" r="0" b="0"/>
            <wp:docPr id="23" name="Picut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a:stretch/>
                  </pic:blipFill>
                  <pic:spPr>
                    <a:xfrm>
                      <a:off x="0" y="0"/>
                      <a:ext cx="5632450" cy="2658110"/>
                    </a:xfrm>
                    <a:prstGeom prst="rect">
                      <a:avLst/>
                    </a:prstGeom>
                  </pic:spPr>
                </pic:pic>
              </a:graphicData>
            </a:graphic>
          </wp:inline>
        </w:drawing>
      </w:r>
    </w:p>
    <w:p w:rsidR="0054601C" w:rsidRDefault="0054601C">
      <w:pPr>
        <w:widowControl w:val="0"/>
        <w:spacing w:after="839" w:line="1" w:lineRule="exact"/>
      </w:pPr>
    </w:p>
    <w:p w:rsidR="0054601C" w:rsidRPr="000952AC" w:rsidRDefault="000952AC">
      <w:pPr>
        <w:widowControl w:val="0"/>
        <w:spacing w:after="0" w:line="240" w:lineRule="auto"/>
        <w:rPr>
          <w:lang w:val="ru-RU"/>
        </w:rPr>
      </w:pPr>
      <w:r>
        <w:rPr>
          <w:color w:val="000000"/>
          <w:lang w:val="uk-UA" w:eastAsia="uk-UA" w:bidi="uk-UA"/>
        </w:rPr>
        <w:t>Рис. 4.9. 3D модель розробленого ортодонтичного апарата</w:t>
      </w:r>
    </w:p>
    <w:p w:rsidR="0054601C" w:rsidRDefault="000952AC">
      <w:pPr>
        <w:widowControl w:val="0"/>
        <w:jc w:val="center"/>
        <w:rPr>
          <w:sz w:val="2"/>
          <w:szCs w:val="2"/>
        </w:rPr>
      </w:pPr>
      <w:r>
        <w:rPr>
          <w:noProof/>
        </w:rPr>
        <w:drawing>
          <wp:inline distT="0" distB="0" distL="0" distR="0">
            <wp:extent cx="5035550" cy="3261360"/>
            <wp:effectExtent l="0" t="0" r="0" b="0"/>
            <wp:docPr id="24" name="Picut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a:stretch/>
                  </pic:blipFill>
                  <pic:spPr>
                    <a:xfrm>
                      <a:off x="0" y="0"/>
                      <a:ext cx="5035550" cy="3261360"/>
                    </a:xfrm>
                    <a:prstGeom prst="rect">
                      <a:avLst/>
                    </a:prstGeom>
                  </pic:spPr>
                </pic:pic>
              </a:graphicData>
            </a:graphic>
          </wp:inline>
        </w:drawing>
      </w:r>
    </w:p>
    <w:p w:rsidR="0054601C" w:rsidRDefault="0054601C">
      <w:pPr>
        <w:widowControl w:val="0"/>
        <w:spacing w:after="139" w:line="1" w:lineRule="exact"/>
      </w:pPr>
    </w:p>
    <w:p w:rsidR="0054601C" w:rsidRDefault="000952AC">
      <w:pPr>
        <w:widowControl w:val="0"/>
        <w:spacing w:after="140" w:line="240" w:lineRule="auto"/>
        <w:ind w:firstLine="680"/>
      </w:pPr>
      <w:r>
        <w:rPr>
          <w:color w:val="000000"/>
          <w:lang w:val="uk-UA" w:eastAsia="uk-UA" w:bidi="uk-UA"/>
        </w:rPr>
        <w:t>КТ пацієнта з розщілиною піднебіння</w:t>
      </w:r>
    </w:p>
    <w:p w:rsidR="0054601C" w:rsidRDefault="000952AC">
      <w:pPr>
        <w:widowControl w:val="0"/>
        <w:spacing w:after="140" w:line="240" w:lineRule="auto"/>
        <w:ind w:left="1040"/>
      </w:pPr>
      <w:r>
        <w:rPr>
          <w:color w:val="000000"/>
          <w:lang w:val="uk-UA" w:eastAsia="uk-UA" w:bidi="uk-UA"/>
        </w:rPr>
        <w:t>Дані, отримані при КТ дослідженні, дозволили визначити оптимальну</w:t>
      </w:r>
    </w:p>
    <w:p w:rsidR="0054601C" w:rsidRPr="000952AC" w:rsidRDefault="000952AC">
      <w:pPr>
        <w:widowControl w:val="0"/>
        <w:spacing w:after="140" w:line="240" w:lineRule="auto"/>
        <w:rPr>
          <w:lang w:val="ru-RU"/>
        </w:rPr>
      </w:pPr>
      <w:r>
        <w:rPr>
          <w:color w:val="000000"/>
          <w:lang w:val="uk-UA" w:eastAsia="uk-UA" w:bidi="uk-UA"/>
        </w:rPr>
        <w:t>топографію і напрямок фіксуючих елементів.</w:t>
      </w:r>
      <w:r w:rsidRPr="000952AC">
        <w:rPr>
          <w:lang w:val="ru-RU"/>
        </w:rPr>
        <w:br w:type="page"/>
      </w:r>
    </w:p>
    <w:p w:rsidR="0054601C" w:rsidRDefault="000952AC">
      <w:pPr>
        <w:widowControl w:val="0"/>
        <w:rPr>
          <w:sz w:val="2"/>
          <w:szCs w:val="2"/>
        </w:rPr>
      </w:pPr>
      <w:r>
        <w:rPr>
          <w:noProof/>
        </w:rPr>
        <w:lastRenderedPageBreak/>
        <w:drawing>
          <wp:inline distT="0" distB="0" distL="0" distR="0">
            <wp:extent cx="5394960" cy="4584065"/>
            <wp:effectExtent l="0" t="0" r="0" b="0"/>
            <wp:docPr id="25" name="Picut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a:stretch/>
                  </pic:blipFill>
                  <pic:spPr>
                    <a:xfrm>
                      <a:off x="0" y="0"/>
                      <a:ext cx="5394960" cy="4584065"/>
                    </a:xfrm>
                    <a:prstGeom prst="rect">
                      <a:avLst/>
                    </a:prstGeom>
                  </pic:spPr>
                </pic:pic>
              </a:graphicData>
            </a:graphic>
          </wp:inline>
        </w:drawing>
      </w:r>
    </w:p>
    <w:p w:rsidR="0054601C" w:rsidRDefault="000952AC">
      <w:pPr>
        <w:widowControl w:val="0"/>
        <w:spacing w:after="0" w:line="240" w:lineRule="auto"/>
        <w:ind w:left="53"/>
      </w:pPr>
      <w:r>
        <w:rPr>
          <w:color w:val="000000"/>
          <w:lang w:val="uk-UA" w:eastAsia="uk-UA" w:bidi="uk-UA"/>
        </w:rPr>
        <w:t>3D моделі щелеп пацієнтів</w:t>
      </w:r>
    </w:p>
    <w:p w:rsidR="0054601C" w:rsidRDefault="0054601C">
      <w:pPr>
        <w:widowControl w:val="0"/>
        <w:spacing w:after="459" w:line="1" w:lineRule="exact"/>
      </w:pPr>
    </w:p>
    <w:p w:rsidR="0054601C" w:rsidRDefault="000952AC">
      <w:pPr>
        <w:keepNext/>
        <w:keepLines/>
        <w:widowControl w:val="0"/>
        <w:numPr>
          <w:ilvl w:val="1"/>
          <w:numId w:val="41"/>
        </w:numPr>
        <w:tabs>
          <w:tab w:val="left" w:pos="2128"/>
          <w:tab w:val="left" w:pos="3280"/>
          <w:tab w:val="left" w:pos="4326"/>
        </w:tabs>
        <w:spacing w:after="0" w:line="240" w:lineRule="auto"/>
        <w:ind w:left="0" w:firstLine="1000"/>
        <w:jc w:val="both"/>
      </w:pPr>
      <w:r>
        <w:rPr>
          <w:color w:val="000000"/>
          <w:lang w:val="uk-UA" w:eastAsia="uk-UA" w:bidi="uk-UA"/>
        </w:rPr>
        <w:t>Матеріали</w:t>
      </w:r>
      <w:r>
        <w:rPr>
          <w:color w:val="000000"/>
          <w:lang w:val="uk-UA" w:eastAsia="uk-UA" w:bidi="uk-UA"/>
        </w:rPr>
        <w:tab/>
        <w:t>для</w:t>
      </w:r>
      <w:r>
        <w:rPr>
          <w:color w:val="000000"/>
          <w:lang w:val="uk-UA" w:eastAsia="uk-UA" w:bidi="uk-UA"/>
        </w:rPr>
        <w:tab/>
      </w:r>
      <w:r>
        <w:rPr>
          <w:color w:val="000000"/>
          <w:lang w:val="uk-UA" w:eastAsia="uk-UA" w:bidi="uk-UA"/>
        </w:rPr>
        <w:t>післяаудиторної самостійної роботи</w:t>
      </w:r>
    </w:p>
    <w:p w:rsidR="0054601C" w:rsidRPr="000952AC" w:rsidRDefault="000952AC">
      <w:pPr>
        <w:widowControl w:val="0"/>
        <w:numPr>
          <w:ilvl w:val="0"/>
          <w:numId w:val="42"/>
        </w:numPr>
        <w:tabs>
          <w:tab w:val="left" w:pos="1691"/>
        </w:tabs>
        <w:spacing w:after="0" w:line="240" w:lineRule="auto"/>
        <w:ind w:left="0" w:firstLine="1000"/>
        <w:jc w:val="both"/>
        <w:rPr>
          <w:lang w:val="ru-RU"/>
        </w:rPr>
      </w:pPr>
      <w:r>
        <w:rPr>
          <w:color w:val="000000"/>
          <w:lang w:val="uk-UA" w:eastAsia="uk-UA" w:bidi="uk-UA"/>
        </w:rPr>
        <w:t>Анатомічні особливості будови щелепно-лицевої ділянки в дітей.</w:t>
      </w:r>
    </w:p>
    <w:p w:rsidR="0054601C" w:rsidRPr="000952AC" w:rsidRDefault="000952AC">
      <w:pPr>
        <w:widowControl w:val="0"/>
        <w:numPr>
          <w:ilvl w:val="0"/>
          <w:numId w:val="42"/>
        </w:numPr>
        <w:tabs>
          <w:tab w:val="left" w:pos="1691"/>
        </w:tabs>
        <w:spacing w:after="0" w:line="240" w:lineRule="auto"/>
        <w:ind w:left="0" w:firstLine="1000"/>
        <w:jc w:val="both"/>
        <w:rPr>
          <w:lang w:val="ru-RU"/>
        </w:rPr>
      </w:pPr>
      <w:r>
        <w:rPr>
          <w:color w:val="000000"/>
          <w:lang w:val="uk-UA" w:eastAsia="uk-UA" w:bidi="uk-UA"/>
        </w:rPr>
        <w:t>Як в ембріональному періоді розвивається ЩЛД?</w:t>
      </w:r>
    </w:p>
    <w:p w:rsidR="0054601C" w:rsidRPr="000952AC" w:rsidRDefault="000952AC">
      <w:pPr>
        <w:widowControl w:val="0"/>
        <w:numPr>
          <w:ilvl w:val="0"/>
          <w:numId w:val="42"/>
        </w:numPr>
        <w:tabs>
          <w:tab w:val="left" w:pos="1691"/>
        </w:tabs>
        <w:spacing w:after="640" w:line="240" w:lineRule="auto"/>
        <w:ind w:left="0" w:firstLine="1000"/>
        <w:jc w:val="both"/>
        <w:rPr>
          <w:lang w:val="ru-RU"/>
        </w:rPr>
      </w:pPr>
      <w:r>
        <w:rPr>
          <w:color w:val="000000"/>
          <w:lang w:val="uk-UA" w:eastAsia="uk-UA" w:bidi="uk-UA"/>
        </w:rPr>
        <w:t>Емріогенез ротової порожнини, щелеп і зубів.</w:t>
      </w:r>
    </w:p>
    <w:p w:rsidR="0054601C" w:rsidRDefault="000952AC">
      <w:pPr>
        <w:widowControl w:val="0"/>
        <w:numPr>
          <w:ilvl w:val="0"/>
          <w:numId w:val="43"/>
        </w:numPr>
        <w:tabs>
          <w:tab w:val="left" w:pos="1528"/>
        </w:tabs>
        <w:spacing w:after="160" w:line="240" w:lineRule="auto"/>
        <w:ind w:left="1160" w:firstLine="0"/>
        <w:jc w:val="both"/>
      </w:pPr>
      <w:r>
        <w:rPr>
          <w:color w:val="000000"/>
          <w:u w:val="single"/>
          <w:lang w:val="uk-UA" w:eastAsia="uk-UA" w:bidi="uk-UA"/>
        </w:rPr>
        <w:t>Список рекомендованої літератури</w:t>
      </w:r>
    </w:p>
    <w:p w:rsidR="0054601C" w:rsidRDefault="000952AC">
      <w:pPr>
        <w:widowControl w:val="0"/>
        <w:numPr>
          <w:ilvl w:val="0"/>
          <w:numId w:val="44"/>
        </w:numPr>
        <w:tabs>
          <w:tab w:val="left" w:pos="277"/>
        </w:tabs>
        <w:spacing w:after="0" w:line="240" w:lineRule="auto"/>
        <w:ind w:left="300" w:hanging="300"/>
        <w:jc w:val="both"/>
      </w:pPr>
      <w:r>
        <w:rPr>
          <w:color w:val="000000"/>
          <w:lang w:val="uk-UA" w:eastAsia="uk-UA" w:bidi="uk-UA"/>
        </w:rPr>
        <w:t xml:space="preserve">.Біденко Н. В., Борисенко А. В., </w:t>
      </w:r>
      <w:r>
        <w:rPr>
          <w:color w:val="000000"/>
          <w:lang w:val="uk-UA" w:eastAsia="uk-UA" w:bidi="uk-UA"/>
        </w:rPr>
        <w:t>Васильчук О. В., Волинець В. М., Воловар О. С., Голубєва І. М. та інш. Алгоритми виконання стоматологічних і медичних маніпуляцій для підготовки до Державної атестації студентів 5 курсу за спеціальністю «Стоматологія». Київ, «Книга плюс», 2018.- 448 с.</w:t>
      </w:r>
    </w:p>
    <w:p w:rsidR="0054601C" w:rsidRDefault="000952AC">
      <w:pPr>
        <w:widowControl w:val="0"/>
        <w:numPr>
          <w:ilvl w:val="0"/>
          <w:numId w:val="44"/>
        </w:numPr>
        <w:tabs>
          <w:tab w:val="left" w:pos="325"/>
        </w:tabs>
        <w:spacing w:after="0" w:line="240" w:lineRule="auto"/>
        <w:ind w:left="300" w:hanging="300"/>
        <w:jc w:val="both"/>
      </w:pPr>
      <w:r>
        <w:rPr>
          <w:color w:val="000000"/>
          <w:lang w:val="uk-UA" w:eastAsia="uk-UA" w:bidi="uk-UA"/>
        </w:rPr>
        <w:t>. М</w:t>
      </w:r>
      <w:r>
        <w:rPr>
          <w:color w:val="000000"/>
          <w:lang w:val="uk-UA" w:eastAsia="uk-UA" w:bidi="uk-UA"/>
        </w:rPr>
        <w:t>оделювання анатомічної форми зубів: підручник / П.С. Фліс, Т.М. Банних, А.М. Бібік, С.Б. Костенко. -2019, 352 с.</w:t>
      </w:r>
    </w:p>
    <w:p w:rsidR="0054601C" w:rsidRPr="000952AC" w:rsidRDefault="000952AC">
      <w:pPr>
        <w:widowControl w:val="0"/>
        <w:numPr>
          <w:ilvl w:val="0"/>
          <w:numId w:val="44"/>
        </w:numPr>
        <w:tabs>
          <w:tab w:val="left" w:pos="310"/>
        </w:tabs>
        <w:spacing w:after="0" w:line="240" w:lineRule="auto"/>
        <w:ind w:left="300" w:hanging="300"/>
        <w:jc w:val="both"/>
        <w:rPr>
          <w:lang w:val="ru-RU"/>
        </w:rPr>
      </w:pPr>
      <w:r>
        <w:rPr>
          <w:color w:val="000000"/>
          <w:lang w:val="uk-UA" w:eastAsia="uk-UA" w:bidi="uk-UA"/>
        </w:rPr>
        <w:t>. Стоматологія у 2х книгах. Книга 2: підручник. Н.Рожко, И.Кириленко, О.Г. Денисенко. -2018, 992 с.</w:t>
      </w:r>
    </w:p>
    <w:p w:rsidR="0054601C" w:rsidRPr="000952AC" w:rsidRDefault="000952AC">
      <w:pPr>
        <w:widowControl w:val="0"/>
        <w:numPr>
          <w:ilvl w:val="0"/>
          <w:numId w:val="44"/>
        </w:numPr>
        <w:tabs>
          <w:tab w:val="left" w:pos="325"/>
        </w:tabs>
        <w:spacing w:after="0" w:line="240" w:lineRule="auto"/>
        <w:ind w:left="300" w:hanging="300"/>
        <w:jc w:val="both"/>
        <w:rPr>
          <w:lang w:val="ru-RU"/>
        </w:rPr>
      </w:pPr>
      <w:r>
        <w:rPr>
          <w:color w:val="000000"/>
          <w:lang w:val="uk-UA" w:eastAsia="uk-UA" w:bidi="uk-UA"/>
        </w:rPr>
        <w:t xml:space="preserve">.Стоматологія у 2х книгах. Книга 2: </w:t>
      </w:r>
      <w:r>
        <w:rPr>
          <w:color w:val="000000"/>
          <w:lang w:val="uk-UA" w:eastAsia="uk-UA" w:bidi="uk-UA"/>
        </w:rPr>
        <w:t>підручник. Н.Рожко, И.Кириленко, О.Г. Денисенко. -2018, 992 с.</w:t>
      </w:r>
    </w:p>
    <w:p w:rsidR="0054601C" w:rsidRDefault="000952AC">
      <w:pPr>
        <w:widowControl w:val="0"/>
        <w:numPr>
          <w:ilvl w:val="0"/>
          <w:numId w:val="44"/>
        </w:numPr>
        <w:tabs>
          <w:tab w:val="left" w:pos="310"/>
        </w:tabs>
        <w:spacing w:after="0" w:line="240" w:lineRule="auto"/>
        <w:ind w:left="300" w:hanging="300"/>
        <w:jc w:val="both"/>
      </w:pPr>
      <w:r>
        <w:rPr>
          <w:color w:val="000000"/>
          <w:lang w:val="uk-UA" w:eastAsia="uk-UA" w:bidi="uk-UA"/>
        </w:rPr>
        <w:t>. Рожко М.М., Попович В.Д., Куроєдова В.Д. Стоматологія: у 2 книгах. «Медицина», 2018 р., 992 с.</w:t>
      </w:r>
    </w:p>
    <w:p w:rsidR="0054601C" w:rsidRDefault="000952AC">
      <w:pPr>
        <w:widowControl w:val="0"/>
        <w:numPr>
          <w:ilvl w:val="0"/>
          <w:numId w:val="44"/>
        </w:numPr>
        <w:tabs>
          <w:tab w:val="left" w:pos="320"/>
        </w:tabs>
        <w:spacing w:after="460" w:line="240" w:lineRule="auto"/>
        <w:ind w:left="300" w:hanging="300"/>
        <w:jc w:val="both"/>
      </w:pPr>
      <w:r>
        <w:rPr>
          <w:color w:val="000000"/>
          <w:lang w:val="uk-UA" w:eastAsia="uk-UA" w:bidi="uk-UA"/>
        </w:rPr>
        <w:t>. Ілько А.А. Анестезіологія, інтенсивна терапія і реаніматологія: навчальний посібник (ВНЗ І-ІІІ</w:t>
      </w:r>
      <w:r>
        <w:rPr>
          <w:color w:val="000000"/>
          <w:lang w:val="uk-UA" w:eastAsia="uk-UA" w:bidi="uk-UA"/>
        </w:rPr>
        <w:t xml:space="preserve"> р.а.). 2е вид. -2018. - 256 с.</w:t>
      </w:r>
    </w:p>
    <w:p w:rsidR="0054601C" w:rsidRPr="000952AC" w:rsidRDefault="000952AC">
      <w:pPr>
        <w:widowControl w:val="0"/>
        <w:numPr>
          <w:ilvl w:val="0"/>
          <w:numId w:val="44"/>
        </w:numPr>
        <w:tabs>
          <w:tab w:val="left" w:pos="260"/>
        </w:tabs>
        <w:spacing w:after="0" w:line="240" w:lineRule="auto"/>
        <w:ind w:left="300" w:hanging="300"/>
        <w:rPr>
          <w:lang w:val="ru-RU"/>
        </w:rPr>
      </w:pPr>
      <w:r>
        <w:rPr>
          <w:color w:val="000000"/>
          <w:lang w:val="uk-UA" w:eastAsia="uk-UA" w:bidi="uk-UA"/>
        </w:rPr>
        <w:t>.Малик С.В. Хірургія для стоматологічних факультетів. -Нова книга.-2020. -440 с.</w:t>
      </w:r>
    </w:p>
    <w:p w:rsidR="0054601C" w:rsidRDefault="000952AC">
      <w:pPr>
        <w:widowControl w:val="0"/>
        <w:numPr>
          <w:ilvl w:val="0"/>
          <w:numId w:val="44"/>
        </w:numPr>
        <w:tabs>
          <w:tab w:val="left" w:pos="255"/>
        </w:tabs>
        <w:spacing w:after="0" w:line="240" w:lineRule="auto"/>
        <w:ind w:left="300" w:hanging="300"/>
      </w:pPr>
      <w:r>
        <w:rPr>
          <w:color w:val="000000"/>
          <w:lang w:val="uk-UA" w:eastAsia="uk-UA" w:bidi="uk-UA"/>
        </w:rPr>
        <w:t xml:space="preserve">.Профілактика стоматологічних захворювань: підруч. для студ. вищих мед. навч. закл. / Л. </w:t>
      </w:r>
      <w:r>
        <w:rPr>
          <w:color w:val="000000"/>
          <w:lang w:val="uk-UA" w:eastAsia="uk-UA" w:bidi="uk-UA"/>
        </w:rPr>
        <w:lastRenderedPageBreak/>
        <w:t>Ф. Каськова, Л. І. Амосова, О. О. Карпенко [та ін.]; з</w:t>
      </w:r>
      <w:r>
        <w:rPr>
          <w:color w:val="000000"/>
          <w:lang w:val="uk-UA" w:eastAsia="uk-UA" w:bidi="uk-UA"/>
        </w:rPr>
        <w:t xml:space="preserve">а ред. проф. Л. Ф. Каськової. — Х.: Факт, 2019. — 392 с.: іл. </w:t>
      </w:r>
      <w:r>
        <w:rPr>
          <w:color w:val="000000"/>
          <w:lang w:bidi="en-US"/>
        </w:rPr>
        <w:t xml:space="preserve">ISBN </w:t>
      </w:r>
      <w:r>
        <w:rPr>
          <w:color w:val="000000"/>
          <w:lang w:val="uk-UA" w:eastAsia="uk-UA" w:bidi="uk-UA"/>
        </w:rPr>
        <w:t>978-966-637-697-1.</w:t>
      </w:r>
    </w:p>
    <w:p w:rsidR="0054601C" w:rsidRDefault="000952AC">
      <w:pPr>
        <w:widowControl w:val="0"/>
        <w:numPr>
          <w:ilvl w:val="0"/>
          <w:numId w:val="44"/>
        </w:numPr>
        <w:tabs>
          <w:tab w:val="left" w:pos="260"/>
        </w:tabs>
        <w:spacing w:after="0" w:line="240" w:lineRule="auto"/>
        <w:ind w:left="300" w:hanging="300"/>
      </w:pPr>
      <w:r>
        <w:rPr>
          <w:color w:val="000000"/>
          <w:lang w:val="uk-UA" w:eastAsia="uk-UA" w:bidi="uk-UA"/>
        </w:rPr>
        <w:t>.Мельник В.С., Горзов Л.Ф., Халак Р.О. М 38 Дитяча хірургічна стоматологія: Навчальний посібник. - Ужгород: Видавництво УжНУ «Говерла», 2018. - 92 с.</w:t>
      </w:r>
    </w:p>
    <w:p w:rsidR="0054601C" w:rsidRDefault="000952AC">
      <w:pPr>
        <w:widowControl w:val="0"/>
        <w:numPr>
          <w:ilvl w:val="0"/>
          <w:numId w:val="44"/>
        </w:numPr>
        <w:tabs>
          <w:tab w:val="left" w:pos="380"/>
        </w:tabs>
        <w:spacing w:after="0" w:line="240" w:lineRule="auto"/>
        <w:ind w:left="300" w:hanging="300"/>
      </w:pPr>
      <w:r>
        <w:rPr>
          <w:color w:val="000000"/>
          <w:lang w:val="uk-UA" w:eastAsia="uk-UA" w:bidi="uk-UA"/>
        </w:rPr>
        <w:t>.Казакова Р.В., Мель</w:t>
      </w:r>
      <w:r>
        <w:rPr>
          <w:color w:val="000000"/>
          <w:lang w:val="uk-UA" w:eastAsia="uk-UA" w:bidi="uk-UA"/>
        </w:rPr>
        <w:t>ник В.С., Горзов Л.Ф. Пропедевтика дитячої терапевтичної стоматології : навч. посіб. / під ред. проф. Р.В. Казакової. - Ужгород : Говерла, 2018. - 128 с.</w:t>
      </w:r>
    </w:p>
    <w:p w:rsidR="0054601C" w:rsidRPr="000952AC" w:rsidRDefault="000952AC">
      <w:pPr>
        <w:widowControl w:val="0"/>
        <w:numPr>
          <w:ilvl w:val="0"/>
          <w:numId w:val="44"/>
        </w:numPr>
        <w:tabs>
          <w:tab w:val="left" w:pos="361"/>
        </w:tabs>
        <w:spacing w:after="0" w:line="240" w:lineRule="auto"/>
        <w:ind w:left="300" w:hanging="300"/>
        <w:rPr>
          <w:lang w:val="uk-UA"/>
        </w:rPr>
      </w:pPr>
      <w:r>
        <w:rPr>
          <w:color w:val="000000"/>
          <w:lang w:val="uk-UA" w:eastAsia="uk-UA" w:bidi="uk-UA"/>
        </w:rPr>
        <w:t xml:space="preserve">.Обстеження дітей із хірургічними захворюваннями щелепно-лицевої ділянки. Затверджено Вченою Радою </w:t>
      </w:r>
      <w:r>
        <w:rPr>
          <w:color w:val="000000"/>
          <w:lang w:val="uk-UA" w:eastAsia="uk-UA" w:bidi="uk-UA"/>
        </w:rPr>
        <w:t>Національного медичного університету імені О.О. Богомольця як навчальний посібник для студентів, лікарів-інтернів стоматологічного факультету україномовної форми навчання вищих медичних навчальних закладів України ІІІ</w:t>
      </w:r>
      <w:r w:rsidRPr="000952AC">
        <w:rPr>
          <w:color w:val="000000"/>
          <w:lang w:val="uk-UA" w:bidi="en-US"/>
        </w:rPr>
        <w:t>-</w:t>
      </w:r>
      <w:r>
        <w:rPr>
          <w:color w:val="000000"/>
          <w:lang w:bidi="en-US"/>
        </w:rPr>
        <w:t>IV</w:t>
      </w:r>
      <w:r w:rsidRPr="000952AC">
        <w:rPr>
          <w:color w:val="000000"/>
          <w:lang w:val="uk-UA" w:bidi="en-US"/>
        </w:rPr>
        <w:t xml:space="preserve"> </w:t>
      </w:r>
      <w:r>
        <w:rPr>
          <w:color w:val="000000"/>
          <w:lang w:val="uk-UA" w:eastAsia="uk-UA" w:bidi="uk-UA"/>
        </w:rPr>
        <w:t xml:space="preserve">рівня акредитації, щелепно-лицевих </w:t>
      </w:r>
      <w:r>
        <w:rPr>
          <w:color w:val="000000"/>
          <w:lang w:val="uk-UA" w:eastAsia="uk-UA" w:bidi="uk-UA"/>
        </w:rPr>
        <w:t>хірургів, хірургів-стоматологів, логопедів та лікарів-ортодонтів (протокол № 13 від 18 червня 2021 року) Автор: Яковенко Л.М., Чехова І.Л., Єфименко В.П. 2022р.</w:t>
      </w:r>
    </w:p>
    <w:p w:rsidR="0054601C" w:rsidRDefault="000952AC">
      <w:pPr>
        <w:widowControl w:val="0"/>
        <w:numPr>
          <w:ilvl w:val="0"/>
          <w:numId w:val="44"/>
        </w:numPr>
        <w:tabs>
          <w:tab w:val="left" w:pos="409"/>
        </w:tabs>
        <w:spacing w:after="960" w:line="240" w:lineRule="auto"/>
        <w:ind w:left="0" w:firstLine="0"/>
        <w:jc w:val="both"/>
      </w:pPr>
      <w:r>
        <w:rPr>
          <w:color w:val="000000"/>
          <w:lang w:val="uk-UA" w:eastAsia="uk-UA" w:bidi="uk-UA"/>
        </w:rPr>
        <w:t xml:space="preserve">.Борисенко А. В., Коленко Ю. Г., Мялківський К. О. Мікробна екологія пародонту в осіб молодого </w:t>
      </w:r>
      <w:r>
        <w:rPr>
          <w:color w:val="000000"/>
          <w:lang w:val="uk-UA" w:eastAsia="uk-UA" w:bidi="uk-UA"/>
        </w:rPr>
        <w:t xml:space="preserve">віку //Сучасна стоматологія. - 2018. - №. 5. - С. </w:t>
      </w:r>
      <w:r>
        <w:rPr>
          <w:color w:val="000000"/>
          <w:lang w:bidi="en-US"/>
        </w:rPr>
        <w:t>28</w:t>
      </w:r>
      <w:r>
        <w:rPr>
          <w:color w:val="000000"/>
          <w:lang w:bidi="en-US"/>
        </w:rPr>
        <w:softHyphen/>
        <w:t>31.9</w:t>
      </w:r>
    </w:p>
    <w:p w:rsidR="0054601C" w:rsidRDefault="000952AC">
      <w:pPr>
        <w:keepNext/>
        <w:keepLines/>
        <w:widowControl w:val="0"/>
        <w:spacing w:after="0" w:line="240" w:lineRule="auto"/>
        <w:ind w:firstLine="300"/>
      </w:pPr>
      <w:r>
        <w:rPr>
          <w:color w:val="000000"/>
          <w:lang w:val="uk-UA" w:eastAsia="uk-UA" w:bidi="uk-UA"/>
        </w:rPr>
        <w:t>Додаткова література:</w:t>
      </w:r>
    </w:p>
    <w:p w:rsidR="0054601C" w:rsidRPr="000952AC" w:rsidRDefault="000952AC">
      <w:pPr>
        <w:widowControl w:val="0"/>
        <w:numPr>
          <w:ilvl w:val="0"/>
          <w:numId w:val="45"/>
        </w:numPr>
        <w:tabs>
          <w:tab w:val="left" w:pos="1334"/>
        </w:tabs>
        <w:spacing w:after="0" w:line="240" w:lineRule="auto"/>
        <w:ind w:left="1300" w:hanging="360"/>
        <w:jc w:val="both"/>
        <w:rPr>
          <w:lang w:val="ru-RU"/>
        </w:rPr>
      </w:pPr>
      <w:r>
        <w:rPr>
          <w:color w:val="000000"/>
          <w:lang w:val="uk-UA" w:eastAsia="uk-UA" w:bidi="uk-UA"/>
        </w:rPr>
        <w:t>Мочалов Ю.О. Перспективи подальшого вдосконалення стоматологічних фотокомпозитних пломбувальних матеріалів. Медична наука та практика: виклики та сьогодення. Зб.тез міжнар.наук</w:t>
      </w:r>
      <w:r>
        <w:rPr>
          <w:color w:val="000000"/>
          <w:lang w:val="uk-UA" w:eastAsia="uk-UA" w:bidi="uk-UA"/>
        </w:rPr>
        <w:t>.-практ.конф. (м. Львів, 22-23 серпня 2019 р.). - 2019. -С. 39-41.</w:t>
      </w:r>
    </w:p>
    <w:p w:rsidR="0054601C" w:rsidRPr="000952AC" w:rsidRDefault="000952AC">
      <w:pPr>
        <w:widowControl w:val="0"/>
        <w:numPr>
          <w:ilvl w:val="0"/>
          <w:numId w:val="45"/>
        </w:numPr>
        <w:tabs>
          <w:tab w:val="left" w:pos="1054"/>
        </w:tabs>
        <w:spacing w:after="0" w:line="240" w:lineRule="auto"/>
        <w:ind w:left="1020" w:hanging="360"/>
        <w:rPr>
          <w:lang w:val="ru-RU"/>
        </w:rPr>
      </w:pPr>
      <w:r>
        <w:rPr>
          <w:color w:val="000000"/>
          <w:lang w:val="uk-UA" w:eastAsia="uk-UA" w:bidi="uk-UA"/>
        </w:rPr>
        <w:t>Ашаренкова О.В. Особливості своєчасної діагностики пухлиноподібних новоутворень на альвеолярних паростках щелеп (клінічний випадок) / О.В. Ашаренкова // Науково-практичний журнал Вісник сто</w:t>
      </w:r>
      <w:r>
        <w:rPr>
          <w:color w:val="000000"/>
          <w:lang w:val="uk-UA" w:eastAsia="uk-UA" w:bidi="uk-UA"/>
        </w:rPr>
        <w:t>матології. - 2020. - Т. 38. - № 4 (113). - С. 60-63.</w:t>
      </w:r>
    </w:p>
    <w:p w:rsidR="0054601C" w:rsidRDefault="000952AC">
      <w:pPr>
        <w:widowControl w:val="0"/>
        <w:numPr>
          <w:ilvl w:val="0"/>
          <w:numId w:val="45"/>
        </w:numPr>
        <w:tabs>
          <w:tab w:val="left" w:pos="1054"/>
        </w:tabs>
        <w:spacing w:after="0" w:line="240" w:lineRule="auto"/>
        <w:ind w:left="1020" w:hanging="360"/>
      </w:pPr>
      <w:r>
        <w:rPr>
          <w:color w:val="000000"/>
          <w:lang w:bidi="en-US"/>
        </w:rPr>
        <w:t xml:space="preserve">Biloklytska Galyna F. Resources to improve the effectiveness of periodontal treatment in patients with diabetes mellitus </w:t>
      </w:r>
      <w:r>
        <w:rPr>
          <w:color w:val="000000"/>
          <w:lang w:val="uk-UA" w:eastAsia="uk-UA" w:bidi="uk-UA"/>
        </w:rPr>
        <w:t xml:space="preserve">/ </w:t>
      </w:r>
      <w:r>
        <w:rPr>
          <w:color w:val="000000"/>
          <w:lang w:bidi="en-US"/>
        </w:rPr>
        <w:t xml:space="preserve">Galyna F. Biloklytska, Svitlana Yu. Viala </w:t>
      </w:r>
      <w:r>
        <w:rPr>
          <w:color w:val="000000"/>
          <w:lang w:val="uk-UA" w:eastAsia="uk-UA" w:bidi="uk-UA"/>
        </w:rPr>
        <w:t xml:space="preserve">// </w:t>
      </w:r>
      <w:r>
        <w:rPr>
          <w:color w:val="000000"/>
          <w:lang w:bidi="en-US"/>
        </w:rPr>
        <w:t>Wiadomosci Lekarskie</w:t>
      </w:r>
      <w:r>
        <w:rPr>
          <w:i/>
          <w:iCs/>
          <w:color w:val="000000"/>
          <w:lang w:bidi="en-US"/>
        </w:rPr>
        <w:t>.</w:t>
      </w:r>
      <w:r>
        <w:rPr>
          <w:color w:val="000000"/>
          <w:lang w:bidi="en-US"/>
        </w:rPr>
        <w:t xml:space="preserve"> - 2021. - - L</w:t>
      </w:r>
      <w:r>
        <w:rPr>
          <w:color w:val="000000"/>
          <w:lang w:bidi="en-US"/>
        </w:rPr>
        <w:t>XXIV. - ISSUE - 3. - Part - 2.- P. 702 - 708.</w:t>
      </w:r>
    </w:p>
    <w:p w:rsidR="0054601C" w:rsidRDefault="000952AC">
      <w:pPr>
        <w:widowControl w:val="0"/>
        <w:numPr>
          <w:ilvl w:val="0"/>
          <w:numId w:val="45"/>
        </w:numPr>
        <w:tabs>
          <w:tab w:val="left" w:pos="1054"/>
        </w:tabs>
        <w:spacing w:after="480" w:line="240" w:lineRule="auto"/>
        <w:ind w:left="1020" w:hanging="360"/>
      </w:pPr>
      <w:r>
        <w:rPr>
          <w:color w:val="000000"/>
          <w:lang w:bidi="en-US"/>
        </w:rPr>
        <w:t xml:space="preserve">Kopchak Oksana Improvement of treatment guidelines for patients with gingival fibromatosis considering interdisciplinary approach </w:t>
      </w:r>
      <w:r>
        <w:rPr>
          <w:color w:val="000000"/>
          <w:lang w:val="uk-UA" w:eastAsia="uk-UA" w:bidi="uk-UA"/>
        </w:rPr>
        <w:t xml:space="preserve">/ </w:t>
      </w:r>
      <w:r>
        <w:rPr>
          <w:color w:val="000000"/>
          <w:lang w:bidi="en-US"/>
        </w:rPr>
        <w:t xml:space="preserve">Oksana Kopchak, Oleksii Azarov, Svetlana Cherniak, Olha Asharenkova, Karolina </w:t>
      </w:r>
      <w:r>
        <w:rPr>
          <w:color w:val="000000"/>
          <w:lang w:bidi="en-US"/>
        </w:rPr>
        <w:t xml:space="preserve">Airapetian </w:t>
      </w:r>
      <w:r>
        <w:rPr>
          <w:color w:val="000000"/>
          <w:lang w:val="uk-UA" w:eastAsia="uk-UA" w:bidi="uk-UA"/>
        </w:rPr>
        <w:t xml:space="preserve">// </w:t>
      </w:r>
      <w:r>
        <w:rPr>
          <w:color w:val="000000"/>
          <w:lang w:bidi="en-US"/>
        </w:rPr>
        <w:t xml:space="preserve">Stomatologia Wspofczesna. - 2021. - Vol. 28. - № 1-2. - </w:t>
      </w:r>
      <w:r>
        <w:rPr>
          <w:color w:val="000000"/>
          <w:lang w:val="uk-UA" w:eastAsia="uk-UA" w:bidi="uk-UA"/>
        </w:rPr>
        <w:t xml:space="preserve">Р. </w:t>
      </w:r>
      <w:r>
        <w:rPr>
          <w:color w:val="000000"/>
          <w:lang w:bidi="en-US"/>
        </w:rPr>
        <w:t>21 - 27.</w:t>
      </w:r>
    </w:p>
    <w:p w:rsidR="0054601C" w:rsidRDefault="000952AC">
      <w:pPr>
        <w:widowControl w:val="0"/>
        <w:spacing w:after="0" w:line="240" w:lineRule="auto"/>
      </w:pPr>
      <w:r>
        <w:rPr>
          <w:b/>
          <w:bCs/>
          <w:color w:val="000000"/>
          <w:szCs w:val="24"/>
          <w:lang w:val="uk-UA" w:eastAsia="uk-UA" w:bidi="uk-UA"/>
        </w:rPr>
        <w:t xml:space="preserve">Актуальність теми </w:t>
      </w:r>
      <w:r>
        <w:rPr>
          <w:color w:val="000000"/>
          <w:szCs w:val="24"/>
          <w:lang w:val="uk-UA" w:eastAsia="uk-UA" w:bidi="uk-UA"/>
        </w:rPr>
        <w:t xml:space="preserve">: Вроджені вади розвитку обличчя складають від 7,8 до 12,3% від усіх вад людини. Незрощення верхньої губи і піднебіння, відносяться до числа вад щелепно- </w:t>
      </w:r>
      <w:r>
        <w:rPr>
          <w:color w:val="000000"/>
          <w:szCs w:val="24"/>
          <w:lang w:val="uk-UA" w:eastAsia="uk-UA" w:bidi="uk-UA"/>
        </w:rPr>
        <w:t>лицевої ділянки, що найбільш часто зустрічаються у людини. За останні 50 років у більшості регіонів України народження дітей з розщілинами верхньої губи і піднебіння залишається стабільним і становить, в середньому 1:1000 народжених. Це одне з найбільш спр</w:t>
      </w:r>
      <w:r>
        <w:rPr>
          <w:color w:val="000000"/>
          <w:szCs w:val="24"/>
          <w:lang w:val="uk-UA" w:eastAsia="uk-UA" w:bidi="uk-UA"/>
        </w:rPr>
        <w:t>иятливих співвідношень в Європі. Але умови життя в цей час свідчать про те, що кількість таких дітей буде збільшуватися. Цей контингент хворих потребує до себе підвищеної уваги практичних лікарів та органів охорони здоров'я, тому що ці діти є інвалідами ди</w:t>
      </w:r>
      <w:r>
        <w:rPr>
          <w:color w:val="000000"/>
          <w:szCs w:val="24"/>
          <w:lang w:val="uk-UA" w:eastAsia="uk-UA" w:bidi="uk-UA"/>
        </w:rPr>
        <w:t>тинства. Зволікання в їх лікуванні призводять до тяжких наслідків і вимагає значних витрат на додаткове лікування, а також утримання та навчання цих дітей у спеціальних школах-інтернатах. Тому вивчення цієї теми завжди залишається актуально.</w:t>
      </w:r>
    </w:p>
    <w:p w:rsidR="0054601C" w:rsidRDefault="000952AC">
      <w:pPr>
        <w:widowControl w:val="0"/>
        <w:numPr>
          <w:ilvl w:val="0"/>
          <w:numId w:val="1"/>
        </w:numPr>
        <w:tabs>
          <w:tab w:val="left" w:pos="303"/>
        </w:tabs>
        <w:spacing w:after="0" w:line="240" w:lineRule="auto"/>
        <w:ind w:left="0" w:firstLine="0"/>
      </w:pPr>
      <w:r>
        <w:rPr>
          <w:b/>
          <w:bCs/>
          <w:color w:val="000000"/>
          <w:szCs w:val="24"/>
          <w:lang w:val="uk-UA" w:eastAsia="uk-UA" w:bidi="uk-UA"/>
        </w:rPr>
        <w:t>Навчальні цілі</w:t>
      </w:r>
      <w:r>
        <w:rPr>
          <w:b/>
          <w:bCs/>
          <w:color w:val="000000"/>
          <w:szCs w:val="24"/>
          <w:lang w:val="uk-UA" w:eastAsia="uk-UA" w:bidi="uk-UA"/>
        </w:rPr>
        <w:t xml:space="preserve"> лекції.</w:t>
      </w:r>
    </w:p>
    <w:p w:rsidR="0054601C" w:rsidRPr="000952AC" w:rsidRDefault="000952AC">
      <w:pPr>
        <w:widowControl w:val="0"/>
        <w:numPr>
          <w:ilvl w:val="1"/>
          <w:numId w:val="1"/>
        </w:numPr>
        <w:tabs>
          <w:tab w:val="clear" w:pos="360"/>
          <w:tab w:val="left" w:pos="361"/>
        </w:tabs>
        <w:spacing w:after="0" w:line="240" w:lineRule="auto"/>
        <w:ind w:left="0" w:firstLine="0"/>
        <w:rPr>
          <w:lang w:val="ru-RU"/>
        </w:rPr>
      </w:pPr>
      <w:r>
        <w:rPr>
          <w:color w:val="000000"/>
          <w:szCs w:val="24"/>
          <w:lang w:val="uk-UA" w:eastAsia="uk-UA" w:bidi="uk-UA"/>
        </w:rPr>
        <w:t>Вміти визначити та охарактеризувати фактори, що призводять до виникнення вроджених вад обличчя.;</w:t>
      </w:r>
    </w:p>
    <w:p w:rsidR="0054601C" w:rsidRPr="000952AC" w:rsidRDefault="000952AC">
      <w:pPr>
        <w:widowControl w:val="0"/>
        <w:numPr>
          <w:ilvl w:val="1"/>
          <w:numId w:val="1"/>
        </w:numPr>
        <w:tabs>
          <w:tab w:val="left" w:pos="303"/>
        </w:tabs>
        <w:spacing w:after="0" w:line="240" w:lineRule="auto"/>
        <w:ind w:left="0" w:firstLine="0"/>
        <w:rPr>
          <w:lang w:val="ru-RU"/>
        </w:rPr>
      </w:pPr>
      <w:r>
        <w:rPr>
          <w:color w:val="000000"/>
          <w:szCs w:val="24"/>
          <w:lang w:val="uk-UA" w:eastAsia="uk-UA" w:bidi="uk-UA"/>
        </w:rPr>
        <w:t>Визначати анатомо-функціональні порушення, що виникають при вроджених вадах розвитку ЩЛД. ;</w:t>
      </w:r>
    </w:p>
    <w:p w:rsidR="0054601C" w:rsidRPr="000952AC" w:rsidRDefault="000952AC">
      <w:pPr>
        <w:widowControl w:val="0"/>
        <w:numPr>
          <w:ilvl w:val="1"/>
          <w:numId w:val="1"/>
        </w:numPr>
        <w:tabs>
          <w:tab w:val="left" w:pos="428"/>
        </w:tabs>
        <w:spacing w:after="0" w:line="240" w:lineRule="auto"/>
        <w:ind w:left="0" w:firstLine="0"/>
        <w:rPr>
          <w:lang w:val="ru-RU"/>
        </w:rPr>
      </w:pPr>
      <w:r>
        <w:rPr>
          <w:color w:val="000000"/>
          <w:szCs w:val="24"/>
          <w:lang w:val="uk-UA" w:eastAsia="uk-UA" w:bidi="uk-UA"/>
        </w:rPr>
        <w:t xml:space="preserve">нати основні синдроми в ЩЛД у дітей, які пов'язані з </w:t>
      </w:r>
      <w:r>
        <w:rPr>
          <w:color w:val="000000"/>
          <w:szCs w:val="24"/>
          <w:lang w:val="uk-UA" w:eastAsia="uk-UA" w:bidi="uk-UA"/>
        </w:rPr>
        <w:t>вродженими дефектами та деформаціями тканин ЩЛД, хірургічну тактику лікування;</w:t>
      </w:r>
    </w:p>
    <w:p w:rsidR="0054601C" w:rsidRPr="000952AC" w:rsidRDefault="000952AC">
      <w:pPr>
        <w:widowControl w:val="0"/>
        <w:numPr>
          <w:ilvl w:val="1"/>
          <w:numId w:val="1"/>
        </w:numPr>
        <w:tabs>
          <w:tab w:val="left" w:pos="433"/>
        </w:tabs>
        <w:spacing w:after="0" w:line="240" w:lineRule="auto"/>
        <w:ind w:left="0" w:firstLine="0"/>
        <w:rPr>
          <w:lang w:val="ru-RU"/>
        </w:rPr>
      </w:pPr>
      <w:r>
        <w:rPr>
          <w:color w:val="000000"/>
          <w:szCs w:val="24"/>
          <w:lang w:val="uk-UA" w:eastAsia="uk-UA" w:bidi="uk-UA"/>
        </w:rPr>
        <w:t xml:space="preserve">нати завдання та етапи комплексної реабілітації дітей з вродженими незрощеннями губи та </w:t>
      </w:r>
      <w:r>
        <w:rPr>
          <w:color w:val="000000"/>
          <w:szCs w:val="24"/>
          <w:lang w:val="uk-UA" w:eastAsia="uk-UA" w:bidi="uk-UA"/>
        </w:rPr>
        <w:lastRenderedPageBreak/>
        <w:t>піднебіння;</w:t>
      </w:r>
    </w:p>
    <w:p w:rsidR="0054601C" w:rsidRPr="000952AC" w:rsidRDefault="000952AC">
      <w:pPr>
        <w:widowControl w:val="0"/>
        <w:numPr>
          <w:ilvl w:val="1"/>
          <w:numId w:val="1"/>
        </w:numPr>
        <w:tabs>
          <w:tab w:val="left" w:pos="423"/>
        </w:tabs>
        <w:spacing w:after="260" w:line="240" w:lineRule="auto"/>
        <w:ind w:left="0" w:firstLine="0"/>
        <w:rPr>
          <w:lang w:val="ru-RU"/>
        </w:rPr>
      </w:pPr>
      <w:r>
        <w:rPr>
          <w:color w:val="000000"/>
          <w:szCs w:val="24"/>
          <w:lang w:val="uk-UA" w:eastAsia="uk-UA" w:bidi="uk-UA"/>
        </w:rPr>
        <w:t>нати проблеми вигодовування дітей з незрощеннями та вміти налагодити його.</w:t>
      </w:r>
    </w:p>
    <w:p w:rsidR="0054601C" w:rsidRPr="000952AC" w:rsidRDefault="000952AC">
      <w:pPr>
        <w:widowControl w:val="0"/>
        <w:numPr>
          <w:ilvl w:val="0"/>
          <w:numId w:val="1"/>
        </w:numPr>
        <w:tabs>
          <w:tab w:val="left" w:pos="303"/>
        </w:tabs>
        <w:spacing w:after="0" w:line="240" w:lineRule="auto"/>
        <w:ind w:left="0" w:firstLine="0"/>
        <w:rPr>
          <w:lang w:val="ru-RU"/>
        </w:rPr>
      </w:pPr>
      <w:r>
        <w:rPr>
          <w:b/>
          <w:bCs/>
          <w:color w:val="000000"/>
          <w:szCs w:val="24"/>
          <w:lang w:val="uk-UA" w:eastAsia="uk-UA" w:bidi="uk-UA"/>
        </w:rPr>
        <w:t>Ці</w:t>
      </w:r>
      <w:r>
        <w:rPr>
          <w:b/>
          <w:bCs/>
          <w:color w:val="000000"/>
          <w:szCs w:val="24"/>
          <w:lang w:val="uk-UA" w:eastAsia="uk-UA" w:bidi="uk-UA"/>
        </w:rPr>
        <w:t xml:space="preserve">лі розвитку особистості майбутнього дитячого хірурга-стоматолога: </w:t>
      </w:r>
      <w:r>
        <w:rPr>
          <w:color w:val="000000"/>
          <w:szCs w:val="24"/>
          <w:lang w:val="uk-UA" w:eastAsia="uk-UA" w:bidi="uk-UA"/>
        </w:rPr>
        <w:t>актуальні аспекти: деонтологічний, екологічний, правовий, професійної відповідальності, психологічний, етичний, патріотичний та ін.</w:t>
      </w:r>
    </w:p>
    <w:p w:rsidR="0054601C" w:rsidRPr="000952AC" w:rsidRDefault="000952AC">
      <w:pPr>
        <w:widowControl w:val="0"/>
        <w:spacing w:after="0" w:line="240" w:lineRule="auto"/>
        <w:rPr>
          <w:lang w:val="ru-RU"/>
        </w:rPr>
      </w:pPr>
      <w:r>
        <w:rPr>
          <w:color w:val="000000"/>
          <w:szCs w:val="24"/>
          <w:lang w:val="uk-UA" w:eastAsia="uk-UA" w:bidi="uk-UA"/>
        </w:rPr>
        <w:t>Клінічна картина вроджених незрощень верхньої губи та підн</w:t>
      </w:r>
      <w:r>
        <w:rPr>
          <w:color w:val="000000"/>
          <w:szCs w:val="24"/>
          <w:lang w:val="uk-UA" w:eastAsia="uk-UA" w:bidi="uk-UA"/>
        </w:rPr>
        <w:t>ебіння характеризується комплексом місцевих та загальних змін в організмі хворого. В першу чергу, звертає на себе увагу порушення зовнішнього вигляду дитини.</w:t>
      </w:r>
    </w:p>
    <w:p w:rsidR="0054601C" w:rsidRPr="000952AC" w:rsidRDefault="000952AC">
      <w:pPr>
        <w:widowControl w:val="0"/>
        <w:spacing w:after="0" w:line="240" w:lineRule="auto"/>
        <w:rPr>
          <w:lang w:val="ru-RU"/>
        </w:rPr>
      </w:pPr>
      <w:r>
        <w:rPr>
          <w:color w:val="000000"/>
          <w:szCs w:val="24"/>
          <w:lang w:val="uk-UA" w:eastAsia="uk-UA" w:bidi="uk-UA"/>
        </w:rPr>
        <w:t>Деформація обличчя проявляється в наступному:</w:t>
      </w:r>
    </w:p>
    <w:p w:rsidR="0054601C" w:rsidRPr="000952AC" w:rsidRDefault="000952AC">
      <w:pPr>
        <w:widowControl w:val="0"/>
        <w:numPr>
          <w:ilvl w:val="0"/>
          <w:numId w:val="3"/>
        </w:numPr>
        <w:tabs>
          <w:tab w:val="left" w:pos="380"/>
        </w:tabs>
        <w:spacing w:after="0" w:line="240" w:lineRule="auto"/>
        <w:ind w:left="0" w:firstLine="0"/>
        <w:rPr>
          <w:lang w:val="ru-RU"/>
        </w:rPr>
      </w:pPr>
      <w:r>
        <w:rPr>
          <w:color w:val="000000"/>
          <w:szCs w:val="24"/>
          <w:lang w:val="uk-UA" w:eastAsia="uk-UA" w:bidi="uk-UA"/>
        </w:rPr>
        <w:t xml:space="preserve">вкорочення прикордонного валика фільтруму верхньої </w:t>
      </w:r>
      <w:r>
        <w:rPr>
          <w:color w:val="000000"/>
          <w:szCs w:val="24"/>
          <w:lang w:val="uk-UA" w:eastAsia="uk-UA" w:bidi="uk-UA"/>
        </w:rPr>
        <w:t>губи на боці незрощення (більше виражене на внутрішньому фрагменті);</w:t>
      </w:r>
    </w:p>
    <w:p w:rsidR="0054601C" w:rsidRPr="000952AC" w:rsidRDefault="000952AC">
      <w:pPr>
        <w:widowControl w:val="0"/>
        <w:numPr>
          <w:ilvl w:val="0"/>
          <w:numId w:val="3"/>
        </w:numPr>
        <w:tabs>
          <w:tab w:val="left" w:pos="327"/>
        </w:tabs>
        <w:spacing w:after="0" w:line="240" w:lineRule="auto"/>
        <w:ind w:left="0" w:firstLine="0"/>
        <w:rPr>
          <w:lang w:val="ru-RU"/>
        </w:rPr>
      </w:pPr>
      <w:r>
        <w:rPr>
          <w:color w:val="000000"/>
          <w:szCs w:val="24"/>
          <w:lang w:val="uk-UA" w:eastAsia="uk-UA" w:bidi="uk-UA"/>
        </w:rPr>
        <w:t>недорозвинені тканини верхньої губи (м'язового шару), ступінь якого залежить від форми незрощення;</w:t>
      </w:r>
    </w:p>
    <w:p w:rsidR="0054601C" w:rsidRPr="000952AC" w:rsidRDefault="000952AC">
      <w:pPr>
        <w:widowControl w:val="0"/>
        <w:numPr>
          <w:ilvl w:val="0"/>
          <w:numId w:val="3"/>
        </w:numPr>
        <w:tabs>
          <w:tab w:val="left" w:pos="322"/>
        </w:tabs>
        <w:spacing w:after="0" w:line="240" w:lineRule="auto"/>
        <w:ind w:left="0" w:firstLine="0"/>
        <w:rPr>
          <w:lang w:val="ru-RU"/>
        </w:rPr>
      </w:pPr>
      <w:r>
        <w:rPr>
          <w:color w:val="000000"/>
          <w:szCs w:val="24"/>
          <w:lang w:val="uk-UA" w:eastAsia="uk-UA" w:bidi="uk-UA"/>
        </w:rPr>
        <w:t>недорозвинення кісткової тканини верхньої щелепи на боці ураження;</w:t>
      </w:r>
    </w:p>
    <w:p w:rsidR="0054601C" w:rsidRPr="000952AC" w:rsidRDefault="000952AC">
      <w:pPr>
        <w:widowControl w:val="0"/>
        <w:numPr>
          <w:ilvl w:val="0"/>
          <w:numId w:val="3"/>
        </w:numPr>
        <w:tabs>
          <w:tab w:val="left" w:pos="327"/>
        </w:tabs>
        <w:spacing w:after="0" w:line="240" w:lineRule="auto"/>
        <w:ind w:left="0" w:firstLine="0"/>
        <w:rPr>
          <w:lang w:val="ru-RU"/>
        </w:rPr>
      </w:pPr>
      <w:r>
        <w:rPr>
          <w:color w:val="000000"/>
          <w:szCs w:val="24"/>
          <w:lang w:val="uk-UA" w:eastAsia="uk-UA" w:bidi="uk-UA"/>
        </w:rPr>
        <w:t>деформації носа (спло</w:t>
      </w:r>
      <w:r>
        <w:rPr>
          <w:color w:val="000000"/>
          <w:szCs w:val="24"/>
          <w:lang w:val="uk-UA" w:eastAsia="uk-UA" w:bidi="uk-UA"/>
        </w:rPr>
        <w:t>щення і опущення кінчика носа, зміщення назад і назовні основи деформованого крила носа, зміщення перегородки носа);</w:t>
      </w:r>
    </w:p>
    <w:p w:rsidR="0054601C" w:rsidRPr="000952AC" w:rsidRDefault="000952AC">
      <w:pPr>
        <w:widowControl w:val="0"/>
        <w:numPr>
          <w:ilvl w:val="0"/>
          <w:numId w:val="3"/>
        </w:numPr>
        <w:tabs>
          <w:tab w:val="left" w:pos="322"/>
        </w:tabs>
        <w:spacing w:after="0" w:line="240" w:lineRule="auto"/>
        <w:ind w:left="0" w:firstLine="0"/>
        <w:rPr>
          <w:lang w:val="ru-RU"/>
        </w:rPr>
      </w:pPr>
      <w:r>
        <w:rPr>
          <w:color w:val="000000"/>
          <w:szCs w:val="24"/>
          <w:lang w:val="uk-UA" w:eastAsia="uk-UA" w:bidi="uk-UA"/>
        </w:rPr>
        <w:t>дефект верхньої губи, альвеолярного відростка і піднебіння.</w:t>
      </w:r>
    </w:p>
    <w:p w:rsidR="0054601C" w:rsidRPr="000952AC" w:rsidRDefault="000952AC">
      <w:pPr>
        <w:widowControl w:val="0"/>
        <w:spacing w:after="0" w:line="240" w:lineRule="auto"/>
        <w:rPr>
          <w:lang w:val="uk-UA"/>
        </w:rPr>
      </w:pPr>
      <w:r>
        <w:rPr>
          <w:color w:val="000000"/>
          <w:szCs w:val="24"/>
          <w:lang w:val="uk-UA" w:eastAsia="uk-UA" w:bidi="uk-UA"/>
        </w:rPr>
        <w:t>У дітей з вираженими незрощеннями верхньої губи і піднебіння порушується функці</w:t>
      </w:r>
      <w:r>
        <w:rPr>
          <w:color w:val="000000"/>
          <w:szCs w:val="24"/>
          <w:lang w:val="uk-UA" w:eastAsia="uk-UA" w:bidi="uk-UA"/>
        </w:rPr>
        <w:t>я смоктання, є розлади акту ковтання і жування, порушується мова і міміка. Утруднене, нераціональне вигодовування дітей з незрощенням призводить до того, що більш ніж у 30% хворих цієї категорії виявляються при огляді ознаки гострого рахіту, у 48% - анемії</w:t>
      </w:r>
      <w:r>
        <w:rPr>
          <w:color w:val="000000"/>
          <w:szCs w:val="24"/>
          <w:lang w:val="uk-UA" w:eastAsia="uk-UA" w:bidi="uk-UA"/>
        </w:rPr>
        <w:t>, у 34% - гіпотрофії, 41% - порушення роботи кишківника. Сполучення ротової і носової порожнин, хронічні запальні процеси верхніх дихальних шляхів, переважно гіпертрофічного характеру, що порушують носове дихання і сприяють появі у таких хворих змішаного н</w:t>
      </w:r>
      <w:r>
        <w:rPr>
          <w:color w:val="000000"/>
          <w:szCs w:val="24"/>
          <w:lang w:val="uk-UA" w:eastAsia="uk-UA" w:bidi="uk-UA"/>
        </w:rPr>
        <w:t>осо-ротового дихання, а в деяких випадках ротового дихання. Захворювання на отит у ранньому віці, рання приглухуватість, відіграє вкрай негативний вплив на формування мови, часто веде до затримки психічного розвитку дітей з незрощеннями губи або піднебіння</w:t>
      </w:r>
      <w:r>
        <w:rPr>
          <w:color w:val="000000"/>
          <w:szCs w:val="24"/>
          <w:lang w:val="uk-UA" w:eastAsia="uk-UA" w:bidi="uk-UA"/>
        </w:rPr>
        <w:t>. Поширеність психічних захворювань у таких хворих становить 30% , що майже в 20 разів перевищує таку у дітей без цієї вади. Виходячи з вищевикладеного та враховуючи інші особливості дітей з незрощеннями губи і піднебіння, в лікуванні цих дітей, крім лікар</w:t>
      </w:r>
      <w:r>
        <w:rPr>
          <w:color w:val="000000"/>
          <w:szCs w:val="24"/>
          <w:lang w:val="uk-UA" w:eastAsia="uk-UA" w:bidi="uk-UA"/>
        </w:rPr>
        <w:t>ів стоматологічного профілю, беруть участь педіатр, оториноларинголог, логопед, офтальмолог, психоневролог. Хейлопластика - загальна назва пластичних операцій для усунення дефектів чи деформацій губ. При ринохейлопластиці крім відновлення безперервності ве</w:t>
      </w:r>
      <w:r>
        <w:rPr>
          <w:color w:val="000000"/>
          <w:szCs w:val="24"/>
          <w:lang w:val="uk-UA" w:eastAsia="uk-UA" w:bidi="uk-UA"/>
        </w:rPr>
        <w:t>рхньої губи одночасно проводиться корекція хрящів носа, усунення хибного положення м'язів приротовой ділянки і носа, усувається ще й дефект альвеолярного відростка. Строки оперативного втручання на губі (програма «ЕнгосіеП») - хейлориноспластика - залежать</w:t>
      </w:r>
      <w:r>
        <w:rPr>
          <w:color w:val="000000"/>
          <w:szCs w:val="24"/>
          <w:lang w:val="uk-UA" w:eastAsia="uk-UA" w:bidi="uk-UA"/>
        </w:rPr>
        <w:t xml:space="preserve"> від загальносоматичного стану дитини та виду незрощення, однак найчастіше односторонні розщілини губ ліквідують у віці 2,5-3 - міс., а двосторонні - 5 - 6 міс. Зазвичай, якщо немає загальних протипоказань, які визначає педіатр, до першого року життя щелеп</w:t>
      </w:r>
      <w:r>
        <w:rPr>
          <w:color w:val="000000"/>
          <w:szCs w:val="24"/>
          <w:lang w:val="uk-UA" w:eastAsia="uk-UA" w:bidi="uk-UA"/>
        </w:rPr>
        <w:t>но-лицьові хірурги намагаються здійснити хірургічну допомогу таким дітям. До теперішнього часу запропоновано величезна кількість оперативних втручань, які використовуються для лікування цієї патології. Але всі методи пластики губи умовно можна розділити на</w:t>
      </w:r>
      <w:r>
        <w:rPr>
          <w:color w:val="000000"/>
          <w:szCs w:val="24"/>
          <w:lang w:val="uk-UA" w:eastAsia="uk-UA" w:bidi="uk-UA"/>
        </w:rPr>
        <w:t xml:space="preserve"> три групи в залежності від форми розрізів на шкірі губи. До I групи відносяться лінійні методи: Євдокимова, Лімберга, Миро, Орловського. Найчастіше вони використовуються при прихованих і неповних дефектах верхньої губи. Позитивною стороною лінійних методі</w:t>
      </w:r>
      <w:r>
        <w:rPr>
          <w:color w:val="000000"/>
          <w:szCs w:val="24"/>
          <w:lang w:val="uk-UA" w:eastAsia="uk-UA" w:bidi="uk-UA"/>
        </w:rPr>
        <w:t>в є естетичність лінії рубця, що збігається з колонкою фільтруму. Однак ці методи не дозволяють отримати достатню подовженість губи. У другу групу ^-пластика) об'єднані методи Теннісона і Обухової, в основу яких покладено використання трикутного клаптя в н</w:t>
      </w:r>
      <w:r>
        <w:rPr>
          <w:color w:val="000000"/>
          <w:szCs w:val="24"/>
          <w:lang w:val="uk-UA" w:eastAsia="uk-UA" w:bidi="uk-UA"/>
        </w:rPr>
        <w:t>ижній третині зовнішнього фрагменту верхньої губи для подовження внутрішнього. Вони показані при неповних і повних незрощеннях верхньої губи. Ці методи дають можливість отримати необхідне подовження тканин губи, їх анатомічність дозволяє чітко планувати оп</w:t>
      </w:r>
      <w:r>
        <w:rPr>
          <w:color w:val="000000"/>
          <w:szCs w:val="24"/>
          <w:lang w:val="uk-UA" w:eastAsia="uk-UA" w:bidi="uk-UA"/>
        </w:rPr>
        <w:t xml:space="preserve">ерацію. Недоліком методів є перетин лінії фільтруму в поперечному напрямку, що знижує естетичність післяопераційного рубця. До третьої групи відносяться методи Хагердона і Ле-Мезурье, при яких подовження губи досягається переміщенням чотирикутного клаптя, </w:t>
      </w:r>
      <w:r>
        <w:rPr>
          <w:color w:val="000000"/>
          <w:szCs w:val="24"/>
          <w:lang w:val="uk-UA" w:eastAsia="uk-UA" w:bidi="uk-UA"/>
        </w:rPr>
        <w:t xml:space="preserve">що викроюют на малому фрагменті губи. Ці методи </w:t>
      </w:r>
      <w:r>
        <w:rPr>
          <w:color w:val="000000"/>
          <w:szCs w:val="24"/>
          <w:lang w:val="uk-UA" w:eastAsia="uk-UA" w:bidi="uk-UA"/>
        </w:rPr>
        <w:lastRenderedPageBreak/>
        <w:t>показані при двосторонніх незрощеннях верхньої губи. В даний час хірурги користуються удосконаленими методами за Гоцко і Козлюком. Після операційного втручання можуть спостерігатися наступні ускладнення: 1) р</w:t>
      </w:r>
      <w:r>
        <w:rPr>
          <w:color w:val="000000"/>
          <w:szCs w:val="24"/>
          <w:lang w:val="uk-UA" w:eastAsia="uk-UA" w:bidi="uk-UA"/>
        </w:rPr>
        <w:t>озходження країв рани; 2) неглибокий рубцевий присінок рота; 3) рубцева деформація верхньої губи.</w:t>
      </w:r>
    </w:p>
    <w:p w:rsidR="0054601C" w:rsidRPr="000952AC" w:rsidRDefault="000952AC">
      <w:pPr>
        <w:widowControl w:val="0"/>
        <w:spacing w:after="0" w:line="240" w:lineRule="auto"/>
        <w:rPr>
          <w:lang w:val="uk-UA"/>
        </w:rPr>
      </w:pPr>
      <w:r>
        <w:rPr>
          <w:color w:val="000000"/>
          <w:szCs w:val="24"/>
          <w:lang w:val="uk-UA" w:eastAsia="uk-UA" w:bidi="uk-UA"/>
        </w:rPr>
        <w:t>Хірургічне лікування незрощень піднебіння. Напевно самим спірним питанням в хірургічній практиці є термін проведення операцій при вроджених незрощеннях піднеб</w:t>
      </w:r>
      <w:r>
        <w:rPr>
          <w:color w:val="000000"/>
          <w:szCs w:val="24"/>
          <w:lang w:val="uk-UA" w:eastAsia="uk-UA" w:bidi="uk-UA"/>
        </w:rPr>
        <w:t>іння. Строки оперативного втручання на піднебіння, як і на губі, залежать від виду незрощення, а також соматичного стану дитини. Якщо останнє не обтяжене, то ізольоване незрощення піднебіння потрібно прооперувати у віці 12-18 міс; одностороннє (при сприятл</w:t>
      </w:r>
      <w:r>
        <w:rPr>
          <w:color w:val="000000"/>
          <w:szCs w:val="24"/>
          <w:lang w:val="uk-UA" w:eastAsia="uk-UA" w:bidi="uk-UA"/>
        </w:rPr>
        <w:t>ивому співвідношенні малого і великого фрагментів) - з 10 до 24 міс., двосторонні з широкою відстанню між фрагментами у два етапи: у 8-10 міс. - велопластика (ліквідація дефекту м'якого піднебіння) і в 1,5 - 2 роки - уранопластика (ліквідація дефекту тверд</w:t>
      </w:r>
      <w:r>
        <w:rPr>
          <w:color w:val="000000"/>
          <w:szCs w:val="24"/>
          <w:lang w:val="uk-UA" w:eastAsia="uk-UA" w:bidi="uk-UA"/>
        </w:rPr>
        <w:t xml:space="preserve">ого піднебіння). Дефект альвеолярного відростка оперують при сприятливому співвідношенні фрагментів верхніх щелеп, ортогнатичному прикусі, після прорізування постійних зубів у фронтальній ділянці верхньої щелепи (у 10-12 років). Перед проведенням операції </w:t>
      </w:r>
      <w:r>
        <w:rPr>
          <w:color w:val="000000"/>
          <w:szCs w:val="24"/>
          <w:lang w:val="uk-UA" w:eastAsia="uk-UA" w:bidi="uk-UA"/>
        </w:rPr>
        <w:t>дитині необхідно провести загальнозміцнюючу терапію, санувати порожнину рота і носоглотку, а також виготовити захисну піднебінну пластинку. Уранопластика - загальна назва пластичних операцій для усунення дефектів твердого піднебіння. Ураностафілопластика -</w:t>
      </w:r>
      <w:r>
        <w:rPr>
          <w:color w:val="000000"/>
          <w:szCs w:val="24"/>
          <w:lang w:val="uk-UA" w:eastAsia="uk-UA" w:bidi="uk-UA"/>
        </w:rPr>
        <w:t xml:space="preserve"> найменування пластичних операцій по усуненню дефектів твердого і м'якого піднебіння. Класичним прикладом операції пластичного закриття незрощениня твердого і м'якого піднебіння є радикальна уранопластика за А. А. Лімбергом (1927). Основні етапи операції: </w:t>
      </w:r>
      <w:r>
        <w:rPr>
          <w:color w:val="000000"/>
          <w:szCs w:val="24"/>
          <w:lang w:val="uk-UA" w:eastAsia="uk-UA" w:bidi="uk-UA"/>
        </w:rPr>
        <w:t>1. Освіження країв розщілини, викроювання і відшарування слизово-окісних клаптів в межах твердого піднебіння - вони необхідні для закриття його дефекту. 2. Звільнення судинно-нервових пучків, що виходять з великих піднебінних отворів, виконують за допомого</w:t>
      </w:r>
      <w:r>
        <w:rPr>
          <w:color w:val="000000"/>
          <w:szCs w:val="24"/>
          <w:lang w:val="uk-UA" w:eastAsia="uk-UA" w:bidi="uk-UA"/>
        </w:rPr>
        <w:t>ю резекції задньовнутрішніх країв великих піднебінних отворів. Відсікають слизову оболонку носа від заднього краю твердого піднебіння і переміщують тканини назад (ретротранспозиція) для подовження м'якого піднебіння. 3. Міжпластинчата (інтерламінарна) осте</w:t>
      </w:r>
      <w:r>
        <w:rPr>
          <w:color w:val="000000"/>
          <w:szCs w:val="24"/>
          <w:lang w:val="uk-UA" w:eastAsia="uk-UA" w:bidi="uk-UA"/>
        </w:rPr>
        <w:t>отомія - поздовжнє розсічення крилоподібного відростка. Надламують внутрішню крилоподібну пластинку в її основі і зміщують її досередини разом з прикріпленими м'якими тканинами. Це дозволяє послабити поперечний натяг м'язів м'якого піднебіння і ушити розщі</w:t>
      </w:r>
      <w:r>
        <w:rPr>
          <w:color w:val="000000"/>
          <w:szCs w:val="24"/>
          <w:lang w:val="uk-UA" w:eastAsia="uk-UA" w:bidi="uk-UA"/>
        </w:rPr>
        <w:t>лину в межах м'якого піднебіння. 4. Мезофарингоконстрикція (звуження середнього відділу глотки). Розрізи по крилоподібно-нижньощелепним зморшкам від верхніх відділів до язикової поверхні альвеолярного відростка нижньої щелепи в ділянці останнього моляра. Р</w:t>
      </w:r>
      <w:r>
        <w:rPr>
          <w:color w:val="000000"/>
          <w:szCs w:val="24"/>
          <w:lang w:val="uk-UA" w:eastAsia="uk-UA" w:bidi="uk-UA"/>
        </w:rPr>
        <w:t>озшарування та</w:t>
      </w:r>
    </w:p>
    <w:p w:rsidR="0054601C" w:rsidRPr="000952AC" w:rsidRDefault="000952AC">
      <w:pPr>
        <w:widowControl w:val="0"/>
        <w:spacing w:after="260" w:line="240" w:lineRule="auto"/>
        <w:ind w:left="300"/>
        <w:rPr>
          <w:lang w:val="ru-RU"/>
        </w:rPr>
      </w:pPr>
      <w:r>
        <w:rPr>
          <w:color w:val="000000"/>
          <w:szCs w:val="24"/>
          <w:lang w:val="uk-UA" w:eastAsia="uk-UA" w:bidi="uk-UA"/>
        </w:rPr>
        <w:t>переміщення до середньої лінії м'язів бокових відділів глотки з наступною тампонадою навкологлоточньїх ніш йодоформними тампонами. 5. Ушивання рани. М'яке піднебіння ушивають в три шари, тверде - у два шари. Післяопераційну рану закривають й</w:t>
      </w:r>
      <w:r>
        <w:rPr>
          <w:color w:val="000000"/>
          <w:szCs w:val="24"/>
          <w:lang w:val="uk-UA" w:eastAsia="uk-UA" w:bidi="uk-UA"/>
        </w:rPr>
        <w:t>одоформним тампоном. Найбільш частими післяопераційними ускладненнями є: ходження країв рани на кордоні твердого та м'якого піднебіння; райовий або частковий некроз слизово-окісних клаптів; коротке малорухоме піднебіння. Цей контингент хворих потребує до с</w:t>
      </w:r>
      <w:r>
        <w:rPr>
          <w:color w:val="000000"/>
          <w:szCs w:val="24"/>
          <w:lang w:val="uk-UA" w:eastAsia="uk-UA" w:bidi="uk-UA"/>
        </w:rPr>
        <w:t>ебе підвищеної уваги практичних лікарів та органів охорони здоров'я, тому що ці діти є інвалідами дитинства. Зволікання в їх лікуванні призводять до тяжких наслідків і вимагає значних витрат на додаткове лікування, а також утримання та навчання цих дітей у</w:t>
      </w:r>
      <w:r>
        <w:rPr>
          <w:color w:val="000000"/>
          <w:szCs w:val="24"/>
          <w:lang w:val="uk-UA" w:eastAsia="uk-UA" w:bidi="uk-UA"/>
        </w:rPr>
        <w:t xml:space="preserve"> спеціальних школах-інтернатах. 8. Матеріали активізації лікарів-інтернів під час викладання лекції: питання, задачі. Проблемні ситуації, матеріали лекційного контролю, ілюстративні матеріали. Подача лекції: ноутбук, мультимедійний проектор. 9.</w:t>
      </w:r>
    </w:p>
    <w:p w:rsidR="0054601C" w:rsidRPr="000952AC" w:rsidRDefault="000952AC">
      <w:pPr>
        <w:widowControl w:val="0"/>
        <w:spacing w:after="0" w:line="240" w:lineRule="auto"/>
        <w:ind w:left="300"/>
        <w:rPr>
          <w:lang w:val="ru-RU"/>
        </w:rPr>
      </w:pPr>
      <w:r>
        <w:rPr>
          <w:color w:val="000000"/>
          <w:szCs w:val="24"/>
          <w:lang w:val="uk-UA" w:eastAsia="uk-UA" w:bidi="uk-UA"/>
        </w:rPr>
        <w:t>Матеріали д</w:t>
      </w:r>
      <w:r>
        <w:rPr>
          <w:color w:val="000000"/>
          <w:szCs w:val="24"/>
          <w:lang w:val="uk-UA" w:eastAsia="uk-UA" w:bidi="uk-UA"/>
        </w:rPr>
        <w:t>ля самопідготовки лікарів-інтернів до лекцій: Теоретичні питання для підготовки до лекції:</w:t>
      </w:r>
    </w:p>
    <w:p w:rsidR="0054601C" w:rsidRPr="000952AC" w:rsidRDefault="000952AC">
      <w:pPr>
        <w:widowControl w:val="0"/>
        <w:numPr>
          <w:ilvl w:val="0"/>
          <w:numId w:val="5"/>
        </w:numPr>
        <w:tabs>
          <w:tab w:val="left" w:pos="595"/>
        </w:tabs>
        <w:spacing w:after="0" w:line="240" w:lineRule="auto"/>
        <w:ind w:left="300" w:firstLine="0"/>
        <w:rPr>
          <w:lang w:val="ru-RU"/>
        </w:rPr>
      </w:pPr>
      <w:r>
        <w:rPr>
          <w:color w:val="000000"/>
          <w:szCs w:val="24"/>
          <w:lang w:val="uk-UA" w:eastAsia="uk-UA" w:bidi="uk-UA"/>
        </w:rPr>
        <w:t>Статистика, класифікація, етіологія, причини виникнення вроджених незрощень верхньої губи.</w:t>
      </w:r>
    </w:p>
    <w:p w:rsidR="0054601C" w:rsidRPr="000952AC" w:rsidRDefault="000952AC">
      <w:pPr>
        <w:widowControl w:val="0"/>
        <w:numPr>
          <w:ilvl w:val="0"/>
          <w:numId w:val="5"/>
        </w:numPr>
        <w:tabs>
          <w:tab w:val="left" w:pos="600"/>
        </w:tabs>
        <w:spacing w:after="0" w:line="240" w:lineRule="auto"/>
        <w:ind w:left="300" w:firstLine="0"/>
        <w:rPr>
          <w:lang w:val="ru-RU"/>
        </w:rPr>
      </w:pPr>
      <w:r>
        <w:rPr>
          <w:color w:val="000000"/>
          <w:szCs w:val="24"/>
          <w:lang w:val="uk-UA" w:eastAsia="uk-UA" w:bidi="uk-UA"/>
        </w:rPr>
        <w:t>Клініка, діагностика, строки та методи хірургічного лікування.</w:t>
      </w:r>
    </w:p>
    <w:p w:rsidR="0054601C" w:rsidRDefault="000952AC">
      <w:pPr>
        <w:widowControl w:val="0"/>
        <w:numPr>
          <w:ilvl w:val="0"/>
          <w:numId w:val="5"/>
        </w:numPr>
        <w:tabs>
          <w:tab w:val="left" w:pos="595"/>
        </w:tabs>
        <w:spacing w:after="0" w:line="240" w:lineRule="auto"/>
        <w:ind w:left="0" w:firstLine="300"/>
      </w:pPr>
      <w:r>
        <w:rPr>
          <w:color w:val="000000"/>
          <w:szCs w:val="24"/>
          <w:lang w:val="uk-UA" w:eastAsia="uk-UA" w:bidi="uk-UA"/>
        </w:rPr>
        <w:t xml:space="preserve">Комплексна </w:t>
      </w:r>
      <w:r>
        <w:rPr>
          <w:color w:val="000000"/>
          <w:szCs w:val="24"/>
          <w:lang w:val="uk-UA" w:eastAsia="uk-UA" w:bidi="uk-UA"/>
        </w:rPr>
        <w:t>реабілітація хворих.</w:t>
      </w:r>
    </w:p>
    <w:p w:rsidR="0054601C" w:rsidRDefault="000952AC">
      <w:pPr>
        <w:widowControl w:val="0"/>
        <w:numPr>
          <w:ilvl w:val="0"/>
          <w:numId w:val="5"/>
        </w:numPr>
        <w:tabs>
          <w:tab w:val="left" w:pos="600"/>
        </w:tabs>
        <w:spacing w:after="0" w:line="240" w:lineRule="auto"/>
        <w:ind w:left="300" w:firstLine="0"/>
      </w:pPr>
      <w:r>
        <w:rPr>
          <w:color w:val="000000"/>
          <w:szCs w:val="24"/>
          <w:lang w:val="uk-UA" w:eastAsia="uk-UA" w:bidi="uk-UA"/>
        </w:rPr>
        <w:t>Вільна пересадка тканин (шкірних та шкірно-хрящових клаптів) при лікуванні вроджених вад розвитку.</w:t>
      </w:r>
    </w:p>
    <w:p w:rsidR="0054601C" w:rsidRPr="000952AC" w:rsidRDefault="000952AC">
      <w:pPr>
        <w:widowControl w:val="0"/>
        <w:numPr>
          <w:ilvl w:val="0"/>
          <w:numId w:val="5"/>
        </w:numPr>
        <w:tabs>
          <w:tab w:val="left" w:pos="600"/>
        </w:tabs>
        <w:spacing w:after="0" w:line="240" w:lineRule="auto"/>
        <w:ind w:left="300" w:firstLine="0"/>
        <w:rPr>
          <w:lang w:val="ru-RU"/>
        </w:rPr>
      </w:pPr>
      <w:r>
        <w:rPr>
          <w:color w:val="000000"/>
          <w:szCs w:val="24"/>
          <w:lang w:val="uk-UA" w:eastAsia="uk-UA" w:bidi="uk-UA"/>
        </w:rPr>
        <w:t xml:space="preserve">Показання, протипоказання, методика проведення, ускладнення та їх попередження. 6. </w:t>
      </w:r>
      <w:r>
        <w:rPr>
          <w:color w:val="000000"/>
          <w:szCs w:val="24"/>
          <w:lang w:val="uk-UA" w:eastAsia="uk-UA" w:bidi="uk-UA"/>
        </w:rPr>
        <w:lastRenderedPageBreak/>
        <w:t xml:space="preserve">Показання, строки та види хірургічного втручання при </w:t>
      </w:r>
      <w:r>
        <w:rPr>
          <w:color w:val="000000"/>
          <w:szCs w:val="24"/>
          <w:lang w:val="uk-UA" w:eastAsia="uk-UA" w:bidi="uk-UA"/>
        </w:rPr>
        <w:t>коротких вуздечках губ і язика, мілкому присінку.</w:t>
      </w:r>
    </w:p>
    <w:p w:rsidR="0054601C" w:rsidRPr="000952AC" w:rsidRDefault="000952AC">
      <w:pPr>
        <w:widowControl w:val="0"/>
        <w:numPr>
          <w:ilvl w:val="0"/>
          <w:numId w:val="7"/>
        </w:numPr>
        <w:tabs>
          <w:tab w:val="left" w:pos="595"/>
        </w:tabs>
        <w:spacing w:after="0" w:line="240" w:lineRule="auto"/>
        <w:ind w:left="300" w:firstLine="0"/>
        <w:rPr>
          <w:lang w:val="ru-RU"/>
        </w:rPr>
      </w:pPr>
      <w:r>
        <w:rPr>
          <w:color w:val="000000"/>
          <w:szCs w:val="24"/>
          <w:lang w:val="uk-UA" w:eastAsia="uk-UA" w:bidi="uk-UA"/>
        </w:rPr>
        <w:t>Статистика, класифікація, етіологія, причини виникнення вроджених незрощень піднебіння.</w:t>
      </w:r>
    </w:p>
    <w:p w:rsidR="0054601C" w:rsidRPr="000952AC" w:rsidRDefault="000952AC">
      <w:pPr>
        <w:widowControl w:val="0"/>
        <w:numPr>
          <w:ilvl w:val="0"/>
          <w:numId w:val="7"/>
        </w:numPr>
        <w:tabs>
          <w:tab w:val="left" w:pos="590"/>
        </w:tabs>
        <w:spacing w:after="0" w:line="240" w:lineRule="auto"/>
        <w:ind w:left="300" w:firstLine="0"/>
        <w:rPr>
          <w:lang w:val="ru-RU"/>
        </w:rPr>
      </w:pPr>
      <w:r>
        <w:rPr>
          <w:color w:val="000000"/>
          <w:szCs w:val="24"/>
          <w:lang w:val="uk-UA" w:eastAsia="uk-UA" w:bidi="uk-UA"/>
        </w:rPr>
        <w:t>Клініка, діагностика, строки та методи хірургічного лікування.</w:t>
      </w:r>
    </w:p>
    <w:p w:rsidR="0054601C" w:rsidRPr="000952AC" w:rsidRDefault="000952AC">
      <w:pPr>
        <w:widowControl w:val="0"/>
        <w:numPr>
          <w:ilvl w:val="0"/>
          <w:numId w:val="7"/>
        </w:numPr>
        <w:tabs>
          <w:tab w:val="left" w:pos="605"/>
        </w:tabs>
        <w:spacing w:after="0" w:line="240" w:lineRule="auto"/>
        <w:ind w:left="300" w:firstLine="0"/>
        <w:rPr>
          <w:lang w:val="ru-RU"/>
        </w:rPr>
      </w:pPr>
      <w:r>
        <w:rPr>
          <w:color w:val="000000"/>
          <w:szCs w:val="24"/>
          <w:lang w:val="uk-UA" w:eastAsia="uk-UA" w:bidi="uk-UA"/>
        </w:rPr>
        <w:t xml:space="preserve">Принципи щадної ураностафілопластики за методикою </w:t>
      </w:r>
      <w:r>
        <w:rPr>
          <w:color w:val="000000"/>
          <w:szCs w:val="24"/>
          <w:lang w:val="uk-UA" w:eastAsia="uk-UA" w:bidi="uk-UA"/>
        </w:rPr>
        <w:t>Л.В.Харькова. Проблеми хірургічного лікування дітей з двобічним нескрізним незрощенням піднебіння.</w:t>
      </w:r>
    </w:p>
    <w:p w:rsidR="0054601C" w:rsidRPr="000952AC" w:rsidRDefault="000952AC">
      <w:pPr>
        <w:widowControl w:val="0"/>
        <w:numPr>
          <w:ilvl w:val="0"/>
          <w:numId w:val="7"/>
        </w:numPr>
        <w:tabs>
          <w:tab w:val="left" w:pos="696"/>
        </w:tabs>
        <w:spacing w:after="0" w:line="254" w:lineRule="auto"/>
        <w:ind w:left="300" w:firstLine="0"/>
        <w:rPr>
          <w:lang w:val="ru-RU"/>
        </w:rPr>
      </w:pPr>
      <w:r>
        <w:rPr>
          <w:color w:val="000000"/>
          <w:szCs w:val="24"/>
          <w:lang w:val="uk-UA" w:eastAsia="uk-UA" w:bidi="uk-UA"/>
        </w:rPr>
        <w:t>Етапи ортодонтичної та логопедичної реабілітації хворих з незрощеннями піднебіння.</w:t>
      </w:r>
    </w:p>
    <w:p w:rsidR="0054601C" w:rsidRDefault="000952AC">
      <w:pPr>
        <w:keepNext/>
        <w:keepLines/>
        <w:widowControl w:val="0"/>
      </w:pPr>
      <w:bookmarkStart w:id="1" w:name="bookmark0"/>
      <w:r>
        <w:rPr>
          <w:color w:val="000000"/>
          <w:lang w:val="uk-UA" w:eastAsia="uk-UA" w:bidi="uk-UA"/>
        </w:rPr>
        <w:t>Список рекомендованої літератури</w:t>
      </w:r>
      <w:bookmarkEnd w:id="1"/>
    </w:p>
    <w:p w:rsidR="0054601C" w:rsidRDefault="000952AC">
      <w:pPr>
        <w:widowControl w:val="0"/>
        <w:numPr>
          <w:ilvl w:val="0"/>
          <w:numId w:val="9"/>
        </w:numPr>
        <w:tabs>
          <w:tab w:val="left" w:pos="209"/>
        </w:tabs>
        <w:spacing w:after="0" w:line="240" w:lineRule="auto"/>
        <w:ind w:left="300" w:hanging="300"/>
      </w:pPr>
      <w:r>
        <w:rPr>
          <w:color w:val="000000"/>
          <w:szCs w:val="24"/>
          <w:lang w:val="uk-UA" w:eastAsia="uk-UA" w:bidi="uk-UA"/>
        </w:rPr>
        <w:t>.Біденко Н. В., Борисенко А. В., Васильчу</w:t>
      </w:r>
      <w:r>
        <w:rPr>
          <w:color w:val="000000"/>
          <w:szCs w:val="24"/>
          <w:lang w:val="uk-UA" w:eastAsia="uk-UA" w:bidi="uk-UA"/>
        </w:rPr>
        <w:t>к О. В., Волинець В. М., Воловар О. С., Голубєва І. М. та інш. Алгоритми виконання стоматологічних і медичних маніпуляцій для підготовки до Державної атестації студентів 5 курсу за спеціальністю «Стоматологія». Київ, «Книга плюс», 2018.- 448 с.</w:t>
      </w:r>
    </w:p>
    <w:p w:rsidR="0054601C" w:rsidRDefault="000952AC">
      <w:pPr>
        <w:widowControl w:val="0"/>
        <w:numPr>
          <w:ilvl w:val="0"/>
          <w:numId w:val="9"/>
        </w:numPr>
        <w:tabs>
          <w:tab w:val="left" w:pos="252"/>
        </w:tabs>
        <w:spacing w:after="0" w:line="240" w:lineRule="auto"/>
        <w:ind w:left="300" w:hanging="300"/>
      </w:pPr>
      <w:r>
        <w:rPr>
          <w:color w:val="000000"/>
          <w:szCs w:val="24"/>
          <w:lang w:val="uk-UA" w:eastAsia="uk-UA" w:bidi="uk-UA"/>
        </w:rPr>
        <w:t xml:space="preserve">. </w:t>
      </w:r>
      <w:r>
        <w:rPr>
          <w:color w:val="000000"/>
          <w:szCs w:val="24"/>
          <w:lang w:val="uk-UA" w:eastAsia="uk-UA" w:bidi="uk-UA"/>
        </w:rPr>
        <w:t>Моделювання анатомічної форми зубів: підручник / П.С. Фліс, Т.М. Банних, А.М. Бібік, С.Б. Костенко. -2019, 352 с.</w:t>
      </w:r>
    </w:p>
    <w:p w:rsidR="0054601C" w:rsidRPr="000952AC" w:rsidRDefault="000952AC">
      <w:pPr>
        <w:widowControl w:val="0"/>
        <w:numPr>
          <w:ilvl w:val="0"/>
          <w:numId w:val="9"/>
        </w:numPr>
        <w:tabs>
          <w:tab w:val="left" w:pos="233"/>
        </w:tabs>
        <w:spacing w:after="0" w:line="240" w:lineRule="auto"/>
        <w:ind w:left="300" w:hanging="300"/>
        <w:rPr>
          <w:lang w:val="ru-RU"/>
        </w:rPr>
      </w:pPr>
      <w:r>
        <w:rPr>
          <w:color w:val="000000"/>
          <w:szCs w:val="24"/>
          <w:lang w:val="uk-UA" w:eastAsia="uk-UA" w:bidi="uk-UA"/>
        </w:rPr>
        <w:t>. Стоматологія у 2х книгах. Книга 2: підручник. Н.Рожко, И.Кириленко, О.Г. Денисенко. - 2018, 992 с.</w:t>
      </w:r>
    </w:p>
    <w:p w:rsidR="0054601C" w:rsidRPr="000952AC" w:rsidRDefault="000952AC">
      <w:pPr>
        <w:widowControl w:val="0"/>
        <w:numPr>
          <w:ilvl w:val="0"/>
          <w:numId w:val="9"/>
        </w:numPr>
        <w:tabs>
          <w:tab w:val="left" w:pos="252"/>
        </w:tabs>
        <w:spacing w:after="0" w:line="240" w:lineRule="auto"/>
        <w:ind w:left="300" w:hanging="300"/>
        <w:rPr>
          <w:lang w:val="ru-RU"/>
        </w:rPr>
      </w:pPr>
      <w:r>
        <w:rPr>
          <w:color w:val="000000"/>
          <w:szCs w:val="24"/>
          <w:lang w:val="uk-UA" w:eastAsia="uk-UA" w:bidi="uk-UA"/>
        </w:rPr>
        <w:t>.Стоматологія у 2х книгах. Книга 2: підру</w:t>
      </w:r>
      <w:r>
        <w:rPr>
          <w:color w:val="000000"/>
          <w:szCs w:val="24"/>
          <w:lang w:val="uk-UA" w:eastAsia="uk-UA" w:bidi="uk-UA"/>
        </w:rPr>
        <w:t>чник. Н.Рожко, И.Кириленко, О.Г. Денисенко. -2018, 992 с.</w:t>
      </w:r>
    </w:p>
    <w:p w:rsidR="0054601C" w:rsidRDefault="000952AC">
      <w:pPr>
        <w:widowControl w:val="0"/>
        <w:numPr>
          <w:ilvl w:val="0"/>
          <w:numId w:val="9"/>
        </w:numPr>
        <w:tabs>
          <w:tab w:val="left" w:pos="233"/>
        </w:tabs>
        <w:spacing w:after="0" w:line="240" w:lineRule="auto"/>
        <w:ind w:left="0" w:firstLine="0"/>
        <w:rPr>
          <w:sz w:val="22"/>
        </w:rPr>
      </w:pPr>
      <w:r>
        <w:rPr>
          <w:color w:val="000000"/>
          <w:sz w:val="22"/>
          <w:lang w:val="uk-UA" w:eastAsia="uk-UA" w:bidi="uk-UA"/>
        </w:rPr>
        <w:t>. Рожко М.М., Попович В.Д., Куроєдова В.Д. Стоматологія: у 2 книгах. «Медицина», 2018 р., 992 с.</w:t>
      </w:r>
    </w:p>
    <w:p w:rsidR="0054601C" w:rsidRDefault="000952AC">
      <w:pPr>
        <w:widowControl w:val="0"/>
        <w:numPr>
          <w:ilvl w:val="0"/>
          <w:numId w:val="9"/>
        </w:numPr>
        <w:tabs>
          <w:tab w:val="left" w:pos="237"/>
        </w:tabs>
        <w:spacing w:after="0" w:line="240" w:lineRule="auto"/>
        <w:ind w:left="300" w:hanging="300"/>
        <w:rPr>
          <w:sz w:val="22"/>
        </w:rPr>
      </w:pPr>
      <w:r>
        <w:rPr>
          <w:color w:val="000000"/>
          <w:sz w:val="22"/>
          <w:lang w:val="uk-UA" w:eastAsia="uk-UA" w:bidi="uk-UA"/>
        </w:rPr>
        <w:t>. Ілько А.А. Анестезіологія, інтенсивна терапія і реаніматологія: навчальний посібник (ВНЗ І-ІІІ р.а.</w:t>
      </w:r>
      <w:r>
        <w:rPr>
          <w:color w:val="000000"/>
          <w:sz w:val="22"/>
          <w:lang w:val="uk-UA" w:eastAsia="uk-UA" w:bidi="uk-UA"/>
        </w:rPr>
        <w:t>). 2е вид. -2018. - 256 с.</w:t>
      </w:r>
    </w:p>
    <w:p w:rsidR="0054601C" w:rsidRPr="000952AC" w:rsidRDefault="000952AC">
      <w:pPr>
        <w:widowControl w:val="0"/>
        <w:numPr>
          <w:ilvl w:val="0"/>
          <w:numId w:val="9"/>
        </w:numPr>
        <w:tabs>
          <w:tab w:val="left" w:pos="237"/>
        </w:tabs>
        <w:spacing w:after="0" w:line="264" w:lineRule="auto"/>
        <w:ind w:left="0" w:firstLine="0"/>
        <w:rPr>
          <w:sz w:val="22"/>
          <w:lang w:val="ru-RU"/>
        </w:rPr>
      </w:pPr>
      <w:r>
        <w:rPr>
          <w:color w:val="000000"/>
          <w:sz w:val="22"/>
          <w:lang w:val="uk-UA" w:eastAsia="uk-UA" w:bidi="uk-UA"/>
        </w:rPr>
        <w:t>.Малик С.В. Хірургія для стоматологічних факультетів. -Нова книга.-2020. -440 с.</w:t>
      </w:r>
    </w:p>
    <w:p w:rsidR="0054601C" w:rsidRDefault="000952AC">
      <w:pPr>
        <w:widowControl w:val="0"/>
        <w:numPr>
          <w:ilvl w:val="0"/>
          <w:numId w:val="9"/>
        </w:numPr>
        <w:tabs>
          <w:tab w:val="left" w:pos="228"/>
        </w:tabs>
        <w:spacing w:after="0" w:line="240" w:lineRule="auto"/>
        <w:ind w:left="300" w:hanging="300"/>
      </w:pPr>
      <w:r>
        <w:rPr>
          <w:color w:val="000000"/>
          <w:sz w:val="22"/>
          <w:lang w:val="uk-UA" w:eastAsia="uk-UA" w:bidi="uk-UA"/>
        </w:rPr>
        <w:t>.</w:t>
      </w:r>
      <w:r>
        <w:rPr>
          <w:color w:val="000000"/>
          <w:szCs w:val="24"/>
          <w:lang w:val="uk-UA" w:eastAsia="uk-UA" w:bidi="uk-UA"/>
        </w:rPr>
        <w:t>Профілактика стоматологічних захворювань: підруч. для студ. вищих мед. навч. закл. / Л. Ф. Каськова, Л. І. Амосова, О. О. Карпенко [та ін.]; за ред</w:t>
      </w:r>
      <w:r>
        <w:rPr>
          <w:color w:val="000000"/>
          <w:szCs w:val="24"/>
          <w:lang w:val="uk-UA" w:eastAsia="uk-UA" w:bidi="uk-UA"/>
        </w:rPr>
        <w:t xml:space="preserve">. проф. Л. Ф. Каськової. — Х.: Факт, 2019. — 392 с.: іл. </w:t>
      </w:r>
      <w:r>
        <w:rPr>
          <w:color w:val="000000"/>
          <w:szCs w:val="24"/>
          <w:lang w:bidi="en-US"/>
        </w:rPr>
        <w:t xml:space="preserve">ISBN </w:t>
      </w:r>
      <w:r>
        <w:rPr>
          <w:color w:val="000000"/>
          <w:szCs w:val="24"/>
          <w:lang w:val="uk-UA" w:eastAsia="uk-UA" w:bidi="uk-UA"/>
        </w:rPr>
        <w:t>978-966-637-697-1.</w:t>
      </w:r>
    </w:p>
    <w:p w:rsidR="0054601C" w:rsidRDefault="000952AC">
      <w:pPr>
        <w:widowControl w:val="0"/>
        <w:numPr>
          <w:ilvl w:val="0"/>
          <w:numId w:val="9"/>
        </w:numPr>
        <w:tabs>
          <w:tab w:val="left" w:pos="247"/>
        </w:tabs>
        <w:spacing w:after="0" w:line="240" w:lineRule="auto"/>
        <w:ind w:left="300" w:hanging="300"/>
      </w:pPr>
      <w:r>
        <w:rPr>
          <w:color w:val="000000"/>
          <w:szCs w:val="24"/>
          <w:lang w:val="uk-UA" w:eastAsia="uk-UA" w:bidi="uk-UA"/>
        </w:rPr>
        <w:t>.Мельник В.С., Горзов Л.Ф., Халак Р.О. М 38 Дитяча хірургічна стоматологія: Навчальний посібник. - Ужгород: Видавництво УжНУ «Говерла», 2018. - 92 с.</w:t>
      </w:r>
    </w:p>
    <w:p w:rsidR="0054601C" w:rsidRDefault="000952AC">
      <w:pPr>
        <w:widowControl w:val="0"/>
        <w:numPr>
          <w:ilvl w:val="0"/>
          <w:numId w:val="9"/>
        </w:numPr>
        <w:tabs>
          <w:tab w:val="left" w:pos="348"/>
        </w:tabs>
        <w:spacing w:after="0" w:line="240" w:lineRule="auto"/>
        <w:ind w:left="300" w:hanging="300"/>
      </w:pPr>
      <w:r>
        <w:rPr>
          <w:color w:val="000000"/>
          <w:szCs w:val="24"/>
          <w:lang w:val="uk-UA" w:eastAsia="uk-UA" w:bidi="uk-UA"/>
        </w:rPr>
        <w:t xml:space="preserve">.Казакова Р.В., Мельник </w:t>
      </w:r>
      <w:r>
        <w:rPr>
          <w:color w:val="000000"/>
          <w:szCs w:val="24"/>
          <w:lang w:val="uk-UA" w:eastAsia="uk-UA" w:bidi="uk-UA"/>
        </w:rPr>
        <w:t>В.С., Горзов Л.Ф. Пропедевтика дитячої терапевтичної стоматології : навч. посіб. / під ред. проф. Р.В. Казакової. - Ужгород : Говерла, 2018. - 128 с.</w:t>
      </w:r>
    </w:p>
    <w:p w:rsidR="0054601C" w:rsidRPr="000952AC" w:rsidRDefault="000952AC">
      <w:pPr>
        <w:widowControl w:val="0"/>
        <w:numPr>
          <w:ilvl w:val="0"/>
          <w:numId w:val="9"/>
        </w:numPr>
        <w:tabs>
          <w:tab w:val="left" w:pos="329"/>
        </w:tabs>
        <w:spacing w:after="0" w:line="240" w:lineRule="auto"/>
        <w:ind w:left="300" w:hanging="300"/>
        <w:rPr>
          <w:lang w:val="uk-UA"/>
        </w:rPr>
      </w:pPr>
      <w:r>
        <w:rPr>
          <w:color w:val="000000"/>
          <w:szCs w:val="24"/>
          <w:lang w:val="uk-UA" w:eastAsia="uk-UA" w:bidi="uk-UA"/>
        </w:rPr>
        <w:t>.Обстеження дітей із хірургічними захворюваннями щелепно-лицевої ділянки. Затверджено Вченою Радою Націона</w:t>
      </w:r>
      <w:r>
        <w:rPr>
          <w:color w:val="000000"/>
          <w:szCs w:val="24"/>
          <w:lang w:val="uk-UA" w:eastAsia="uk-UA" w:bidi="uk-UA"/>
        </w:rPr>
        <w:t>льного медичного університету імені О.О. Богомольця як навчальний посібник для студентів, лікарів-інтернів стоматологічного факультету україномовної форми навчання вищих медичних навчальних закладів України ІІІ-ІУ рівня акредитації, щелепно- лицевих хірург</w:t>
      </w:r>
      <w:r>
        <w:rPr>
          <w:color w:val="000000"/>
          <w:szCs w:val="24"/>
          <w:lang w:val="uk-UA" w:eastAsia="uk-UA" w:bidi="uk-UA"/>
        </w:rPr>
        <w:t>ів, хірургів-стоматологів, логопедів та лікарів-ортодонтів (протокол № 13 від 18 червня 2021 року) Автор: Яковенко Л.М., Чехова І.Л., Єфименко В.П. 2022р.</w:t>
      </w:r>
    </w:p>
    <w:p w:rsidR="0054601C" w:rsidRDefault="000952AC">
      <w:pPr>
        <w:widowControl w:val="0"/>
        <w:numPr>
          <w:ilvl w:val="0"/>
          <w:numId w:val="9"/>
        </w:numPr>
        <w:tabs>
          <w:tab w:val="left" w:pos="361"/>
        </w:tabs>
        <w:spacing w:after="820" w:line="240" w:lineRule="auto"/>
        <w:ind w:left="0" w:firstLine="0"/>
      </w:pPr>
      <w:r>
        <w:rPr>
          <w:color w:val="000000"/>
          <w:szCs w:val="24"/>
          <w:lang w:val="uk-UA" w:eastAsia="uk-UA" w:bidi="uk-UA"/>
        </w:rPr>
        <w:t>.Борисенко А. В., Коленко Ю. Г., Мялківський К. О. Мікробна екологія пародонту в осіб молодого віку /</w:t>
      </w:r>
      <w:r>
        <w:rPr>
          <w:color w:val="000000"/>
          <w:szCs w:val="24"/>
          <w:lang w:val="uk-UA" w:eastAsia="uk-UA" w:bidi="uk-UA"/>
        </w:rPr>
        <w:t>/Сучасна стоматологія. - 2018. - №. 5. - С. 28-31.9</w:t>
      </w:r>
    </w:p>
    <w:p w:rsidR="0054601C" w:rsidRDefault="000952AC">
      <w:pPr>
        <w:widowControl w:val="0"/>
        <w:spacing w:after="0" w:line="240" w:lineRule="auto"/>
        <w:ind w:firstLine="300"/>
      </w:pPr>
      <w:r>
        <w:rPr>
          <w:b/>
          <w:bCs/>
          <w:color w:val="000000"/>
          <w:szCs w:val="24"/>
          <w:lang w:val="uk-UA" w:eastAsia="uk-UA" w:bidi="uk-UA"/>
        </w:rPr>
        <w:t>Додаткова література:</w:t>
      </w:r>
    </w:p>
    <w:p w:rsidR="0054601C" w:rsidRPr="000952AC" w:rsidRDefault="000952AC">
      <w:pPr>
        <w:widowControl w:val="0"/>
        <w:numPr>
          <w:ilvl w:val="0"/>
          <w:numId w:val="10"/>
        </w:numPr>
        <w:tabs>
          <w:tab w:val="left" w:pos="1309"/>
        </w:tabs>
        <w:spacing w:after="0" w:line="240" w:lineRule="auto"/>
        <w:ind w:left="1280" w:hanging="360"/>
        <w:rPr>
          <w:lang w:val="ru-RU"/>
        </w:rPr>
      </w:pPr>
      <w:r>
        <w:rPr>
          <w:color w:val="000000"/>
          <w:szCs w:val="24"/>
          <w:lang w:val="uk-UA" w:eastAsia="uk-UA" w:bidi="uk-UA"/>
        </w:rPr>
        <w:t>Мочалов Ю.О. Перспективи подальшого вдосконалення стоматологічних фотокомпозитних пломбувальних матеріалів. Медична наука та практика: виклики та сьогодення. Зб.тез міжнар.наук.-прак</w:t>
      </w:r>
      <w:r>
        <w:rPr>
          <w:color w:val="000000"/>
          <w:szCs w:val="24"/>
          <w:lang w:val="uk-UA" w:eastAsia="uk-UA" w:bidi="uk-UA"/>
        </w:rPr>
        <w:t>т.конф. (м. Львів, 22-23 серпня 2019 р.). - 2019. -С. 39-41.</w:t>
      </w:r>
    </w:p>
    <w:p w:rsidR="0054601C" w:rsidRPr="000952AC" w:rsidRDefault="000952AC">
      <w:pPr>
        <w:widowControl w:val="0"/>
        <w:numPr>
          <w:ilvl w:val="0"/>
          <w:numId w:val="10"/>
        </w:numPr>
        <w:tabs>
          <w:tab w:val="left" w:pos="1049"/>
        </w:tabs>
        <w:spacing w:after="0" w:line="240" w:lineRule="auto"/>
        <w:ind w:left="1020" w:hanging="360"/>
        <w:rPr>
          <w:lang w:val="ru-RU"/>
        </w:rPr>
      </w:pPr>
      <w:r>
        <w:rPr>
          <w:color w:val="000000"/>
          <w:szCs w:val="24"/>
          <w:lang w:val="uk-UA" w:eastAsia="uk-UA" w:bidi="uk-UA"/>
        </w:rPr>
        <w:t>Ашаренкова О.В. Особливості своєчасної діагностики пухлиноподібних новоутворень на альвеолярних паростках щелеп (клінічний випадок) / О.В. Ашаренкова // Науково-практичний журнал Вісник стоматоло</w:t>
      </w:r>
      <w:r>
        <w:rPr>
          <w:color w:val="000000"/>
          <w:szCs w:val="24"/>
          <w:lang w:val="uk-UA" w:eastAsia="uk-UA" w:bidi="uk-UA"/>
        </w:rPr>
        <w:t>гії. - 2020. - Т. 38. - № 4 (113). - С. 60-63.</w:t>
      </w:r>
    </w:p>
    <w:p w:rsidR="0054601C" w:rsidRDefault="000952AC">
      <w:pPr>
        <w:widowControl w:val="0"/>
        <w:numPr>
          <w:ilvl w:val="0"/>
          <w:numId w:val="10"/>
        </w:numPr>
        <w:tabs>
          <w:tab w:val="left" w:pos="1049"/>
        </w:tabs>
        <w:spacing w:after="0" w:line="240" w:lineRule="auto"/>
        <w:ind w:left="1020" w:hanging="360"/>
      </w:pPr>
      <w:r>
        <w:rPr>
          <w:color w:val="000000"/>
          <w:szCs w:val="24"/>
          <w:lang w:bidi="en-US"/>
        </w:rPr>
        <w:t xml:space="preserve">Biloklytska Galyna F. Resources to improve the effectiveness of periodontal treatment in patients with diabetes mellitus </w:t>
      </w:r>
      <w:r>
        <w:rPr>
          <w:color w:val="000000"/>
          <w:szCs w:val="24"/>
          <w:lang w:val="uk-UA" w:eastAsia="uk-UA" w:bidi="uk-UA"/>
        </w:rPr>
        <w:t xml:space="preserve">/ </w:t>
      </w:r>
      <w:r>
        <w:rPr>
          <w:color w:val="000000"/>
          <w:szCs w:val="24"/>
          <w:lang w:bidi="en-US"/>
        </w:rPr>
        <w:t xml:space="preserve">Galyna F. Biloklytska, Svitlana Yu. Viala </w:t>
      </w:r>
      <w:r>
        <w:rPr>
          <w:color w:val="000000"/>
          <w:szCs w:val="24"/>
          <w:lang w:val="uk-UA" w:eastAsia="uk-UA" w:bidi="uk-UA"/>
        </w:rPr>
        <w:t xml:space="preserve">// </w:t>
      </w:r>
      <w:r>
        <w:rPr>
          <w:color w:val="000000"/>
          <w:szCs w:val="24"/>
          <w:lang w:bidi="en-US"/>
        </w:rPr>
        <w:t>Wiadomosci Lekarskie</w:t>
      </w:r>
      <w:r>
        <w:rPr>
          <w:i/>
          <w:iCs/>
          <w:color w:val="000000"/>
          <w:szCs w:val="24"/>
          <w:lang w:bidi="en-US"/>
        </w:rPr>
        <w:t>.</w:t>
      </w:r>
      <w:r>
        <w:rPr>
          <w:color w:val="000000"/>
          <w:szCs w:val="24"/>
          <w:lang w:bidi="en-US"/>
        </w:rPr>
        <w:t xml:space="preserve"> - 2021. - - LXXIV. - ISSUE - 3. - Part - 2.- P. 702 - 708.</w:t>
      </w:r>
    </w:p>
    <w:p w:rsidR="0054601C" w:rsidRDefault="000952AC">
      <w:pPr>
        <w:widowControl w:val="0"/>
        <w:numPr>
          <w:ilvl w:val="0"/>
          <w:numId w:val="10"/>
        </w:numPr>
        <w:tabs>
          <w:tab w:val="left" w:pos="1049"/>
        </w:tabs>
        <w:spacing w:after="0" w:line="240" w:lineRule="auto"/>
        <w:ind w:left="1020" w:hanging="360"/>
      </w:pPr>
      <w:r>
        <w:rPr>
          <w:color w:val="000000"/>
          <w:szCs w:val="24"/>
          <w:lang w:bidi="en-US"/>
        </w:rPr>
        <w:lastRenderedPageBreak/>
        <w:t xml:space="preserve">Kopchak Oksana Improvement of treatment guidelines for patients with gingival fibromatosis considering interdisciplinary approach </w:t>
      </w:r>
      <w:r>
        <w:rPr>
          <w:color w:val="000000"/>
          <w:szCs w:val="24"/>
          <w:lang w:val="uk-UA" w:eastAsia="uk-UA" w:bidi="uk-UA"/>
        </w:rPr>
        <w:t xml:space="preserve">/ </w:t>
      </w:r>
      <w:r>
        <w:rPr>
          <w:color w:val="000000"/>
          <w:szCs w:val="24"/>
          <w:lang w:bidi="en-US"/>
        </w:rPr>
        <w:t>Oksana Kopchak, Oleksii Azarov, Svetlana Cherniak, Olha Asharenk</w:t>
      </w:r>
      <w:r>
        <w:rPr>
          <w:color w:val="000000"/>
          <w:szCs w:val="24"/>
          <w:lang w:bidi="en-US"/>
        </w:rPr>
        <w:t xml:space="preserve">ova, Karolina Airapetian </w:t>
      </w:r>
      <w:r>
        <w:rPr>
          <w:color w:val="000000"/>
          <w:szCs w:val="24"/>
          <w:lang w:val="uk-UA" w:eastAsia="uk-UA" w:bidi="uk-UA"/>
        </w:rPr>
        <w:t xml:space="preserve">// </w:t>
      </w:r>
      <w:r>
        <w:rPr>
          <w:color w:val="000000"/>
          <w:szCs w:val="24"/>
          <w:lang w:bidi="en-US"/>
        </w:rPr>
        <w:t xml:space="preserve">Stomatologia Wspofczesna. - 2021. - Vol. 28. - № 1-2. - </w:t>
      </w:r>
      <w:r>
        <w:rPr>
          <w:color w:val="000000"/>
          <w:szCs w:val="24"/>
          <w:lang w:val="uk-UA" w:eastAsia="uk-UA" w:bidi="uk-UA"/>
        </w:rPr>
        <w:t xml:space="preserve">Р. </w:t>
      </w:r>
      <w:r>
        <w:rPr>
          <w:color w:val="000000"/>
          <w:szCs w:val="24"/>
          <w:lang w:bidi="en-US"/>
        </w:rPr>
        <w:t>21 - 27.</w:t>
      </w:r>
    </w:p>
    <w:p w:rsidR="0054601C" w:rsidRDefault="000952AC">
      <w:pPr>
        <w:keepNext/>
        <w:keepLines/>
        <w:widowControl w:val="0"/>
        <w:numPr>
          <w:ilvl w:val="0"/>
          <w:numId w:val="1"/>
        </w:numPr>
        <w:tabs>
          <w:tab w:val="left" w:pos="1148"/>
        </w:tabs>
        <w:spacing w:after="160" w:line="360" w:lineRule="auto"/>
        <w:ind w:left="0" w:firstLine="840"/>
        <w:jc w:val="both"/>
      </w:pPr>
      <w:bookmarkStart w:id="2" w:name="bookmark2"/>
      <w:r>
        <w:rPr>
          <w:color w:val="000000"/>
          <w:u w:val="single"/>
          <w:lang w:val="uk-UA" w:eastAsia="uk-UA" w:bidi="uk-UA"/>
        </w:rPr>
        <w:t>Актуальність теми заняття:</w:t>
      </w:r>
      <w:bookmarkEnd w:id="2"/>
    </w:p>
    <w:p w:rsidR="0054601C" w:rsidRPr="000952AC" w:rsidRDefault="000952AC">
      <w:pPr>
        <w:widowControl w:val="0"/>
        <w:spacing w:after="0" w:line="360" w:lineRule="auto"/>
        <w:rPr>
          <w:lang w:val="uk-UA"/>
        </w:rPr>
      </w:pPr>
      <w:r>
        <w:rPr>
          <w:color w:val="212121"/>
          <w:lang w:val="uk-UA" w:eastAsia="uk-UA" w:bidi="uk-UA"/>
        </w:rPr>
        <w:t xml:space="preserve">Вроджені розщілини верхньої губи, коміркового відростка, м'якого і твердого піднебіння складають 30-35% від усіх вад розвитку людини та є однією з найскладніших проблем сучасної медицини </w:t>
      </w:r>
      <w:r>
        <w:rPr>
          <w:color w:val="000000"/>
          <w:lang w:val="uk-UA" w:eastAsia="uk-UA" w:bidi="uk-UA"/>
        </w:rPr>
        <w:t xml:space="preserve">. </w:t>
      </w:r>
      <w:r>
        <w:rPr>
          <w:color w:val="212121"/>
          <w:lang w:val="uk-UA" w:eastAsia="uk-UA" w:bidi="uk-UA"/>
        </w:rPr>
        <w:t>За тяжкістю анатомо- функціональних порушень розщілини губи й підне</w:t>
      </w:r>
      <w:r>
        <w:rPr>
          <w:color w:val="212121"/>
          <w:lang w:val="uk-UA" w:eastAsia="uk-UA" w:bidi="uk-UA"/>
        </w:rPr>
        <w:t>біння посідають одне з чільних місць, а в 17% випадків поєднуються з іншими вродженими аномаліями органів і тканин. Естетичні, морфологічні і функціональні порушення, які виникають при цьому, ведуть до погіршення механізму соціальної адаптації пацієнтів ст</w:t>
      </w:r>
      <w:r>
        <w:rPr>
          <w:color w:val="212121"/>
          <w:lang w:val="uk-UA" w:eastAsia="uk-UA" w:bidi="uk-UA"/>
        </w:rPr>
        <w:t>ворюючи ряд медико-соціальних проблем .</w:t>
      </w:r>
    </w:p>
    <w:p w:rsidR="0054601C" w:rsidRPr="000952AC" w:rsidRDefault="000952AC">
      <w:pPr>
        <w:widowControl w:val="0"/>
        <w:spacing w:after="0" w:line="360" w:lineRule="auto"/>
        <w:ind w:firstLine="840"/>
        <w:rPr>
          <w:lang w:val="uk-UA"/>
        </w:rPr>
      </w:pPr>
      <w:r>
        <w:rPr>
          <w:color w:val="212121"/>
          <w:lang w:val="uk-UA" w:eastAsia="uk-UA" w:bidi="uk-UA"/>
        </w:rPr>
        <w:t>У даний час кількість дітей з такою вродженою патологією не зменшується, а, навпаки, відзначається тенденція до його зростання . Крім того, зростає кількість дітей, які потребують покращення результатів відновлювальн</w:t>
      </w:r>
      <w:r>
        <w:rPr>
          <w:color w:val="212121"/>
          <w:lang w:val="uk-UA" w:eastAsia="uk-UA" w:bidi="uk-UA"/>
        </w:rPr>
        <w:t>их операцій і ортодонтичного лікування в системі комплексної реабілітації, що вимагає постійного пошуку та впровадження нових методів .</w:t>
      </w:r>
    </w:p>
    <w:p w:rsidR="0054601C" w:rsidRPr="000952AC" w:rsidRDefault="000952AC">
      <w:pPr>
        <w:widowControl w:val="0"/>
        <w:spacing w:after="0" w:line="360" w:lineRule="auto"/>
        <w:ind w:firstLine="840"/>
        <w:rPr>
          <w:lang w:val="uk-UA"/>
        </w:rPr>
      </w:pPr>
      <w:r>
        <w:rPr>
          <w:color w:val="212121"/>
          <w:lang w:val="uk-UA" w:eastAsia="uk-UA" w:bidi="uk-UA"/>
        </w:rPr>
        <w:t>Відомо, що ранні операції на піднебінні призводять до затримки росту верхньої щелепи, підсилюють її недорозвинення за ра</w:t>
      </w:r>
      <w:r>
        <w:rPr>
          <w:color w:val="212121"/>
          <w:lang w:val="uk-UA" w:eastAsia="uk-UA" w:bidi="uk-UA"/>
        </w:rPr>
        <w:t>хунок пошкодження росткових зон і зближення фрагментів щелепи, а також до утворення післяопераційних рубців. У результаті проведеного хірургічного лікування відбувається наростання колапсу верхньої щелепи, а патологічні зміни верхньої зубоальвеолярної дуги</w:t>
      </w:r>
      <w:r>
        <w:rPr>
          <w:color w:val="212121"/>
          <w:lang w:val="uk-UA" w:eastAsia="uk-UA" w:bidi="uk-UA"/>
        </w:rPr>
        <w:t xml:space="preserve"> стають чітко вираженими, що призводить до деформації середньої третини обличчя й дисгармонії розвитку лицевого скелету .</w:t>
      </w:r>
    </w:p>
    <w:p w:rsidR="0054601C" w:rsidRPr="000952AC" w:rsidRDefault="000952AC">
      <w:pPr>
        <w:widowControl w:val="0"/>
        <w:spacing w:after="0" w:line="360" w:lineRule="auto"/>
        <w:ind w:firstLine="1020"/>
        <w:rPr>
          <w:lang w:val="ru-RU"/>
        </w:rPr>
      </w:pPr>
      <w:r>
        <w:rPr>
          <w:color w:val="212121"/>
          <w:lang w:val="uk-UA" w:eastAsia="uk-UA" w:bidi="uk-UA"/>
        </w:rPr>
        <w:t>Доведено, що серед пацієнтів з повною розщілиною піднебіння провідною деформацією вважається недорозвинення верхньої щелепи та її звуж</w:t>
      </w:r>
      <w:r>
        <w:rPr>
          <w:color w:val="212121"/>
          <w:lang w:val="uk-UA" w:eastAsia="uk-UA" w:bidi="uk-UA"/>
        </w:rPr>
        <w:t xml:space="preserve">ення в бічних відділах, які зустрічаються у 69% прооперованих дітей. При цьому науково-обґрунтовані методи лікування звуження верхньої щелепи в дітей з такою патологією представлені </w:t>
      </w:r>
      <w:r>
        <w:rPr>
          <w:color w:val="000000"/>
          <w:lang w:val="uk-UA" w:eastAsia="uk-UA" w:bidi="uk-UA"/>
        </w:rPr>
        <w:t xml:space="preserve">одиничними </w:t>
      </w:r>
      <w:r>
        <w:rPr>
          <w:color w:val="212121"/>
          <w:lang w:val="uk-UA" w:eastAsia="uk-UA" w:bidi="uk-UA"/>
        </w:rPr>
        <w:t>роботами.</w:t>
      </w:r>
    </w:p>
    <w:p w:rsidR="0054601C" w:rsidRPr="000952AC" w:rsidRDefault="000952AC">
      <w:pPr>
        <w:widowControl w:val="0"/>
        <w:spacing w:after="0" w:line="360" w:lineRule="auto"/>
        <w:ind w:firstLine="1020"/>
        <w:rPr>
          <w:lang w:val="ru-RU"/>
        </w:rPr>
      </w:pPr>
      <w:r>
        <w:rPr>
          <w:color w:val="000000"/>
          <w:lang w:val="uk-UA" w:eastAsia="uk-UA" w:bidi="uk-UA"/>
        </w:rPr>
        <w:t xml:space="preserve">Тим </w:t>
      </w:r>
      <w:r>
        <w:rPr>
          <w:color w:val="212121"/>
          <w:lang w:val="uk-UA" w:eastAsia="uk-UA" w:bidi="uk-UA"/>
        </w:rPr>
        <w:t>часом, однією з невирішених актуальних проблем су</w:t>
      </w:r>
      <w:r>
        <w:rPr>
          <w:color w:val="212121"/>
          <w:lang w:val="uk-UA" w:eastAsia="uk-UA" w:bidi="uk-UA"/>
        </w:rPr>
        <w:t xml:space="preserve">часної стоматології є вдосконалення методів ранньої реабілітації дітей з вродженою аномалією щелепно-лицевої ділянки </w:t>
      </w:r>
      <w:r>
        <w:rPr>
          <w:color w:val="000000"/>
          <w:lang w:val="uk-UA" w:eastAsia="uk-UA" w:bidi="uk-UA"/>
        </w:rPr>
        <w:t>.</w:t>
      </w:r>
    </w:p>
    <w:p w:rsidR="0054601C" w:rsidRPr="000952AC" w:rsidRDefault="000952AC">
      <w:pPr>
        <w:widowControl w:val="0"/>
        <w:spacing w:after="0" w:line="360" w:lineRule="auto"/>
        <w:ind w:firstLine="1020"/>
        <w:rPr>
          <w:lang w:val="ru-RU"/>
        </w:rPr>
      </w:pPr>
      <w:r>
        <w:rPr>
          <w:color w:val="000000"/>
          <w:lang w:val="uk-UA" w:eastAsia="uk-UA" w:bidi="uk-UA"/>
        </w:rPr>
        <w:t>Таким чином, складність і трудомісткість лікування дітей з повною розщілиною піднебіння після вело- й уранопластики, високий відсоток</w:t>
      </w:r>
    </w:p>
    <w:p w:rsidR="0054601C" w:rsidRPr="000952AC" w:rsidRDefault="000952AC">
      <w:pPr>
        <w:widowControl w:val="0"/>
        <w:spacing w:after="1260" w:line="360" w:lineRule="auto"/>
        <w:rPr>
          <w:lang w:val="ru-RU"/>
        </w:rPr>
      </w:pPr>
      <w:r>
        <w:rPr>
          <w:color w:val="000000"/>
          <w:lang w:val="uk-UA" w:eastAsia="uk-UA" w:bidi="uk-UA"/>
        </w:rPr>
        <w:t>нез</w:t>
      </w:r>
      <w:r>
        <w:rPr>
          <w:color w:val="000000"/>
          <w:lang w:val="uk-UA" w:eastAsia="uk-UA" w:bidi="uk-UA"/>
        </w:rPr>
        <w:t>адовільних результатів та ускладнень при лікуванні, відсутність стабільності результатів роблять актуальними пошуки нових та удосконалення існуючих ортодонтичних конструкцій.</w:t>
      </w:r>
    </w:p>
    <w:p w:rsidR="0054601C" w:rsidRDefault="000952AC">
      <w:pPr>
        <w:keepNext/>
        <w:keepLines/>
        <w:widowControl w:val="0"/>
        <w:numPr>
          <w:ilvl w:val="0"/>
          <w:numId w:val="1"/>
        </w:numPr>
        <w:tabs>
          <w:tab w:val="left" w:pos="1232"/>
        </w:tabs>
        <w:spacing w:after="0" w:line="240" w:lineRule="auto"/>
        <w:ind w:left="0" w:firstLine="840"/>
      </w:pPr>
      <w:bookmarkStart w:id="3" w:name="bookmark4"/>
      <w:r>
        <w:rPr>
          <w:color w:val="000000"/>
          <w:lang w:val="uk-UA" w:eastAsia="uk-UA" w:bidi="uk-UA"/>
        </w:rPr>
        <w:lastRenderedPageBreak/>
        <w:t>Конкретні цілі:</w:t>
      </w:r>
      <w:bookmarkEnd w:id="3"/>
    </w:p>
    <w:p w:rsidR="0054601C" w:rsidRPr="000952AC" w:rsidRDefault="000952AC">
      <w:pPr>
        <w:widowControl w:val="0"/>
        <w:numPr>
          <w:ilvl w:val="0"/>
          <w:numId w:val="3"/>
        </w:numPr>
        <w:tabs>
          <w:tab w:val="left" w:pos="1156"/>
        </w:tabs>
        <w:spacing w:after="0" w:line="240" w:lineRule="auto"/>
        <w:ind w:left="0" w:firstLine="900"/>
        <w:rPr>
          <w:lang w:val="ru-RU"/>
        </w:rPr>
      </w:pPr>
      <w:r>
        <w:rPr>
          <w:color w:val="000000"/>
          <w:lang w:val="uk-UA" w:eastAsia="uk-UA" w:bidi="uk-UA"/>
        </w:rPr>
        <w:t xml:space="preserve">Пояснювати етіологію і патогенез виникнення природжених вад </w:t>
      </w:r>
      <w:r>
        <w:rPr>
          <w:color w:val="000000"/>
          <w:lang w:val="uk-UA" w:eastAsia="uk-UA" w:bidi="uk-UA"/>
        </w:rPr>
        <w:t>обличчя</w:t>
      </w:r>
    </w:p>
    <w:p w:rsidR="0054601C" w:rsidRPr="000952AC" w:rsidRDefault="000952AC">
      <w:pPr>
        <w:widowControl w:val="0"/>
        <w:numPr>
          <w:ilvl w:val="0"/>
          <w:numId w:val="3"/>
        </w:numPr>
        <w:tabs>
          <w:tab w:val="left" w:pos="1156"/>
        </w:tabs>
        <w:spacing w:after="0" w:line="240" w:lineRule="auto"/>
        <w:ind w:left="0" w:firstLine="900"/>
        <w:rPr>
          <w:lang w:val="ru-RU"/>
        </w:rPr>
      </w:pPr>
      <w:r>
        <w:rPr>
          <w:color w:val="000000"/>
          <w:lang w:val="uk-UA" w:eastAsia="uk-UA" w:bidi="uk-UA"/>
        </w:rPr>
        <w:t>Пояснювати особливості діагностики і профілактики природжених вад обличчя.</w:t>
      </w:r>
    </w:p>
    <w:p w:rsidR="0054601C" w:rsidRPr="000952AC" w:rsidRDefault="000952AC">
      <w:pPr>
        <w:widowControl w:val="0"/>
        <w:numPr>
          <w:ilvl w:val="0"/>
          <w:numId w:val="3"/>
        </w:numPr>
        <w:tabs>
          <w:tab w:val="left" w:pos="1156"/>
        </w:tabs>
        <w:spacing w:after="0" w:line="240" w:lineRule="auto"/>
        <w:ind w:left="0" w:firstLine="840"/>
        <w:rPr>
          <w:lang w:val="ru-RU"/>
        </w:rPr>
      </w:pPr>
      <w:r>
        <w:rPr>
          <w:color w:val="000000"/>
          <w:lang w:val="uk-UA" w:eastAsia="uk-UA" w:bidi="uk-UA"/>
        </w:rPr>
        <w:t>Ознайомитися з принципами діагностики спадкових синдромів в ортодонтії.</w:t>
      </w:r>
    </w:p>
    <w:p w:rsidR="0054601C" w:rsidRPr="000952AC" w:rsidRDefault="000952AC">
      <w:pPr>
        <w:widowControl w:val="0"/>
        <w:numPr>
          <w:ilvl w:val="0"/>
          <w:numId w:val="3"/>
        </w:numPr>
        <w:tabs>
          <w:tab w:val="left" w:pos="2016"/>
        </w:tabs>
        <w:spacing w:after="300" w:line="240" w:lineRule="auto"/>
        <w:ind w:left="0" w:firstLine="840"/>
        <w:rPr>
          <w:lang w:val="ru-RU"/>
        </w:rPr>
      </w:pPr>
      <w:r>
        <w:rPr>
          <w:color w:val="000000"/>
          <w:lang w:val="uk-UA" w:eastAsia="uk-UA" w:bidi="uk-UA"/>
        </w:rPr>
        <w:t>Аналізувати клінічні прояви основних спадкових синдромів.</w:t>
      </w:r>
    </w:p>
    <w:p w:rsidR="0054601C" w:rsidRPr="000952AC" w:rsidRDefault="000952AC">
      <w:pPr>
        <w:widowControl w:val="0"/>
        <w:tabs>
          <w:tab w:val="left" w:leader="underscore" w:pos="9610"/>
        </w:tabs>
        <w:spacing w:after="0" w:line="240" w:lineRule="auto"/>
        <w:ind w:left="96"/>
        <w:rPr>
          <w:lang w:val="ru-RU"/>
        </w:rPr>
      </w:pPr>
      <w:r>
        <w:rPr>
          <w:color w:val="000000"/>
          <w:lang w:val="uk-UA" w:eastAsia="uk-UA" w:bidi="uk-UA"/>
        </w:rPr>
        <w:t xml:space="preserve">3. Базові знання, вміння, навички, необхідні для вивчення теми </w:t>
      </w:r>
      <w:r>
        <w:rPr>
          <w:color w:val="000000"/>
          <w:u w:val="single"/>
          <w:lang w:val="uk-UA" w:eastAsia="uk-UA" w:bidi="uk-UA"/>
        </w:rPr>
        <w:t>(міждисциплінарна інтеграція)</w:t>
      </w:r>
      <w:r>
        <w:rPr>
          <w:color w:val="000000"/>
          <w:lang w:val="uk-UA" w:eastAsia="uk-UA" w:bidi="uk-UA"/>
        </w:rPr>
        <w:tab/>
      </w:r>
    </w:p>
    <w:tbl>
      <w:tblPr>
        <w:tblOverlap w:val="never"/>
        <w:tblW w:w="0" w:type="auto"/>
        <w:jc w:val="center"/>
        <w:tblLayout w:type="fixed"/>
        <w:tblLook w:val="04A0" w:firstRow="1" w:lastRow="0" w:firstColumn="1" w:lastColumn="0" w:noHBand="0" w:noVBand="1"/>
      </w:tblPr>
      <w:tblGrid>
        <w:gridCol w:w="4819"/>
        <w:gridCol w:w="4819"/>
      </w:tblGrid>
      <w:tr w:rsidR="0054601C">
        <w:trPr>
          <w:cantSplit/>
          <w:trHeight w:hRule="exact" w:val="341"/>
          <w:jc w:val="center"/>
        </w:trPr>
        <w:tc>
          <w:tcPr>
            <w:tcW w:w="4819" w:type="dxa"/>
            <w:tcBorders>
              <w:top w:val="single" w:sz="4" w:space="0" w:color="auto"/>
              <w:lef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Предмет</w:t>
            </w:r>
          </w:p>
        </w:tc>
        <w:tc>
          <w:tcPr>
            <w:tcW w:w="4819" w:type="dxa"/>
            <w:tcBorders>
              <w:top w:val="single" w:sz="4" w:space="0" w:color="auto"/>
              <w:left w:val="single" w:sz="4" w:space="0" w:color="auto"/>
              <w:righ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Отримані знання і навички</w:t>
            </w:r>
          </w:p>
        </w:tc>
      </w:tr>
      <w:tr w:rsidR="0054601C">
        <w:trPr>
          <w:cantSplit/>
          <w:trHeight w:hRule="exact" w:val="2587"/>
          <w:jc w:val="center"/>
        </w:trPr>
        <w:tc>
          <w:tcPr>
            <w:tcW w:w="481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Анатомія</w:t>
            </w:r>
          </w:p>
        </w:tc>
        <w:tc>
          <w:tcPr>
            <w:tcW w:w="4819" w:type="dxa"/>
            <w:tcBorders>
              <w:top w:val="single" w:sz="4" w:space="0" w:color="auto"/>
              <w:left w:val="single" w:sz="4" w:space="0" w:color="auto"/>
              <w:right w:val="single" w:sz="4" w:space="0" w:color="auto"/>
            </w:tcBorders>
            <w:shd w:val="clear" w:color="auto" w:fill="auto"/>
            <w:vAlign w:val="bottom"/>
          </w:tcPr>
          <w:p w:rsidR="0054601C" w:rsidRDefault="000952AC">
            <w:pPr>
              <w:widowControl w:val="0"/>
              <w:tabs>
                <w:tab w:val="left" w:pos="1675"/>
                <w:tab w:val="left" w:pos="2890"/>
                <w:tab w:val="left" w:pos="4512"/>
              </w:tabs>
              <w:spacing w:after="0" w:line="240" w:lineRule="auto"/>
            </w:pPr>
            <w:r>
              <w:rPr>
                <w:color w:val="000000"/>
                <w:lang w:val="uk-UA" w:eastAsia="uk-UA" w:bidi="uk-UA"/>
              </w:rPr>
              <w:t>Описувати</w:t>
            </w:r>
            <w:r>
              <w:rPr>
                <w:color w:val="000000"/>
                <w:lang w:val="uk-UA" w:eastAsia="uk-UA" w:bidi="uk-UA"/>
              </w:rPr>
              <w:tab/>
              <w:t>будову</w:t>
            </w:r>
            <w:r>
              <w:rPr>
                <w:color w:val="000000"/>
                <w:lang w:val="uk-UA" w:eastAsia="uk-UA" w:bidi="uk-UA"/>
              </w:rPr>
              <w:tab/>
              <w:t>мозкового</w:t>
            </w:r>
            <w:r>
              <w:rPr>
                <w:color w:val="000000"/>
                <w:lang w:val="uk-UA" w:eastAsia="uk-UA" w:bidi="uk-UA"/>
              </w:rPr>
              <w:tab/>
              <w:t>і</w:t>
            </w:r>
          </w:p>
          <w:p w:rsidR="0054601C" w:rsidRPr="000952AC" w:rsidRDefault="000952AC">
            <w:pPr>
              <w:widowControl w:val="0"/>
              <w:tabs>
                <w:tab w:val="left" w:pos="1315"/>
                <w:tab w:val="left" w:pos="2880"/>
                <w:tab w:val="left" w:pos="4522"/>
              </w:tabs>
              <w:spacing w:after="0" w:line="240" w:lineRule="auto"/>
              <w:rPr>
                <w:lang w:val="uk-UA"/>
              </w:rPr>
            </w:pPr>
            <w:r>
              <w:rPr>
                <w:color w:val="000000"/>
                <w:lang w:val="uk-UA" w:eastAsia="uk-UA" w:bidi="uk-UA"/>
              </w:rPr>
              <w:t>лицевого відділів черепа, щелеп, прикріплення мімічних і жувальних м'язів.</w:t>
            </w:r>
            <w:r>
              <w:rPr>
                <w:color w:val="000000"/>
                <w:lang w:val="uk-UA" w:eastAsia="uk-UA" w:bidi="uk-UA"/>
              </w:rPr>
              <w:tab/>
              <w:t>Оцінити</w:t>
            </w:r>
            <w:r>
              <w:rPr>
                <w:color w:val="000000"/>
                <w:lang w:val="uk-UA" w:eastAsia="uk-UA" w:bidi="uk-UA"/>
              </w:rPr>
              <w:tab/>
              <w:t>розвит</w:t>
            </w:r>
            <w:r>
              <w:rPr>
                <w:color w:val="000000"/>
                <w:lang w:val="uk-UA" w:eastAsia="uk-UA" w:bidi="uk-UA"/>
              </w:rPr>
              <w:t>ок</w:t>
            </w:r>
            <w:r>
              <w:rPr>
                <w:color w:val="000000"/>
                <w:lang w:val="uk-UA" w:eastAsia="uk-UA" w:bidi="uk-UA"/>
              </w:rPr>
              <w:tab/>
              <w:t>і</w:t>
            </w:r>
          </w:p>
          <w:p w:rsidR="0054601C" w:rsidRPr="000952AC" w:rsidRDefault="000952AC">
            <w:pPr>
              <w:widowControl w:val="0"/>
              <w:tabs>
                <w:tab w:val="left" w:pos="2165"/>
                <w:tab w:val="left" w:pos="3494"/>
              </w:tabs>
              <w:spacing w:after="0" w:line="240" w:lineRule="auto"/>
              <w:rPr>
                <w:lang w:val="uk-UA"/>
              </w:rPr>
            </w:pPr>
            <w:r>
              <w:rPr>
                <w:color w:val="000000"/>
                <w:lang w:val="uk-UA" w:eastAsia="uk-UA" w:bidi="uk-UA"/>
              </w:rPr>
              <w:t>пропорційність</w:t>
            </w:r>
            <w:r>
              <w:rPr>
                <w:color w:val="000000"/>
                <w:lang w:val="uk-UA" w:eastAsia="uk-UA" w:bidi="uk-UA"/>
              </w:rPr>
              <w:tab/>
              <w:t>розмірів</w:t>
            </w:r>
            <w:r>
              <w:rPr>
                <w:color w:val="000000"/>
                <w:lang w:val="uk-UA" w:eastAsia="uk-UA" w:bidi="uk-UA"/>
              </w:rPr>
              <w:tab/>
              <w:t>лицевого</w:t>
            </w:r>
          </w:p>
          <w:p w:rsidR="0054601C" w:rsidRPr="000952AC" w:rsidRDefault="000952AC">
            <w:pPr>
              <w:widowControl w:val="0"/>
              <w:tabs>
                <w:tab w:val="left" w:pos="3158"/>
              </w:tabs>
              <w:spacing w:after="0" w:line="240" w:lineRule="auto"/>
              <w:rPr>
                <w:lang w:val="uk-UA"/>
              </w:rPr>
            </w:pPr>
            <w:r>
              <w:rPr>
                <w:color w:val="000000"/>
                <w:lang w:val="uk-UA" w:eastAsia="uk-UA" w:bidi="uk-UA"/>
              </w:rPr>
              <w:t>відділу черепа, щелеп. Описувати анатомо-фізіологічні</w:t>
            </w:r>
            <w:r>
              <w:rPr>
                <w:color w:val="000000"/>
                <w:lang w:val="uk-UA" w:eastAsia="uk-UA" w:bidi="uk-UA"/>
              </w:rPr>
              <w:tab/>
              <w:t>особливості</w:t>
            </w:r>
          </w:p>
          <w:p w:rsidR="0054601C" w:rsidRDefault="000952AC">
            <w:pPr>
              <w:widowControl w:val="0"/>
              <w:spacing w:after="0" w:line="240" w:lineRule="auto"/>
            </w:pPr>
            <w:r>
              <w:rPr>
                <w:color w:val="000000"/>
                <w:lang w:val="uk-UA" w:eastAsia="uk-UA" w:bidi="uk-UA"/>
              </w:rPr>
              <w:t>твердого та м’якого піднебіння</w:t>
            </w:r>
          </w:p>
        </w:tc>
      </w:tr>
      <w:tr w:rsidR="0054601C" w:rsidRPr="000952AC">
        <w:trPr>
          <w:cantSplit/>
          <w:trHeight w:hRule="exact" w:val="1939"/>
          <w:jc w:val="center"/>
        </w:trPr>
        <w:tc>
          <w:tcPr>
            <w:tcW w:w="481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Гістологія</w:t>
            </w:r>
          </w:p>
        </w:tc>
        <w:tc>
          <w:tcPr>
            <w:tcW w:w="4819"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tabs>
                <w:tab w:val="left" w:pos="1632"/>
                <w:tab w:val="right" w:pos="4584"/>
              </w:tabs>
              <w:spacing w:after="0" w:line="240" w:lineRule="auto"/>
              <w:rPr>
                <w:lang w:val="ru-RU"/>
              </w:rPr>
            </w:pPr>
            <w:r>
              <w:rPr>
                <w:color w:val="000000"/>
                <w:lang w:val="uk-UA" w:eastAsia="uk-UA" w:bidi="uk-UA"/>
              </w:rPr>
              <w:t>Малювати</w:t>
            </w:r>
            <w:r>
              <w:rPr>
                <w:color w:val="000000"/>
                <w:lang w:val="uk-UA" w:eastAsia="uk-UA" w:bidi="uk-UA"/>
              </w:rPr>
              <w:tab/>
              <w:t>схему</w:t>
            </w:r>
            <w:r>
              <w:rPr>
                <w:color w:val="000000"/>
                <w:lang w:val="uk-UA" w:eastAsia="uk-UA" w:bidi="uk-UA"/>
              </w:rPr>
              <w:tab/>
              <w:t>ембріонального</w:t>
            </w:r>
          </w:p>
          <w:p w:rsidR="0054601C" w:rsidRPr="000952AC" w:rsidRDefault="000952AC">
            <w:pPr>
              <w:widowControl w:val="0"/>
              <w:tabs>
                <w:tab w:val="left" w:pos="1858"/>
                <w:tab w:val="left" w:pos="2698"/>
                <w:tab w:val="right" w:pos="4589"/>
              </w:tabs>
              <w:spacing w:after="0" w:line="240" w:lineRule="auto"/>
              <w:rPr>
                <w:lang w:val="ru-RU"/>
              </w:rPr>
            </w:pPr>
            <w:r>
              <w:rPr>
                <w:color w:val="000000"/>
                <w:lang w:val="uk-UA" w:eastAsia="uk-UA" w:bidi="uk-UA"/>
              </w:rPr>
              <w:t>розвитку щелепно-лицьової ділянки. Визначити</w:t>
            </w:r>
            <w:r>
              <w:rPr>
                <w:color w:val="000000"/>
                <w:lang w:val="uk-UA" w:eastAsia="uk-UA" w:bidi="uk-UA"/>
              </w:rPr>
              <w:tab/>
              <w:t>на</w:t>
            </w:r>
            <w:r>
              <w:rPr>
                <w:color w:val="000000"/>
                <w:lang w:val="uk-UA" w:eastAsia="uk-UA" w:bidi="uk-UA"/>
              </w:rPr>
              <w:tab/>
              <w:t>якому</w:t>
            </w:r>
            <w:r>
              <w:rPr>
                <w:color w:val="000000"/>
                <w:lang w:val="uk-UA" w:eastAsia="uk-UA" w:bidi="uk-UA"/>
              </w:rPr>
              <w:tab/>
              <w:t>етапі</w:t>
            </w:r>
          </w:p>
          <w:p w:rsidR="0054601C" w:rsidRPr="000952AC" w:rsidRDefault="000952AC">
            <w:pPr>
              <w:widowControl w:val="0"/>
              <w:tabs>
                <w:tab w:val="left" w:pos="2338"/>
                <w:tab w:val="right" w:pos="4579"/>
              </w:tabs>
              <w:spacing w:after="0" w:line="240" w:lineRule="auto"/>
              <w:rPr>
                <w:lang w:val="ru-RU"/>
              </w:rPr>
            </w:pPr>
            <w:r>
              <w:rPr>
                <w:color w:val="000000"/>
                <w:lang w:val="uk-UA" w:eastAsia="uk-UA" w:bidi="uk-UA"/>
              </w:rPr>
              <w:t>ембріонального</w:t>
            </w:r>
            <w:r>
              <w:rPr>
                <w:color w:val="000000"/>
                <w:lang w:val="uk-UA" w:eastAsia="uk-UA" w:bidi="uk-UA"/>
              </w:rPr>
              <w:tab/>
            </w:r>
            <w:r>
              <w:rPr>
                <w:color w:val="000000"/>
                <w:lang w:val="uk-UA" w:eastAsia="uk-UA" w:bidi="uk-UA"/>
              </w:rPr>
              <w:t>розвитку</w:t>
            </w:r>
            <w:r>
              <w:rPr>
                <w:color w:val="000000"/>
                <w:lang w:val="uk-UA" w:eastAsia="uk-UA" w:bidi="uk-UA"/>
              </w:rPr>
              <w:tab/>
              <w:t>плоду</w:t>
            </w:r>
          </w:p>
          <w:p w:rsidR="0054601C" w:rsidRPr="000952AC" w:rsidRDefault="000952AC">
            <w:pPr>
              <w:widowControl w:val="0"/>
              <w:spacing w:after="0" w:line="240" w:lineRule="auto"/>
              <w:rPr>
                <w:lang w:val="ru-RU"/>
              </w:rPr>
            </w:pPr>
            <w:r>
              <w:rPr>
                <w:color w:val="000000"/>
                <w:lang w:val="uk-UA" w:eastAsia="uk-UA" w:bidi="uk-UA"/>
              </w:rPr>
              <w:t>утворився та чи інша вада розвитку обличчя.</w:t>
            </w:r>
          </w:p>
        </w:tc>
      </w:tr>
      <w:tr w:rsidR="0054601C">
        <w:trPr>
          <w:cantSplit/>
          <w:trHeight w:hRule="exact" w:val="658"/>
          <w:jc w:val="center"/>
        </w:trPr>
        <w:tc>
          <w:tcPr>
            <w:tcW w:w="481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Нормальна фізіологія</w:t>
            </w:r>
          </w:p>
        </w:tc>
        <w:tc>
          <w:tcPr>
            <w:tcW w:w="4819" w:type="dxa"/>
            <w:tcBorders>
              <w:top w:val="single" w:sz="4" w:space="0" w:color="auto"/>
              <w:left w:val="single" w:sz="4" w:space="0" w:color="auto"/>
              <w:righ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Знати функцію мімічних і жувальних м'язів.</w:t>
            </w:r>
          </w:p>
        </w:tc>
      </w:tr>
      <w:tr w:rsidR="0054601C" w:rsidRPr="000952AC">
        <w:trPr>
          <w:cantSplit/>
          <w:trHeight w:hRule="exact" w:val="1618"/>
          <w:jc w:val="center"/>
        </w:trPr>
        <w:tc>
          <w:tcPr>
            <w:tcW w:w="481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Ортопедична стоматологія</w:t>
            </w:r>
          </w:p>
        </w:tc>
        <w:tc>
          <w:tcPr>
            <w:tcW w:w="4819"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ru-RU"/>
              </w:rPr>
            </w:pPr>
            <w:r>
              <w:rPr>
                <w:color w:val="000000"/>
                <w:lang w:val="uk-UA" w:eastAsia="uk-UA" w:bidi="uk-UA"/>
              </w:rPr>
              <w:t>Володіти методикою зняття відбитків і відливання діагностичних моделей.</w:t>
            </w:r>
          </w:p>
          <w:p w:rsidR="0054601C" w:rsidRPr="000952AC" w:rsidRDefault="000952AC">
            <w:pPr>
              <w:widowControl w:val="0"/>
              <w:tabs>
                <w:tab w:val="left" w:pos="2059"/>
                <w:tab w:val="left" w:pos="4166"/>
              </w:tabs>
              <w:spacing w:after="0" w:line="240" w:lineRule="auto"/>
              <w:rPr>
                <w:lang w:val="ru-RU"/>
              </w:rPr>
            </w:pPr>
            <w:r>
              <w:rPr>
                <w:color w:val="000000"/>
                <w:lang w:val="uk-UA" w:eastAsia="uk-UA" w:bidi="uk-UA"/>
              </w:rPr>
              <w:t>Володіти</w:t>
            </w:r>
            <w:r>
              <w:rPr>
                <w:color w:val="000000"/>
                <w:lang w:val="uk-UA" w:eastAsia="uk-UA" w:bidi="uk-UA"/>
              </w:rPr>
              <w:tab/>
              <w:t>знаннями</w:t>
            </w:r>
            <w:r>
              <w:rPr>
                <w:color w:val="000000"/>
                <w:lang w:val="uk-UA" w:eastAsia="uk-UA" w:bidi="uk-UA"/>
              </w:rPr>
              <w:tab/>
              <w:t>про</w:t>
            </w:r>
          </w:p>
          <w:p w:rsidR="0054601C" w:rsidRPr="000952AC" w:rsidRDefault="000952AC">
            <w:pPr>
              <w:widowControl w:val="0"/>
              <w:spacing w:after="0" w:line="240" w:lineRule="auto"/>
              <w:rPr>
                <w:lang w:val="ru-RU"/>
              </w:rPr>
            </w:pPr>
            <w:r>
              <w:rPr>
                <w:color w:val="000000"/>
                <w:lang w:val="uk-UA" w:eastAsia="uk-UA" w:bidi="uk-UA"/>
              </w:rPr>
              <w:t>матеріалознавство і лабораторні етапи виготовлення знімних протезів.</w:t>
            </w:r>
          </w:p>
        </w:tc>
      </w:tr>
      <w:tr w:rsidR="0054601C" w:rsidRPr="000952AC">
        <w:trPr>
          <w:cantSplit/>
          <w:trHeight w:hRule="exact" w:val="1310"/>
          <w:jc w:val="center"/>
        </w:trPr>
        <w:tc>
          <w:tcPr>
            <w:tcW w:w="4819" w:type="dxa"/>
            <w:tcBorders>
              <w:top w:val="single" w:sz="4" w:space="0" w:color="auto"/>
              <w:left w:val="single" w:sz="4" w:space="0" w:color="auto"/>
              <w:bottom w:val="single" w:sz="4" w:space="0" w:color="auto"/>
            </w:tcBorders>
            <w:shd w:val="clear" w:color="auto" w:fill="auto"/>
          </w:tcPr>
          <w:p w:rsidR="0054601C" w:rsidRPr="000952AC" w:rsidRDefault="000952AC">
            <w:pPr>
              <w:widowControl w:val="0"/>
              <w:spacing w:after="0" w:line="240" w:lineRule="auto"/>
              <w:rPr>
                <w:lang w:val="ru-RU"/>
              </w:rPr>
            </w:pPr>
            <w:r>
              <w:rPr>
                <w:color w:val="000000"/>
                <w:lang w:val="uk-UA" w:eastAsia="uk-UA" w:bidi="uk-UA"/>
              </w:rPr>
              <w:t>Топографічна анатомія та оперативна хірургія</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ru-RU"/>
              </w:rPr>
            </w:pPr>
            <w:r>
              <w:rPr>
                <w:color w:val="000000"/>
                <w:lang w:val="uk-UA" w:eastAsia="uk-UA" w:bidi="uk-UA"/>
              </w:rPr>
              <w:t>Володіти знаннями про механізми росту і розвитку лицьового скелету і м'язів щелепно-лицевої ділянки у віковому аспекті</w:t>
            </w:r>
          </w:p>
        </w:tc>
      </w:tr>
    </w:tbl>
    <w:p w:rsidR="0054601C" w:rsidRPr="000952AC" w:rsidRDefault="000952AC">
      <w:pPr>
        <w:widowControl w:val="0"/>
        <w:numPr>
          <w:ilvl w:val="1"/>
          <w:numId w:val="5"/>
        </w:numPr>
        <w:tabs>
          <w:tab w:val="left" w:pos="531"/>
        </w:tabs>
        <w:spacing w:after="0" w:line="240" w:lineRule="auto"/>
        <w:ind w:left="0" w:firstLine="0"/>
        <w:jc w:val="center"/>
        <w:rPr>
          <w:lang w:val="ru-RU"/>
        </w:rPr>
      </w:pPr>
      <w:r>
        <w:rPr>
          <w:b/>
          <w:bCs/>
          <w:i/>
          <w:iCs/>
          <w:color w:val="000000"/>
          <w:u w:val="single"/>
          <w:lang w:val="uk-UA" w:eastAsia="uk-UA" w:bidi="uk-UA"/>
        </w:rPr>
        <w:t xml:space="preserve">Базові знання, </w:t>
      </w:r>
      <w:r>
        <w:rPr>
          <w:b/>
          <w:bCs/>
          <w:i/>
          <w:iCs/>
          <w:color w:val="000000"/>
          <w:u w:val="single"/>
          <w:lang w:val="uk-UA" w:eastAsia="uk-UA" w:bidi="uk-UA"/>
        </w:rPr>
        <w:t>навики, вміння необхідні для вивчення теми</w:t>
      </w:r>
    </w:p>
    <w:p w:rsidR="0054601C" w:rsidRPr="000952AC" w:rsidRDefault="000952AC">
      <w:pPr>
        <w:widowControl w:val="0"/>
        <w:numPr>
          <w:ilvl w:val="0"/>
          <w:numId w:val="7"/>
        </w:numPr>
        <w:tabs>
          <w:tab w:val="left" w:pos="1362"/>
        </w:tabs>
        <w:spacing w:after="0" w:line="240" w:lineRule="auto"/>
        <w:ind w:left="0" w:firstLine="820"/>
        <w:rPr>
          <w:lang w:val="ru-RU"/>
        </w:rPr>
      </w:pPr>
      <w:r>
        <w:rPr>
          <w:color w:val="000000"/>
          <w:lang w:val="uk-UA" w:eastAsia="uk-UA" w:bidi="uk-UA"/>
        </w:rPr>
        <w:t>Анатомічні особливості будови щелепно-лицевої ділянки в дітей.</w:t>
      </w:r>
    </w:p>
    <w:p w:rsidR="0054601C" w:rsidRPr="000952AC" w:rsidRDefault="000952AC">
      <w:pPr>
        <w:widowControl w:val="0"/>
        <w:numPr>
          <w:ilvl w:val="0"/>
          <w:numId w:val="7"/>
        </w:numPr>
        <w:tabs>
          <w:tab w:val="left" w:pos="1362"/>
        </w:tabs>
        <w:spacing w:after="0" w:line="240" w:lineRule="auto"/>
        <w:ind w:left="0" w:firstLine="820"/>
        <w:rPr>
          <w:lang w:val="ru-RU"/>
        </w:rPr>
      </w:pPr>
      <w:r>
        <w:rPr>
          <w:color w:val="000000"/>
          <w:lang w:val="uk-UA" w:eastAsia="uk-UA" w:bidi="uk-UA"/>
        </w:rPr>
        <w:t>Як в ембріональному періоді розвивається ЩЛД?</w:t>
      </w:r>
    </w:p>
    <w:p w:rsidR="0054601C" w:rsidRPr="000952AC" w:rsidRDefault="000952AC">
      <w:pPr>
        <w:widowControl w:val="0"/>
        <w:numPr>
          <w:ilvl w:val="0"/>
          <w:numId w:val="7"/>
        </w:numPr>
        <w:tabs>
          <w:tab w:val="left" w:pos="1362"/>
        </w:tabs>
        <w:spacing w:after="0" w:line="240" w:lineRule="auto"/>
        <w:ind w:left="0" w:firstLine="820"/>
        <w:rPr>
          <w:lang w:val="ru-RU"/>
        </w:rPr>
      </w:pPr>
      <w:r>
        <w:rPr>
          <w:color w:val="000000"/>
          <w:lang w:val="uk-UA" w:eastAsia="uk-UA" w:bidi="uk-UA"/>
        </w:rPr>
        <w:t>Емріогенез ротової порожнини, щелеп і зубів.</w:t>
      </w:r>
    </w:p>
    <w:p w:rsidR="0054601C" w:rsidRPr="000952AC" w:rsidRDefault="000952AC">
      <w:pPr>
        <w:widowControl w:val="0"/>
        <w:numPr>
          <w:ilvl w:val="0"/>
          <w:numId w:val="7"/>
        </w:numPr>
        <w:tabs>
          <w:tab w:val="left" w:pos="1362"/>
          <w:tab w:val="left" w:pos="5874"/>
        </w:tabs>
        <w:spacing w:after="0" w:line="240" w:lineRule="auto"/>
        <w:ind w:left="0" w:firstLine="820"/>
        <w:rPr>
          <w:lang w:val="ru-RU"/>
        </w:rPr>
      </w:pPr>
      <w:r>
        <w:rPr>
          <w:color w:val="000000"/>
          <w:lang w:val="uk-UA" w:eastAsia="uk-UA" w:bidi="uk-UA"/>
        </w:rPr>
        <w:t>Дати визначення поняттям "</w:t>
      </w:r>
      <w:r>
        <w:rPr>
          <w:color w:val="000000"/>
          <w:lang w:val="uk-UA" w:eastAsia="uk-UA" w:bidi="uk-UA"/>
        </w:rPr>
        <w:tab/>
        <w:t>спадкове захворювання",</w:t>
      </w:r>
    </w:p>
    <w:p w:rsidR="0054601C" w:rsidRDefault="000952AC">
      <w:pPr>
        <w:widowControl w:val="0"/>
        <w:spacing w:after="0" w:line="240" w:lineRule="auto"/>
        <w:ind w:left="1380"/>
      </w:pPr>
      <w:r>
        <w:rPr>
          <w:color w:val="000000"/>
          <w:lang w:val="uk-UA" w:eastAsia="uk-UA" w:bidi="uk-UA"/>
        </w:rPr>
        <w:t>"спадкова схильність".</w:t>
      </w:r>
    </w:p>
    <w:p w:rsidR="0054601C" w:rsidRPr="000952AC" w:rsidRDefault="000952AC">
      <w:pPr>
        <w:widowControl w:val="0"/>
        <w:numPr>
          <w:ilvl w:val="0"/>
          <w:numId w:val="7"/>
        </w:numPr>
        <w:tabs>
          <w:tab w:val="left" w:pos="1362"/>
        </w:tabs>
        <w:spacing w:after="0" w:line="240" w:lineRule="auto"/>
        <w:ind w:left="1380" w:hanging="560"/>
        <w:jc w:val="both"/>
        <w:rPr>
          <w:lang w:val="ru-RU"/>
        </w:rPr>
      </w:pPr>
      <w:r>
        <w:rPr>
          <w:color w:val="000000"/>
          <w:lang w:val="uk-UA" w:eastAsia="uk-UA" w:bidi="uk-UA"/>
        </w:rPr>
        <w:t>Дати визначення медичним поняттям "вроджена вада","аномалія", "деформація".</w:t>
      </w:r>
    </w:p>
    <w:p w:rsidR="0054601C" w:rsidRPr="000952AC" w:rsidRDefault="000952AC">
      <w:pPr>
        <w:widowControl w:val="0"/>
        <w:numPr>
          <w:ilvl w:val="0"/>
          <w:numId w:val="7"/>
        </w:numPr>
        <w:tabs>
          <w:tab w:val="left" w:pos="1362"/>
        </w:tabs>
        <w:spacing w:after="220" w:line="240" w:lineRule="auto"/>
        <w:ind w:left="1380" w:hanging="560"/>
        <w:jc w:val="both"/>
        <w:rPr>
          <w:lang w:val="ru-RU"/>
        </w:rPr>
      </w:pPr>
      <w:r>
        <w:rPr>
          <w:color w:val="000000"/>
          <w:lang w:val="uk-UA" w:eastAsia="uk-UA" w:bidi="uk-UA"/>
        </w:rPr>
        <w:t>Яка різниця між вродженою та набутою вадою і як відрізнити вроджену ваду від пологової травми.</w:t>
      </w:r>
    </w:p>
    <w:p w:rsidR="0054601C" w:rsidRPr="000952AC" w:rsidRDefault="000952AC">
      <w:pPr>
        <w:widowControl w:val="0"/>
        <w:spacing w:after="0" w:line="240" w:lineRule="auto"/>
        <w:ind w:firstLine="820"/>
        <w:jc w:val="both"/>
        <w:rPr>
          <w:lang w:val="ru-RU"/>
        </w:rPr>
      </w:pPr>
      <w:r>
        <w:rPr>
          <w:b/>
          <w:bCs/>
          <w:color w:val="000000"/>
          <w:lang w:val="uk-UA" w:eastAsia="uk-UA" w:bidi="uk-UA"/>
        </w:rPr>
        <w:t xml:space="preserve">4. Завдання для самостійної роботи під час підготовки до </w:t>
      </w:r>
      <w:r>
        <w:rPr>
          <w:b/>
          <w:bCs/>
          <w:color w:val="000000"/>
          <w:lang w:val="uk-UA" w:eastAsia="uk-UA" w:bidi="uk-UA"/>
        </w:rPr>
        <w:t>заняття та на занятті.</w:t>
      </w:r>
    </w:p>
    <w:p w:rsidR="0054601C" w:rsidRPr="000952AC" w:rsidRDefault="000952AC">
      <w:pPr>
        <w:widowControl w:val="0"/>
        <w:tabs>
          <w:tab w:val="left" w:leader="underscore" w:pos="9514"/>
        </w:tabs>
        <w:spacing w:after="0" w:line="240" w:lineRule="auto"/>
        <w:jc w:val="both"/>
        <w:rPr>
          <w:lang w:val="ru-RU"/>
        </w:rPr>
      </w:pPr>
      <w:r>
        <w:rPr>
          <w:color w:val="000000"/>
          <w:lang w:val="uk-UA" w:eastAsia="uk-UA" w:bidi="uk-UA"/>
        </w:rPr>
        <w:t xml:space="preserve">4.1. Перелік основних термінів, параметрів, характеристик, які </w:t>
      </w:r>
      <w:r>
        <w:rPr>
          <w:color w:val="000000"/>
          <w:u w:val="single"/>
          <w:lang w:val="uk-UA" w:eastAsia="uk-UA" w:bidi="uk-UA"/>
        </w:rPr>
        <w:t>повинен засвоїти студент при підготовці до заняття:</w:t>
      </w:r>
      <w:r>
        <w:rPr>
          <w:color w:val="000000"/>
          <w:lang w:val="uk-UA" w:eastAsia="uk-UA" w:bidi="uk-UA"/>
        </w:rPr>
        <w:tab/>
      </w:r>
    </w:p>
    <w:tbl>
      <w:tblPr>
        <w:tblOverlap w:val="never"/>
        <w:tblW w:w="0" w:type="auto"/>
        <w:jc w:val="center"/>
        <w:tblLayout w:type="fixed"/>
        <w:tblLook w:val="04A0" w:firstRow="1" w:lastRow="0" w:firstColumn="1" w:lastColumn="0" w:noHBand="0" w:noVBand="1"/>
      </w:tblPr>
      <w:tblGrid>
        <w:gridCol w:w="4819"/>
        <w:gridCol w:w="4819"/>
      </w:tblGrid>
      <w:tr w:rsidR="0054601C">
        <w:trPr>
          <w:cantSplit/>
          <w:trHeight w:hRule="exact" w:val="341"/>
          <w:jc w:val="center"/>
        </w:trPr>
        <w:tc>
          <w:tcPr>
            <w:tcW w:w="4819" w:type="dxa"/>
            <w:tcBorders>
              <w:top w:val="single" w:sz="4" w:space="0" w:color="auto"/>
              <w:lef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Термін</w:t>
            </w:r>
          </w:p>
        </w:tc>
        <w:tc>
          <w:tcPr>
            <w:tcW w:w="4819" w:type="dxa"/>
            <w:tcBorders>
              <w:top w:val="single" w:sz="4" w:space="0" w:color="auto"/>
              <w:left w:val="single" w:sz="4" w:space="0" w:color="auto"/>
              <w:righ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Визначення</w:t>
            </w:r>
          </w:p>
        </w:tc>
      </w:tr>
      <w:tr w:rsidR="0054601C" w:rsidRPr="000952AC">
        <w:trPr>
          <w:cantSplit/>
          <w:trHeight w:hRule="exact" w:val="2261"/>
          <w:jc w:val="center"/>
        </w:trPr>
        <w:tc>
          <w:tcPr>
            <w:tcW w:w="481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lastRenderedPageBreak/>
              <w:t>Природжені вади розвитку</w:t>
            </w:r>
          </w:p>
        </w:tc>
        <w:tc>
          <w:tcPr>
            <w:tcW w:w="4819"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ru-RU"/>
              </w:rPr>
            </w:pPr>
            <w:r>
              <w:rPr>
                <w:color w:val="000000"/>
                <w:lang w:val="uk-UA" w:eastAsia="uk-UA" w:bidi="uk-UA"/>
              </w:rPr>
              <w:t>Стійкі морфологічні зміни органа чи всього організму, що виходять за межі</w:t>
            </w:r>
            <w:r>
              <w:rPr>
                <w:color w:val="000000"/>
                <w:lang w:val="uk-UA" w:eastAsia="uk-UA" w:bidi="uk-UA"/>
              </w:rPr>
              <w:t xml:space="preserve"> варіацій їхніх будови. Природжені вади розвитку виникають у внутрішньоутробному етапі в результаті порушення процесів розвитку зародка</w:t>
            </w:r>
          </w:p>
        </w:tc>
      </w:tr>
      <w:tr w:rsidR="0054601C" w:rsidRPr="000952AC">
        <w:trPr>
          <w:cantSplit/>
          <w:trHeight w:hRule="exact" w:val="2587"/>
          <w:jc w:val="center"/>
        </w:trPr>
        <w:tc>
          <w:tcPr>
            <w:tcW w:w="4819" w:type="dxa"/>
            <w:tcBorders>
              <w:top w:val="single" w:sz="4" w:space="0" w:color="auto"/>
              <w:left w:val="single" w:sz="4" w:space="0" w:color="auto"/>
            </w:tcBorders>
            <w:shd w:val="clear" w:color="auto" w:fill="auto"/>
          </w:tcPr>
          <w:p w:rsidR="0054601C" w:rsidRPr="000952AC" w:rsidRDefault="000952AC">
            <w:pPr>
              <w:widowControl w:val="0"/>
              <w:spacing w:after="0" w:line="240" w:lineRule="auto"/>
              <w:rPr>
                <w:lang w:val="ru-RU"/>
              </w:rPr>
            </w:pPr>
            <w:r>
              <w:rPr>
                <w:color w:val="000000"/>
                <w:lang w:val="uk-UA" w:eastAsia="uk-UA" w:bidi="uk-UA"/>
              </w:rPr>
              <w:t>Природжені вади розвитку обличчя і шиї</w:t>
            </w:r>
          </w:p>
        </w:tc>
        <w:tc>
          <w:tcPr>
            <w:tcW w:w="4819"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uk-UA"/>
              </w:rPr>
            </w:pPr>
            <w:r>
              <w:rPr>
                <w:color w:val="000000"/>
                <w:lang w:val="uk-UA" w:eastAsia="uk-UA" w:bidi="uk-UA"/>
              </w:rPr>
              <w:t>Системні порушення розвитку першої і другий зябрових дуг у період ембріонального</w:t>
            </w:r>
            <w:r>
              <w:rPr>
                <w:color w:val="000000"/>
                <w:lang w:val="uk-UA" w:eastAsia="uk-UA" w:bidi="uk-UA"/>
              </w:rPr>
              <w:t xml:space="preserve"> розвитку дитини. Загальне для всіх синдромів - дисплазія, недорозвинення тканин і органів обличчя, що спичиняє функціональні і естетичні порушення</w:t>
            </w:r>
          </w:p>
        </w:tc>
      </w:tr>
      <w:tr w:rsidR="0054601C" w:rsidRPr="000952AC">
        <w:trPr>
          <w:cantSplit/>
          <w:trHeight w:hRule="exact" w:val="974"/>
          <w:jc w:val="center"/>
        </w:trPr>
        <w:tc>
          <w:tcPr>
            <w:tcW w:w="4819" w:type="dxa"/>
            <w:tcBorders>
              <w:top w:val="single" w:sz="4" w:space="0" w:color="auto"/>
              <w:left w:val="single" w:sz="4" w:space="0" w:color="auto"/>
            </w:tcBorders>
            <w:shd w:val="clear" w:color="auto" w:fill="auto"/>
          </w:tcPr>
          <w:p w:rsidR="0054601C" w:rsidRPr="000952AC" w:rsidRDefault="000952AC">
            <w:pPr>
              <w:widowControl w:val="0"/>
              <w:spacing w:after="0" w:line="286" w:lineRule="auto"/>
              <w:rPr>
                <w:lang w:val="uk-UA"/>
              </w:rPr>
            </w:pPr>
            <w:r>
              <w:rPr>
                <w:color w:val="000000"/>
                <w:lang w:val="uk-UA" w:eastAsia="uk-UA" w:bidi="uk-UA"/>
              </w:rPr>
              <w:t xml:space="preserve">Незрощення верхньої губи </w:t>
            </w:r>
            <w:r w:rsidRPr="000952AC">
              <w:rPr>
                <w:color w:val="000000"/>
                <w:lang w:val="uk-UA" w:bidi="en-US"/>
              </w:rPr>
              <w:t>(</w:t>
            </w:r>
            <w:r>
              <w:rPr>
                <w:color w:val="000000"/>
                <w:lang w:bidi="en-US"/>
              </w:rPr>
              <w:t>Cleft</w:t>
            </w:r>
            <w:r w:rsidRPr="000952AC">
              <w:rPr>
                <w:color w:val="000000"/>
                <w:lang w:val="uk-UA" w:bidi="en-US"/>
              </w:rPr>
              <w:t xml:space="preserve"> </w:t>
            </w:r>
            <w:r>
              <w:rPr>
                <w:color w:val="000000"/>
                <w:lang w:bidi="en-US"/>
              </w:rPr>
              <w:t>Lip</w:t>
            </w:r>
            <w:r w:rsidRPr="000952AC">
              <w:rPr>
                <w:color w:val="000000"/>
                <w:lang w:val="uk-UA" w:bidi="en-US"/>
              </w:rPr>
              <w:t>).</w:t>
            </w:r>
          </w:p>
        </w:tc>
        <w:tc>
          <w:tcPr>
            <w:tcW w:w="4819"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uk-UA"/>
              </w:rPr>
            </w:pPr>
            <w:r>
              <w:rPr>
                <w:color w:val="000000"/>
                <w:lang w:val="uk-UA" w:eastAsia="uk-UA" w:bidi="uk-UA"/>
              </w:rPr>
              <w:t xml:space="preserve">Незрощення губи, вада розвитку: наявність щілини верхньої губи, що </w:t>
            </w:r>
            <w:r>
              <w:rPr>
                <w:color w:val="000000"/>
                <w:lang w:val="uk-UA" w:eastAsia="uk-UA" w:bidi="uk-UA"/>
              </w:rPr>
              <w:t>йде від її червоної кайми до носа.</w:t>
            </w:r>
          </w:p>
        </w:tc>
      </w:tr>
      <w:tr w:rsidR="0054601C" w:rsidRPr="000952AC">
        <w:trPr>
          <w:cantSplit/>
          <w:trHeight w:hRule="exact" w:val="3562"/>
          <w:jc w:val="center"/>
        </w:trPr>
        <w:tc>
          <w:tcPr>
            <w:tcW w:w="4819"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ind w:firstLine="180"/>
            </w:pPr>
            <w:r>
              <w:rPr>
                <w:color w:val="000000"/>
                <w:lang w:val="uk-UA" w:eastAsia="uk-UA" w:bidi="uk-UA"/>
              </w:rPr>
              <w:t xml:space="preserve">Незрощення піднебіння </w:t>
            </w:r>
            <w:r>
              <w:rPr>
                <w:color w:val="000000"/>
                <w:lang w:bidi="en-US"/>
              </w:rPr>
              <w:t>(Cleft Palate).</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bottom"/>
          </w:tcPr>
          <w:p w:rsidR="0054601C" w:rsidRPr="000952AC" w:rsidRDefault="000952AC">
            <w:pPr>
              <w:widowControl w:val="0"/>
              <w:tabs>
                <w:tab w:val="left" w:pos="2150"/>
                <w:tab w:val="left" w:pos="2717"/>
              </w:tabs>
              <w:spacing w:after="0" w:line="240" w:lineRule="auto"/>
              <w:rPr>
                <w:lang w:val="ru-RU"/>
              </w:rPr>
            </w:pPr>
            <w:r>
              <w:rPr>
                <w:color w:val="000000"/>
                <w:lang w:val="uk-UA" w:eastAsia="uk-UA" w:bidi="uk-UA"/>
              </w:rPr>
              <w:t xml:space="preserve">Незрощення піднебіння, що виникає внаслідок незрощення двох половин піднебіння в період ембріонального розвитку. Може бути уражена лише частина піднебіння (наприклад, тільки м'яке </w:t>
            </w:r>
            <w:r>
              <w:rPr>
                <w:color w:val="000000"/>
                <w:lang w:val="uk-UA" w:eastAsia="uk-UA" w:bidi="uk-UA"/>
              </w:rPr>
              <w:t>або язичок піднебінння), або ж незрощення може проходити по всій довжині, сполучаючись</w:t>
            </w:r>
            <w:r>
              <w:rPr>
                <w:color w:val="000000"/>
                <w:lang w:val="uk-UA" w:eastAsia="uk-UA" w:bidi="uk-UA"/>
              </w:rPr>
              <w:tab/>
              <w:t>з</w:t>
            </w:r>
            <w:r>
              <w:rPr>
                <w:color w:val="000000"/>
                <w:lang w:val="uk-UA" w:eastAsia="uk-UA" w:bidi="uk-UA"/>
              </w:rPr>
              <w:tab/>
              <w:t>білатеральними</w:t>
            </w:r>
          </w:p>
          <w:p w:rsidR="0054601C" w:rsidRPr="000952AC" w:rsidRDefault="000952AC">
            <w:pPr>
              <w:widowControl w:val="0"/>
              <w:spacing w:after="0" w:line="240" w:lineRule="auto"/>
              <w:rPr>
                <w:lang w:val="ru-RU"/>
              </w:rPr>
            </w:pPr>
            <w:r>
              <w:rPr>
                <w:color w:val="000000"/>
                <w:lang w:val="uk-UA" w:eastAsia="uk-UA" w:bidi="uk-UA"/>
              </w:rPr>
              <w:t>незрощеннями в передній частині верхньої щелепи; нерідко такі діти</w:t>
            </w:r>
          </w:p>
        </w:tc>
      </w:tr>
    </w:tbl>
    <w:p w:rsidR="0054601C" w:rsidRPr="000952AC" w:rsidRDefault="000952AC">
      <w:pPr>
        <w:widowControl w:val="0"/>
        <w:spacing w:line="1" w:lineRule="exact"/>
        <w:rPr>
          <w:lang w:val="ru-RU"/>
        </w:rPr>
      </w:pPr>
      <w:r w:rsidRPr="000952AC">
        <w:rPr>
          <w:lang w:val="ru-RU"/>
        </w:rPr>
        <w:br w:type="page"/>
      </w:r>
    </w:p>
    <w:tbl>
      <w:tblPr>
        <w:tblOverlap w:val="never"/>
        <w:tblW w:w="0" w:type="auto"/>
        <w:jc w:val="center"/>
        <w:tblLayout w:type="fixed"/>
        <w:tblLook w:val="04A0" w:firstRow="1" w:lastRow="0" w:firstColumn="1" w:lastColumn="0" w:noHBand="0" w:noVBand="1"/>
      </w:tblPr>
      <w:tblGrid>
        <w:gridCol w:w="4819"/>
        <w:gridCol w:w="4819"/>
      </w:tblGrid>
      <w:tr w:rsidR="0054601C" w:rsidRPr="000952AC">
        <w:trPr>
          <w:cantSplit/>
          <w:trHeight w:hRule="exact" w:val="658"/>
          <w:jc w:val="center"/>
        </w:trPr>
        <w:tc>
          <w:tcPr>
            <w:tcW w:w="4819" w:type="dxa"/>
            <w:tcBorders>
              <w:top w:val="single" w:sz="4" w:space="0" w:color="auto"/>
              <w:left w:val="single" w:sz="4" w:space="0" w:color="auto"/>
            </w:tcBorders>
            <w:shd w:val="clear" w:color="auto" w:fill="auto"/>
          </w:tcPr>
          <w:p w:rsidR="0054601C" w:rsidRPr="000952AC" w:rsidRDefault="0054601C">
            <w:pPr>
              <w:widowControl w:val="0"/>
              <w:rPr>
                <w:sz w:val="10"/>
                <w:szCs w:val="10"/>
                <w:lang w:val="ru-RU"/>
              </w:rPr>
            </w:pPr>
          </w:p>
        </w:tc>
        <w:tc>
          <w:tcPr>
            <w:tcW w:w="4819"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ru-RU"/>
              </w:rPr>
            </w:pPr>
            <w:r>
              <w:rPr>
                <w:color w:val="000000"/>
                <w:lang w:val="uk-UA" w:eastAsia="uk-UA" w:bidi="uk-UA"/>
              </w:rPr>
              <w:t>народжуються з незрощення м губи.</w:t>
            </w:r>
          </w:p>
        </w:tc>
      </w:tr>
      <w:tr w:rsidR="0054601C">
        <w:trPr>
          <w:cantSplit/>
          <w:trHeight w:hRule="exact" w:val="3230"/>
          <w:jc w:val="center"/>
        </w:trPr>
        <w:tc>
          <w:tcPr>
            <w:tcW w:w="481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Колобома</w:t>
            </w:r>
          </w:p>
        </w:tc>
        <w:tc>
          <w:tcPr>
            <w:tcW w:w="4819" w:type="dxa"/>
            <w:tcBorders>
              <w:top w:val="single" w:sz="4" w:space="0" w:color="auto"/>
              <w:left w:val="single" w:sz="4" w:space="0" w:color="auto"/>
              <w:righ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Косе незрощення обличчя</w:t>
            </w:r>
          </w:p>
          <w:p w:rsidR="0054601C" w:rsidRPr="000952AC" w:rsidRDefault="000952AC">
            <w:pPr>
              <w:widowControl w:val="0"/>
              <w:spacing w:after="0" w:line="240" w:lineRule="auto"/>
              <w:rPr>
                <w:lang w:val="ru-RU"/>
              </w:rPr>
            </w:pPr>
            <w:r>
              <w:rPr>
                <w:color w:val="000000"/>
                <w:lang w:val="uk-UA" w:eastAsia="uk-UA" w:bidi="uk-UA"/>
              </w:rPr>
              <w:t xml:space="preserve">- бічна коса </w:t>
            </w:r>
            <w:r>
              <w:rPr>
                <w:color w:val="000000"/>
                <w:lang w:val="uk-UA" w:eastAsia="uk-UA" w:bidi="uk-UA"/>
              </w:rPr>
              <w:t>щілина, що йде від нижньої повіки до верхньої губи. Щілина може бути повна і неповна. У першому випадку вона на всьому протязі розділяє тканини і проникає в порожнину рота; у другому</w:t>
            </w:r>
          </w:p>
          <w:p w:rsidR="0054601C" w:rsidRDefault="000952AC">
            <w:pPr>
              <w:widowControl w:val="0"/>
              <w:spacing w:after="0" w:line="240" w:lineRule="auto"/>
              <w:ind w:firstLine="460"/>
            </w:pPr>
            <w:r>
              <w:rPr>
                <w:color w:val="000000"/>
                <w:lang w:val="uk-UA" w:eastAsia="uk-UA" w:bidi="uk-UA"/>
              </w:rPr>
              <w:t>- обмежена прилягаючої до ока ділянкою. Рідко зустрічається двостороння к</w:t>
            </w:r>
            <w:r>
              <w:rPr>
                <w:color w:val="000000"/>
                <w:lang w:val="uk-UA" w:eastAsia="uk-UA" w:bidi="uk-UA"/>
              </w:rPr>
              <w:t>олобома.</w:t>
            </w:r>
          </w:p>
        </w:tc>
      </w:tr>
      <w:tr w:rsidR="0054601C" w:rsidRPr="000952AC">
        <w:trPr>
          <w:cantSplit/>
          <w:trHeight w:hRule="exact" w:val="3562"/>
          <w:jc w:val="center"/>
        </w:trPr>
        <w:tc>
          <w:tcPr>
            <w:tcW w:w="4819"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pPr>
            <w:r>
              <w:rPr>
                <w:color w:val="000000"/>
                <w:lang w:val="uk-UA" w:eastAsia="uk-UA" w:bidi="uk-UA"/>
              </w:rPr>
              <w:t>Макростомія</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ru-RU"/>
              </w:rPr>
            </w:pPr>
            <w:r>
              <w:rPr>
                <w:color w:val="000000"/>
                <w:lang w:val="uk-UA" w:eastAsia="uk-UA" w:bidi="uk-UA"/>
              </w:rPr>
              <w:t>Поперечне незрощення обличчя -являє собою дефект кутів рота. Щілина може бути однобічна і двостороння; довжина її різна. Клінічно виявляють незвичайно великої величини рот. У деяких випадках від кута рота йде рубцевий тяж до вушної ра</w:t>
            </w:r>
            <w:r>
              <w:rPr>
                <w:color w:val="000000"/>
                <w:lang w:val="uk-UA" w:eastAsia="uk-UA" w:bidi="uk-UA"/>
              </w:rPr>
              <w:t>ковини. М'язи по краї дефекту недорозвинені, рот не змикається, внаслідок чого спостерігається постійна слинотеча</w:t>
            </w:r>
          </w:p>
        </w:tc>
      </w:tr>
    </w:tbl>
    <w:p w:rsidR="0054601C" w:rsidRDefault="000952AC">
      <w:pPr>
        <w:keepNext/>
        <w:keepLines/>
        <w:widowControl w:val="0"/>
        <w:spacing w:after="0" w:line="240" w:lineRule="auto"/>
        <w:ind w:firstLine="820"/>
        <w:jc w:val="both"/>
      </w:pPr>
      <w:bookmarkStart w:id="4" w:name="bookmark6"/>
      <w:r>
        <w:rPr>
          <w:color w:val="000000"/>
          <w:lang w:val="uk-UA" w:eastAsia="uk-UA" w:bidi="uk-UA"/>
        </w:rPr>
        <w:t>Теоретичні питання до заняття:</w:t>
      </w:r>
      <w:bookmarkEnd w:id="4"/>
    </w:p>
    <w:p w:rsidR="0054601C" w:rsidRDefault="000952AC">
      <w:pPr>
        <w:widowControl w:val="0"/>
        <w:numPr>
          <w:ilvl w:val="0"/>
          <w:numId w:val="9"/>
        </w:numPr>
        <w:tabs>
          <w:tab w:val="left" w:pos="1178"/>
        </w:tabs>
        <w:spacing w:after="0" w:line="240" w:lineRule="auto"/>
        <w:ind w:left="0" w:firstLine="820"/>
        <w:jc w:val="both"/>
      </w:pPr>
      <w:r>
        <w:rPr>
          <w:color w:val="000000"/>
          <w:lang w:val="uk-UA" w:eastAsia="uk-UA" w:bidi="uk-UA"/>
        </w:rPr>
        <w:t>Класифікації онтогенетичного розвитку людини.</w:t>
      </w:r>
    </w:p>
    <w:p w:rsidR="0054601C" w:rsidRPr="000952AC" w:rsidRDefault="000952AC">
      <w:pPr>
        <w:widowControl w:val="0"/>
        <w:numPr>
          <w:ilvl w:val="0"/>
          <w:numId w:val="9"/>
        </w:numPr>
        <w:tabs>
          <w:tab w:val="left" w:pos="1267"/>
        </w:tabs>
        <w:spacing w:after="0" w:line="240" w:lineRule="auto"/>
        <w:ind w:left="0" w:firstLine="880"/>
        <w:jc w:val="both"/>
        <w:rPr>
          <w:lang w:val="ru-RU"/>
        </w:rPr>
      </w:pPr>
      <w:r>
        <w:rPr>
          <w:color w:val="000000"/>
          <w:lang w:val="uk-UA" w:eastAsia="uk-UA" w:bidi="uk-UA"/>
        </w:rPr>
        <w:t>Класифікація природжених вад зубо-щелепної ділянки.</w:t>
      </w:r>
    </w:p>
    <w:p w:rsidR="0054601C" w:rsidRPr="000952AC" w:rsidRDefault="000952AC">
      <w:pPr>
        <w:widowControl w:val="0"/>
        <w:numPr>
          <w:ilvl w:val="0"/>
          <w:numId w:val="9"/>
        </w:numPr>
        <w:tabs>
          <w:tab w:val="left" w:pos="1165"/>
        </w:tabs>
        <w:spacing w:after="0" w:line="240" w:lineRule="auto"/>
        <w:ind w:left="0" w:firstLine="880"/>
        <w:jc w:val="both"/>
        <w:rPr>
          <w:lang w:val="ru-RU"/>
        </w:rPr>
      </w:pPr>
      <w:r>
        <w:rPr>
          <w:color w:val="000000"/>
          <w:lang w:val="uk-UA" w:eastAsia="uk-UA" w:bidi="uk-UA"/>
        </w:rPr>
        <w:t xml:space="preserve">Статистичні </w:t>
      </w:r>
      <w:r>
        <w:rPr>
          <w:color w:val="000000"/>
          <w:lang w:val="uk-UA" w:eastAsia="uk-UA" w:bidi="uk-UA"/>
        </w:rPr>
        <w:t>дані поширеності природжених незрощень губи і піднебіння.</w:t>
      </w:r>
    </w:p>
    <w:p w:rsidR="0054601C" w:rsidRPr="000952AC" w:rsidRDefault="000952AC">
      <w:pPr>
        <w:widowControl w:val="0"/>
        <w:numPr>
          <w:ilvl w:val="0"/>
          <w:numId w:val="9"/>
        </w:numPr>
        <w:tabs>
          <w:tab w:val="left" w:pos="1165"/>
        </w:tabs>
        <w:spacing w:after="0" w:line="240" w:lineRule="auto"/>
        <w:ind w:left="0" w:firstLine="880"/>
        <w:jc w:val="both"/>
        <w:rPr>
          <w:lang w:val="ru-RU"/>
        </w:rPr>
      </w:pPr>
      <w:r>
        <w:rPr>
          <w:color w:val="000000"/>
          <w:lang w:val="uk-UA" w:eastAsia="uk-UA" w:bidi="uk-UA"/>
        </w:rPr>
        <w:t>Екзогенні й ендогенні фактори, що впливають на формування природжених вад зубо-щелепної ділянки.</w:t>
      </w:r>
    </w:p>
    <w:p w:rsidR="0054601C" w:rsidRPr="000952AC" w:rsidRDefault="000952AC">
      <w:pPr>
        <w:widowControl w:val="0"/>
        <w:numPr>
          <w:ilvl w:val="0"/>
          <w:numId w:val="9"/>
        </w:numPr>
        <w:tabs>
          <w:tab w:val="left" w:pos="1198"/>
        </w:tabs>
        <w:spacing w:after="0" w:line="240" w:lineRule="auto"/>
        <w:ind w:left="0" w:firstLine="820"/>
        <w:jc w:val="both"/>
        <w:rPr>
          <w:lang w:val="ru-RU"/>
        </w:rPr>
      </w:pPr>
      <w:r>
        <w:rPr>
          <w:color w:val="000000"/>
          <w:lang w:val="uk-UA" w:eastAsia="uk-UA" w:bidi="uk-UA"/>
        </w:rPr>
        <w:t>Діагностика природжених вад зубо-щелепної ділянки.</w:t>
      </w:r>
    </w:p>
    <w:p w:rsidR="0054601C" w:rsidRPr="000952AC" w:rsidRDefault="000952AC">
      <w:pPr>
        <w:widowControl w:val="0"/>
        <w:numPr>
          <w:ilvl w:val="0"/>
          <w:numId w:val="9"/>
        </w:numPr>
        <w:tabs>
          <w:tab w:val="left" w:pos="1198"/>
        </w:tabs>
        <w:spacing w:after="0" w:line="240" w:lineRule="auto"/>
        <w:ind w:left="0" w:firstLine="820"/>
        <w:jc w:val="both"/>
        <w:rPr>
          <w:lang w:val="ru-RU"/>
        </w:rPr>
      </w:pPr>
      <w:r>
        <w:rPr>
          <w:color w:val="000000"/>
          <w:lang w:val="uk-UA" w:eastAsia="uk-UA" w:bidi="uk-UA"/>
        </w:rPr>
        <w:t xml:space="preserve">Профілактика природжених вад зубо-щелепної </w:t>
      </w:r>
      <w:r>
        <w:rPr>
          <w:color w:val="000000"/>
          <w:lang w:val="uk-UA" w:eastAsia="uk-UA" w:bidi="uk-UA"/>
        </w:rPr>
        <w:t>ділянки.</w:t>
      </w:r>
    </w:p>
    <w:p w:rsidR="0054601C" w:rsidRPr="000952AC" w:rsidRDefault="000952AC">
      <w:pPr>
        <w:widowControl w:val="0"/>
        <w:numPr>
          <w:ilvl w:val="0"/>
          <w:numId w:val="9"/>
        </w:numPr>
        <w:tabs>
          <w:tab w:val="left" w:pos="1108"/>
        </w:tabs>
        <w:spacing w:after="0" w:line="240" w:lineRule="auto"/>
        <w:ind w:left="0" w:firstLine="820"/>
        <w:jc w:val="both"/>
        <w:rPr>
          <w:lang w:val="ru-RU"/>
        </w:rPr>
      </w:pPr>
      <w:r>
        <w:rPr>
          <w:color w:val="000000"/>
          <w:lang w:val="uk-UA" w:eastAsia="uk-UA" w:bidi="uk-UA"/>
        </w:rPr>
        <w:t>Морфологічні, функціональні і естетичні порушення в зубощелепному апараті при незрощення верхньої губи, альвеолярного паростка, твердого і м'якого піднебіння.</w:t>
      </w:r>
    </w:p>
    <w:p w:rsidR="0054601C" w:rsidRPr="000952AC" w:rsidRDefault="000952AC">
      <w:pPr>
        <w:widowControl w:val="0"/>
        <w:numPr>
          <w:ilvl w:val="0"/>
          <w:numId w:val="9"/>
        </w:numPr>
        <w:tabs>
          <w:tab w:val="left" w:pos="1108"/>
        </w:tabs>
        <w:spacing w:after="0" w:line="240" w:lineRule="auto"/>
        <w:ind w:left="0" w:firstLine="820"/>
        <w:jc w:val="both"/>
        <w:rPr>
          <w:lang w:val="ru-RU"/>
        </w:rPr>
      </w:pPr>
      <w:r>
        <w:rPr>
          <w:color w:val="000000"/>
          <w:lang w:val="uk-UA" w:eastAsia="uk-UA" w:bidi="uk-UA"/>
        </w:rPr>
        <w:t>Основні принципи комплексного лікування пацієнтів з уродженими вадами обличчя.</w:t>
      </w:r>
    </w:p>
    <w:p w:rsidR="0054601C" w:rsidRPr="000952AC" w:rsidRDefault="000952AC">
      <w:pPr>
        <w:widowControl w:val="0"/>
        <w:numPr>
          <w:ilvl w:val="0"/>
          <w:numId w:val="9"/>
        </w:numPr>
        <w:tabs>
          <w:tab w:val="left" w:pos="1108"/>
        </w:tabs>
        <w:spacing w:after="0" w:line="240" w:lineRule="auto"/>
        <w:ind w:left="0" w:firstLine="820"/>
        <w:jc w:val="both"/>
        <w:rPr>
          <w:lang w:val="ru-RU"/>
        </w:rPr>
      </w:pPr>
      <w:r>
        <w:rPr>
          <w:color w:val="000000"/>
          <w:lang w:val="uk-UA" w:eastAsia="uk-UA" w:bidi="uk-UA"/>
        </w:rPr>
        <w:t>Характери</w:t>
      </w:r>
      <w:r>
        <w:rPr>
          <w:color w:val="000000"/>
          <w:lang w:val="uk-UA" w:eastAsia="uk-UA" w:bidi="uk-UA"/>
        </w:rPr>
        <w:t>стика різних конструкцій обтураторів і показання до їх використання у дітей з незрощеннями верхньої губи, альвеолярного паростка, твердого і м'якого піднебіння.</w:t>
      </w:r>
    </w:p>
    <w:p w:rsidR="0054601C" w:rsidRPr="000952AC" w:rsidRDefault="000952AC">
      <w:pPr>
        <w:widowControl w:val="0"/>
        <w:spacing w:after="0" w:line="240" w:lineRule="auto"/>
        <w:ind w:firstLine="820"/>
        <w:jc w:val="both"/>
        <w:rPr>
          <w:lang w:val="ru-RU"/>
        </w:rPr>
      </w:pPr>
      <w:r>
        <w:rPr>
          <w:b/>
          <w:bCs/>
          <w:color w:val="000000"/>
          <w:lang w:val="uk-UA" w:eastAsia="uk-UA" w:bidi="uk-UA"/>
        </w:rPr>
        <w:t>Практичні роботи (завдання), які виконуються на занятті:</w:t>
      </w:r>
    </w:p>
    <w:p w:rsidR="0054601C" w:rsidRPr="000952AC" w:rsidRDefault="000952AC">
      <w:pPr>
        <w:widowControl w:val="0"/>
        <w:numPr>
          <w:ilvl w:val="0"/>
          <w:numId w:val="10"/>
        </w:numPr>
        <w:tabs>
          <w:tab w:val="left" w:pos="1108"/>
        </w:tabs>
        <w:spacing w:after="0" w:line="240" w:lineRule="auto"/>
        <w:ind w:left="0" w:firstLine="820"/>
        <w:jc w:val="both"/>
        <w:rPr>
          <w:lang w:val="ru-RU"/>
        </w:rPr>
      </w:pPr>
      <w:r>
        <w:rPr>
          <w:color w:val="000000"/>
          <w:lang w:val="uk-UA" w:eastAsia="uk-UA" w:bidi="uk-UA"/>
        </w:rPr>
        <w:t xml:space="preserve">Описати методику проведення клінічних </w:t>
      </w:r>
      <w:r>
        <w:rPr>
          <w:color w:val="000000"/>
          <w:lang w:val="uk-UA" w:eastAsia="uk-UA" w:bidi="uk-UA"/>
        </w:rPr>
        <w:t>функціональних проб у пацієнтів з природженими вадами розвитку обличчя.</w:t>
      </w:r>
    </w:p>
    <w:p w:rsidR="0054601C" w:rsidRPr="000952AC" w:rsidRDefault="000952AC">
      <w:pPr>
        <w:widowControl w:val="0"/>
        <w:numPr>
          <w:ilvl w:val="0"/>
          <w:numId w:val="10"/>
        </w:numPr>
        <w:tabs>
          <w:tab w:val="left" w:pos="1108"/>
        </w:tabs>
        <w:spacing w:after="0" w:line="240" w:lineRule="auto"/>
        <w:ind w:left="0" w:firstLine="820"/>
        <w:jc w:val="both"/>
        <w:rPr>
          <w:lang w:val="ru-RU"/>
        </w:rPr>
      </w:pPr>
      <w:r>
        <w:rPr>
          <w:color w:val="000000"/>
          <w:lang w:val="uk-UA" w:eastAsia="uk-UA" w:bidi="uk-UA"/>
        </w:rPr>
        <w:t>Визначити вид природженої вади розвитку обличчя,поставити діагноз, вибрати метод лікування і послідовність лікувальних заходів.</w:t>
      </w:r>
    </w:p>
    <w:p w:rsidR="0054601C" w:rsidRPr="000952AC" w:rsidRDefault="000952AC">
      <w:pPr>
        <w:widowControl w:val="0"/>
        <w:numPr>
          <w:ilvl w:val="0"/>
          <w:numId w:val="10"/>
        </w:numPr>
        <w:tabs>
          <w:tab w:val="left" w:pos="1118"/>
        </w:tabs>
        <w:spacing w:after="0" w:line="240" w:lineRule="auto"/>
        <w:ind w:left="0" w:firstLine="820"/>
        <w:jc w:val="both"/>
        <w:rPr>
          <w:lang w:val="ru-RU"/>
        </w:rPr>
      </w:pPr>
      <w:r>
        <w:rPr>
          <w:color w:val="000000"/>
          <w:lang w:val="uk-UA" w:eastAsia="uk-UA" w:bidi="uk-UA"/>
        </w:rPr>
        <w:t>Провести огляд обличчя, порожнини рота пацієнтів з приро</w:t>
      </w:r>
      <w:r>
        <w:rPr>
          <w:color w:val="000000"/>
          <w:lang w:val="uk-UA" w:eastAsia="uk-UA" w:bidi="uk-UA"/>
        </w:rPr>
        <w:t>дженими</w:t>
      </w:r>
      <w:r>
        <w:rPr>
          <w:color w:val="000000"/>
          <w:lang w:val="uk-UA" w:eastAsia="uk-UA" w:bidi="uk-UA"/>
        </w:rPr>
        <w:br w:type="page"/>
      </w:r>
      <w:r>
        <w:rPr>
          <w:color w:val="000000"/>
          <w:lang w:val="uk-UA" w:eastAsia="uk-UA" w:bidi="uk-UA"/>
        </w:rPr>
        <w:lastRenderedPageBreak/>
        <w:t>вадами розвитку обличчя.</w:t>
      </w:r>
    </w:p>
    <w:p w:rsidR="0054601C" w:rsidRPr="000952AC" w:rsidRDefault="000952AC">
      <w:pPr>
        <w:widowControl w:val="0"/>
        <w:numPr>
          <w:ilvl w:val="0"/>
          <w:numId w:val="10"/>
        </w:numPr>
        <w:tabs>
          <w:tab w:val="left" w:pos="1118"/>
        </w:tabs>
        <w:spacing w:after="0" w:line="240" w:lineRule="auto"/>
        <w:ind w:left="0" w:firstLine="840"/>
        <w:jc w:val="both"/>
        <w:rPr>
          <w:lang w:val="ru-RU"/>
        </w:rPr>
      </w:pPr>
      <w:r>
        <w:rPr>
          <w:color w:val="000000"/>
          <w:lang w:val="uk-UA" w:eastAsia="uk-UA" w:bidi="uk-UA"/>
        </w:rPr>
        <w:t>Охарактеризувати прикус у трьох площинах у пацієнтів з природженими вадами розвитку обличчя.</w:t>
      </w:r>
    </w:p>
    <w:p w:rsidR="0054601C" w:rsidRPr="000952AC" w:rsidRDefault="000952AC">
      <w:pPr>
        <w:widowControl w:val="0"/>
        <w:numPr>
          <w:ilvl w:val="0"/>
          <w:numId w:val="10"/>
        </w:numPr>
        <w:tabs>
          <w:tab w:val="left" w:pos="1118"/>
        </w:tabs>
        <w:spacing w:after="160" w:line="240" w:lineRule="auto"/>
        <w:ind w:left="0" w:firstLine="840"/>
        <w:jc w:val="both"/>
        <w:rPr>
          <w:lang w:val="ru-RU"/>
        </w:rPr>
      </w:pPr>
      <w:r>
        <w:rPr>
          <w:color w:val="000000"/>
          <w:lang w:val="uk-UA" w:eastAsia="uk-UA" w:bidi="uk-UA"/>
        </w:rPr>
        <w:t>Уміти зняти відбитки в пацієнтів з незрощеннями верхньої губи, альвеолярного паростка, твердого і м'якого піднебіння.</w:t>
      </w:r>
    </w:p>
    <w:p w:rsidR="0054601C" w:rsidRPr="000952AC" w:rsidRDefault="000952AC">
      <w:pPr>
        <w:widowControl w:val="0"/>
        <w:spacing w:after="880" w:line="240" w:lineRule="auto"/>
        <w:rPr>
          <w:lang w:val="ru-RU"/>
        </w:rPr>
      </w:pPr>
      <w:r>
        <w:rPr>
          <w:b/>
          <w:bCs/>
          <w:color w:val="000000"/>
          <w:lang w:val="uk-UA" w:eastAsia="uk-UA" w:bidi="uk-UA"/>
        </w:rPr>
        <w:t xml:space="preserve">5.План і </w:t>
      </w:r>
      <w:r>
        <w:rPr>
          <w:b/>
          <w:bCs/>
          <w:color w:val="000000"/>
          <w:lang w:val="uk-UA" w:eastAsia="uk-UA" w:bidi="uk-UA"/>
        </w:rPr>
        <w:t>організаційна структура навчального заняття з дисципліни.</w:t>
      </w:r>
    </w:p>
    <w:tbl>
      <w:tblPr>
        <w:tblOverlap w:val="never"/>
        <w:tblW w:w="0" w:type="auto"/>
        <w:jc w:val="center"/>
        <w:tblLayout w:type="fixed"/>
        <w:tblLook w:val="04A0" w:firstRow="1" w:lastRow="0" w:firstColumn="1" w:lastColumn="0" w:noHBand="0" w:noVBand="1"/>
      </w:tblPr>
      <w:tblGrid>
        <w:gridCol w:w="739"/>
        <w:gridCol w:w="2760"/>
        <w:gridCol w:w="1464"/>
        <w:gridCol w:w="2530"/>
        <w:gridCol w:w="2102"/>
      </w:tblGrid>
      <w:tr w:rsidR="0054601C">
        <w:trPr>
          <w:cantSplit/>
          <w:trHeight w:hRule="exact" w:val="1013"/>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ind w:firstLine="240"/>
            </w:pPr>
            <w:r>
              <w:rPr>
                <w:b/>
                <w:bCs/>
                <w:color w:val="000000"/>
                <w:lang w:val="uk-UA" w:eastAsia="uk-UA" w:bidi="uk-UA"/>
              </w:rPr>
              <w:t>№</w:t>
            </w:r>
          </w:p>
        </w:tc>
        <w:tc>
          <w:tcPr>
            <w:tcW w:w="2760" w:type="dxa"/>
            <w:tcBorders>
              <w:top w:val="single" w:sz="4" w:space="0" w:color="auto"/>
              <w:left w:val="single" w:sz="4" w:space="0" w:color="auto"/>
            </w:tcBorders>
            <w:shd w:val="clear" w:color="auto" w:fill="auto"/>
          </w:tcPr>
          <w:p w:rsidR="0054601C" w:rsidRDefault="000952AC">
            <w:pPr>
              <w:widowControl w:val="0"/>
              <w:spacing w:after="0" w:line="240" w:lineRule="auto"/>
              <w:jc w:val="center"/>
            </w:pPr>
            <w:r>
              <w:rPr>
                <w:b/>
                <w:bCs/>
                <w:color w:val="000000"/>
                <w:lang w:val="uk-UA" w:eastAsia="uk-UA" w:bidi="uk-UA"/>
              </w:rPr>
              <w:t>Етапи заняття</w:t>
            </w:r>
          </w:p>
        </w:tc>
        <w:tc>
          <w:tcPr>
            <w:tcW w:w="1464" w:type="dxa"/>
            <w:tcBorders>
              <w:top w:val="single" w:sz="4" w:space="0" w:color="auto"/>
              <w:left w:val="single" w:sz="4" w:space="0" w:color="auto"/>
            </w:tcBorders>
            <w:shd w:val="clear" w:color="auto" w:fill="auto"/>
          </w:tcPr>
          <w:p w:rsidR="0054601C" w:rsidRDefault="000952AC">
            <w:pPr>
              <w:widowControl w:val="0"/>
              <w:spacing w:after="0"/>
              <w:jc w:val="center"/>
            </w:pPr>
            <w:r>
              <w:rPr>
                <w:b/>
                <w:bCs/>
                <w:color w:val="000000"/>
                <w:lang w:val="uk-UA" w:eastAsia="uk-UA" w:bidi="uk-UA"/>
              </w:rPr>
              <w:t>Розподіл часу</w:t>
            </w:r>
          </w:p>
        </w:tc>
        <w:tc>
          <w:tcPr>
            <w:tcW w:w="2530" w:type="dxa"/>
            <w:tcBorders>
              <w:top w:val="single" w:sz="4" w:space="0" w:color="auto"/>
              <w:left w:val="single" w:sz="4" w:space="0" w:color="auto"/>
            </w:tcBorders>
            <w:shd w:val="clear" w:color="auto" w:fill="auto"/>
          </w:tcPr>
          <w:p w:rsidR="0054601C" w:rsidRDefault="000952AC">
            <w:pPr>
              <w:widowControl w:val="0"/>
              <w:spacing w:after="0" w:line="240" w:lineRule="auto"/>
              <w:ind w:firstLine="260"/>
            </w:pPr>
            <w:r>
              <w:rPr>
                <w:b/>
                <w:bCs/>
                <w:color w:val="000000"/>
                <w:lang w:val="uk-UA" w:eastAsia="uk-UA" w:bidi="uk-UA"/>
              </w:rPr>
              <w:t>Види контролю</w:t>
            </w:r>
          </w:p>
        </w:tc>
        <w:tc>
          <w:tcPr>
            <w:tcW w:w="2102" w:type="dxa"/>
            <w:tcBorders>
              <w:top w:val="single" w:sz="4" w:space="0" w:color="auto"/>
              <w:left w:val="single" w:sz="4" w:space="0" w:color="auto"/>
              <w:right w:val="single" w:sz="4" w:space="0" w:color="auto"/>
            </w:tcBorders>
            <w:shd w:val="clear" w:color="auto" w:fill="auto"/>
          </w:tcPr>
          <w:p w:rsidR="0054601C" w:rsidRDefault="000952AC">
            <w:pPr>
              <w:widowControl w:val="0"/>
              <w:spacing w:after="0"/>
              <w:jc w:val="center"/>
            </w:pPr>
            <w:r>
              <w:rPr>
                <w:b/>
                <w:bCs/>
                <w:color w:val="000000"/>
                <w:lang w:val="uk-UA" w:eastAsia="uk-UA" w:bidi="uk-UA"/>
              </w:rPr>
              <w:t>Засоби навчання</w:t>
            </w:r>
          </w:p>
        </w:tc>
      </w:tr>
      <w:tr w:rsidR="0054601C" w:rsidRPr="000952AC">
        <w:trPr>
          <w:cantSplit/>
          <w:trHeight w:hRule="exact" w:val="2482"/>
          <w:jc w:val="center"/>
        </w:trPr>
        <w:tc>
          <w:tcPr>
            <w:tcW w:w="739"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760" w:type="dxa"/>
            <w:tcBorders>
              <w:top w:val="single" w:sz="4" w:space="0" w:color="auto"/>
              <w:left w:val="single" w:sz="4" w:space="0" w:color="auto"/>
            </w:tcBorders>
            <w:shd w:val="clear" w:color="auto" w:fill="auto"/>
          </w:tcPr>
          <w:p w:rsidR="0054601C" w:rsidRDefault="000952AC">
            <w:pPr>
              <w:widowControl w:val="0"/>
              <w:spacing w:after="0" w:line="240" w:lineRule="auto"/>
            </w:pPr>
            <w:r>
              <w:rPr>
                <w:b/>
                <w:bCs/>
                <w:color w:val="000000"/>
                <w:lang w:val="uk-UA" w:eastAsia="uk-UA" w:bidi="uk-UA"/>
              </w:rPr>
              <w:t>Підготовчий етап</w:t>
            </w:r>
          </w:p>
        </w:tc>
        <w:tc>
          <w:tcPr>
            <w:tcW w:w="1464"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15хв</w:t>
            </w:r>
          </w:p>
        </w:tc>
        <w:tc>
          <w:tcPr>
            <w:tcW w:w="2530" w:type="dxa"/>
            <w:tcBorders>
              <w:top w:val="single" w:sz="4" w:space="0" w:color="auto"/>
              <w:left w:val="single" w:sz="4" w:space="0" w:color="auto"/>
            </w:tcBorders>
            <w:shd w:val="clear" w:color="auto" w:fill="auto"/>
          </w:tcPr>
          <w:p w:rsidR="0054601C" w:rsidRPr="000952AC" w:rsidRDefault="000952AC">
            <w:pPr>
              <w:widowControl w:val="0"/>
              <w:spacing w:after="0"/>
              <w:rPr>
                <w:lang w:val="ru-RU"/>
              </w:rPr>
            </w:pPr>
            <w:r>
              <w:rPr>
                <w:color w:val="000000"/>
                <w:lang w:val="uk-UA" w:eastAsia="uk-UA" w:bidi="uk-UA"/>
              </w:rPr>
              <w:t>практичні завдання,ситуацій ні задачі, усне опи тування за стан дартизованими переліками питань.</w:t>
            </w:r>
          </w:p>
        </w:tc>
        <w:tc>
          <w:tcPr>
            <w:tcW w:w="2102" w:type="dxa"/>
            <w:tcBorders>
              <w:top w:val="single" w:sz="4" w:space="0" w:color="auto"/>
              <w:left w:val="single" w:sz="4" w:space="0" w:color="auto"/>
              <w:right w:val="single" w:sz="4" w:space="0" w:color="auto"/>
            </w:tcBorders>
            <w:shd w:val="clear" w:color="auto" w:fill="auto"/>
          </w:tcPr>
          <w:p w:rsidR="0054601C" w:rsidRPr="000952AC" w:rsidRDefault="000952AC">
            <w:pPr>
              <w:widowControl w:val="0"/>
              <w:spacing w:after="0"/>
              <w:rPr>
                <w:lang w:val="ru-RU"/>
              </w:rPr>
            </w:pPr>
            <w:r>
              <w:rPr>
                <w:color w:val="000000"/>
                <w:lang w:val="uk-UA" w:eastAsia="uk-UA" w:bidi="uk-UA"/>
              </w:rPr>
              <w:t xml:space="preserve">під ручники, </w:t>
            </w:r>
            <w:r>
              <w:rPr>
                <w:color w:val="000000"/>
                <w:lang w:val="uk-UA" w:eastAsia="uk-UA" w:bidi="uk-UA"/>
              </w:rPr>
              <w:t>посібни ки, методичні рекомендації.</w:t>
            </w:r>
          </w:p>
        </w:tc>
      </w:tr>
      <w:tr w:rsidR="0054601C">
        <w:trPr>
          <w:cantSplit/>
          <w:trHeight w:hRule="exact" w:val="1373"/>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1.1</w:t>
            </w:r>
          </w:p>
        </w:tc>
        <w:tc>
          <w:tcPr>
            <w:tcW w:w="2760" w:type="dxa"/>
            <w:tcBorders>
              <w:top w:val="single" w:sz="4" w:space="0" w:color="auto"/>
              <w:left w:val="single" w:sz="4" w:space="0" w:color="auto"/>
            </w:tcBorders>
            <w:shd w:val="clear" w:color="auto" w:fill="auto"/>
            <w:vAlign w:val="center"/>
          </w:tcPr>
          <w:p w:rsidR="0054601C" w:rsidRDefault="000952AC">
            <w:pPr>
              <w:widowControl w:val="0"/>
              <w:spacing w:after="0" w:line="271" w:lineRule="auto"/>
            </w:pPr>
            <w:r>
              <w:rPr>
                <w:color w:val="000000"/>
                <w:lang w:val="uk-UA" w:eastAsia="uk-UA" w:bidi="uk-UA"/>
              </w:rPr>
              <w:t>Організацій ні питання.</w:t>
            </w:r>
          </w:p>
        </w:tc>
        <w:tc>
          <w:tcPr>
            <w:tcW w:w="1464"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530"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102" w:type="dxa"/>
            <w:tcBorders>
              <w:top w:val="single" w:sz="4" w:space="0" w:color="auto"/>
              <w:left w:val="single" w:sz="4" w:space="0" w:color="auto"/>
              <w:right w:val="single" w:sz="4" w:space="0" w:color="auto"/>
            </w:tcBorders>
            <w:shd w:val="clear" w:color="auto" w:fill="auto"/>
          </w:tcPr>
          <w:p w:rsidR="0054601C" w:rsidRDefault="0054601C">
            <w:pPr>
              <w:widowControl w:val="0"/>
              <w:rPr>
                <w:sz w:val="10"/>
                <w:szCs w:val="10"/>
              </w:rPr>
            </w:pPr>
          </w:p>
        </w:tc>
      </w:tr>
      <w:tr w:rsidR="0054601C">
        <w:trPr>
          <w:cantSplit/>
          <w:trHeight w:hRule="exact" w:val="1368"/>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1.2</w:t>
            </w:r>
          </w:p>
        </w:tc>
        <w:tc>
          <w:tcPr>
            <w:tcW w:w="2760" w:type="dxa"/>
            <w:tcBorders>
              <w:top w:val="single" w:sz="4" w:space="0" w:color="auto"/>
              <w:left w:val="single" w:sz="4" w:space="0" w:color="auto"/>
            </w:tcBorders>
            <w:shd w:val="clear" w:color="auto" w:fill="auto"/>
          </w:tcPr>
          <w:p w:rsidR="0054601C" w:rsidRDefault="000952AC">
            <w:pPr>
              <w:widowControl w:val="0"/>
              <w:spacing w:after="0"/>
            </w:pPr>
            <w:r>
              <w:rPr>
                <w:color w:val="000000"/>
                <w:lang w:val="uk-UA" w:eastAsia="uk-UA" w:bidi="uk-UA"/>
              </w:rPr>
              <w:t>Формуванн я мотивації.</w:t>
            </w:r>
          </w:p>
        </w:tc>
        <w:tc>
          <w:tcPr>
            <w:tcW w:w="1464"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530"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102" w:type="dxa"/>
            <w:tcBorders>
              <w:top w:val="single" w:sz="4" w:space="0" w:color="auto"/>
              <w:left w:val="single" w:sz="4" w:space="0" w:color="auto"/>
              <w:right w:val="single" w:sz="4" w:space="0" w:color="auto"/>
            </w:tcBorders>
            <w:shd w:val="clear" w:color="auto" w:fill="auto"/>
          </w:tcPr>
          <w:p w:rsidR="0054601C" w:rsidRDefault="0054601C">
            <w:pPr>
              <w:widowControl w:val="0"/>
              <w:rPr>
                <w:sz w:val="10"/>
                <w:szCs w:val="10"/>
              </w:rPr>
            </w:pPr>
          </w:p>
        </w:tc>
      </w:tr>
      <w:tr w:rsidR="0054601C">
        <w:trPr>
          <w:cantSplit/>
          <w:trHeight w:hRule="exact" w:val="1613"/>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1.3</w:t>
            </w:r>
          </w:p>
        </w:tc>
        <w:tc>
          <w:tcPr>
            <w:tcW w:w="2760" w:type="dxa"/>
            <w:tcBorders>
              <w:top w:val="single" w:sz="4" w:space="0" w:color="auto"/>
              <w:left w:val="single" w:sz="4" w:space="0" w:color="auto"/>
            </w:tcBorders>
            <w:shd w:val="clear" w:color="auto" w:fill="auto"/>
          </w:tcPr>
          <w:p w:rsidR="0054601C" w:rsidRDefault="000952AC">
            <w:pPr>
              <w:widowControl w:val="0"/>
              <w:tabs>
                <w:tab w:val="left" w:pos="1915"/>
              </w:tabs>
              <w:spacing w:after="0" w:line="451" w:lineRule="auto"/>
            </w:pPr>
            <w:r>
              <w:rPr>
                <w:color w:val="000000"/>
                <w:lang w:val="uk-UA" w:eastAsia="uk-UA" w:bidi="uk-UA"/>
              </w:rPr>
              <w:t>Контроль початкового</w:t>
            </w:r>
            <w:r>
              <w:rPr>
                <w:color w:val="000000"/>
                <w:lang w:val="uk-UA" w:eastAsia="uk-UA" w:bidi="uk-UA"/>
              </w:rPr>
              <w:tab/>
              <w:t>рівня</w:t>
            </w:r>
          </w:p>
          <w:p w:rsidR="0054601C" w:rsidRDefault="000952AC">
            <w:pPr>
              <w:widowControl w:val="0"/>
              <w:spacing w:after="0" w:line="240" w:lineRule="auto"/>
            </w:pPr>
            <w:r>
              <w:rPr>
                <w:color w:val="000000"/>
                <w:lang w:val="uk-UA" w:eastAsia="uk-UA" w:bidi="uk-UA"/>
              </w:rPr>
              <w:t>підготовки.</w:t>
            </w:r>
          </w:p>
        </w:tc>
        <w:tc>
          <w:tcPr>
            <w:tcW w:w="1464"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530"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102" w:type="dxa"/>
            <w:tcBorders>
              <w:top w:val="single" w:sz="4" w:space="0" w:color="auto"/>
              <w:left w:val="single" w:sz="4" w:space="0" w:color="auto"/>
              <w:right w:val="single" w:sz="4" w:space="0" w:color="auto"/>
            </w:tcBorders>
            <w:shd w:val="clear" w:color="auto" w:fill="auto"/>
          </w:tcPr>
          <w:p w:rsidR="0054601C" w:rsidRDefault="0054601C">
            <w:pPr>
              <w:widowControl w:val="0"/>
              <w:rPr>
                <w:sz w:val="10"/>
                <w:szCs w:val="10"/>
              </w:rPr>
            </w:pPr>
          </w:p>
        </w:tc>
      </w:tr>
      <w:tr w:rsidR="0054601C">
        <w:trPr>
          <w:cantSplit/>
          <w:trHeight w:hRule="exact" w:val="629"/>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2.</w:t>
            </w:r>
          </w:p>
        </w:tc>
        <w:tc>
          <w:tcPr>
            <w:tcW w:w="2760" w:type="dxa"/>
            <w:tcBorders>
              <w:top w:val="single" w:sz="4" w:space="0" w:color="auto"/>
              <w:left w:val="single" w:sz="4" w:space="0" w:color="auto"/>
            </w:tcBorders>
            <w:shd w:val="clear" w:color="auto" w:fill="auto"/>
          </w:tcPr>
          <w:p w:rsidR="0054601C" w:rsidRDefault="000952AC">
            <w:pPr>
              <w:widowControl w:val="0"/>
              <w:tabs>
                <w:tab w:val="left" w:pos="1747"/>
              </w:tabs>
              <w:spacing w:after="0" w:line="240" w:lineRule="auto"/>
            </w:pPr>
            <w:r>
              <w:rPr>
                <w:color w:val="000000"/>
                <w:lang w:val="uk-UA" w:eastAsia="uk-UA" w:bidi="uk-UA"/>
              </w:rPr>
              <w:t>Основний</w:t>
            </w:r>
            <w:r>
              <w:rPr>
                <w:color w:val="000000"/>
                <w:lang w:val="uk-UA" w:eastAsia="uk-UA" w:bidi="uk-UA"/>
              </w:rPr>
              <w:tab/>
              <w:t>етап</w:t>
            </w:r>
          </w:p>
        </w:tc>
        <w:tc>
          <w:tcPr>
            <w:tcW w:w="1464"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55хв</w:t>
            </w:r>
          </w:p>
        </w:tc>
        <w:tc>
          <w:tcPr>
            <w:tcW w:w="2530"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102" w:type="dxa"/>
            <w:tcBorders>
              <w:top w:val="single" w:sz="4" w:space="0" w:color="auto"/>
              <w:left w:val="single" w:sz="4" w:space="0" w:color="auto"/>
              <w:right w:val="single" w:sz="4" w:space="0" w:color="auto"/>
            </w:tcBorders>
            <w:shd w:val="clear" w:color="auto" w:fill="auto"/>
          </w:tcPr>
          <w:p w:rsidR="0054601C" w:rsidRDefault="0054601C">
            <w:pPr>
              <w:widowControl w:val="0"/>
              <w:rPr>
                <w:sz w:val="10"/>
                <w:szCs w:val="10"/>
              </w:rPr>
            </w:pPr>
          </w:p>
        </w:tc>
      </w:tr>
      <w:tr w:rsidR="0054601C">
        <w:trPr>
          <w:cantSplit/>
          <w:trHeight w:hRule="exact" w:val="998"/>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3.</w:t>
            </w:r>
          </w:p>
        </w:tc>
        <w:tc>
          <w:tcPr>
            <w:tcW w:w="2760" w:type="dxa"/>
            <w:tcBorders>
              <w:top w:val="single" w:sz="4" w:space="0" w:color="auto"/>
              <w:left w:val="single" w:sz="4" w:space="0" w:color="auto"/>
            </w:tcBorders>
            <w:shd w:val="clear" w:color="auto" w:fill="auto"/>
          </w:tcPr>
          <w:p w:rsidR="0054601C" w:rsidRDefault="000952AC">
            <w:pPr>
              <w:widowControl w:val="0"/>
              <w:spacing w:after="0" w:line="240" w:lineRule="auto"/>
            </w:pPr>
            <w:r>
              <w:rPr>
                <w:b/>
                <w:bCs/>
                <w:color w:val="000000"/>
                <w:lang w:val="uk-UA" w:eastAsia="uk-UA" w:bidi="uk-UA"/>
              </w:rPr>
              <w:t>Заключний етап</w:t>
            </w:r>
          </w:p>
        </w:tc>
        <w:tc>
          <w:tcPr>
            <w:tcW w:w="1464"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20 хв</w:t>
            </w:r>
          </w:p>
        </w:tc>
        <w:tc>
          <w:tcPr>
            <w:tcW w:w="2530"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тестові завдання</w:t>
            </w:r>
          </w:p>
        </w:tc>
        <w:tc>
          <w:tcPr>
            <w:tcW w:w="2102" w:type="dxa"/>
            <w:tcBorders>
              <w:top w:val="single" w:sz="4" w:space="0" w:color="auto"/>
              <w:left w:val="single" w:sz="4" w:space="0" w:color="auto"/>
              <w:right w:val="single" w:sz="4" w:space="0" w:color="auto"/>
            </w:tcBorders>
            <w:shd w:val="clear" w:color="auto" w:fill="auto"/>
          </w:tcPr>
          <w:p w:rsidR="0054601C" w:rsidRDefault="000952AC">
            <w:pPr>
              <w:widowControl w:val="0"/>
              <w:spacing w:after="40" w:line="240" w:lineRule="auto"/>
            </w:pPr>
            <w:r>
              <w:rPr>
                <w:color w:val="000000"/>
                <w:lang w:val="uk-UA" w:eastAsia="uk-UA" w:bidi="uk-UA"/>
              </w:rPr>
              <w:t>тестові</w:t>
            </w:r>
          </w:p>
          <w:p w:rsidR="0054601C" w:rsidRDefault="000952AC">
            <w:pPr>
              <w:widowControl w:val="0"/>
              <w:spacing w:after="0" w:line="240" w:lineRule="auto"/>
            </w:pPr>
            <w:r>
              <w:rPr>
                <w:color w:val="000000"/>
                <w:lang w:val="uk-UA" w:eastAsia="uk-UA" w:bidi="uk-UA"/>
              </w:rPr>
              <w:t>завдання</w:t>
            </w:r>
          </w:p>
        </w:tc>
      </w:tr>
      <w:tr w:rsidR="0054601C">
        <w:trPr>
          <w:cantSplit/>
          <w:trHeight w:hRule="exact" w:val="1003"/>
          <w:jc w:val="center"/>
        </w:trPr>
        <w:tc>
          <w:tcPr>
            <w:tcW w:w="739"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3.1.</w:t>
            </w:r>
          </w:p>
        </w:tc>
        <w:tc>
          <w:tcPr>
            <w:tcW w:w="2760" w:type="dxa"/>
            <w:tcBorders>
              <w:top w:val="single" w:sz="4" w:space="0" w:color="auto"/>
              <w:left w:val="single" w:sz="4" w:space="0" w:color="auto"/>
            </w:tcBorders>
            <w:shd w:val="clear" w:color="auto" w:fill="auto"/>
          </w:tcPr>
          <w:p w:rsidR="0054601C" w:rsidRDefault="000952AC">
            <w:pPr>
              <w:widowControl w:val="0"/>
              <w:spacing w:after="0"/>
            </w:pPr>
            <w:r>
              <w:rPr>
                <w:color w:val="000000"/>
                <w:lang w:val="uk-UA" w:eastAsia="uk-UA" w:bidi="uk-UA"/>
              </w:rPr>
              <w:t xml:space="preserve">Контроль кінцевого </w:t>
            </w:r>
            <w:r>
              <w:rPr>
                <w:color w:val="000000"/>
                <w:lang w:val="uk-UA" w:eastAsia="uk-UA" w:bidi="uk-UA"/>
              </w:rPr>
              <w:t>рівня підготовки.</w:t>
            </w:r>
          </w:p>
        </w:tc>
        <w:tc>
          <w:tcPr>
            <w:tcW w:w="1464"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530" w:type="dxa"/>
            <w:tcBorders>
              <w:top w:val="single" w:sz="4" w:space="0" w:color="auto"/>
              <w:left w:val="single" w:sz="4" w:space="0" w:color="auto"/>
            </w:tcBorders>
            <w:shd w:val="clear" w:color="auto" w:fill="auto"/>
          </w:tcPr>
          <w:p w:rsidR="0054601C" w:rsidRDefault="0054601C">
            <w:pPr>
              <w:widowControl w:val="0"/>
              <w:rPr>
                <w:sz w:val="10"/>
                <w:szCs w:val="10"/>
              </w:rPr>
            </w:pPr>
          </w:p>
        </w:tc>
        <w:tc>
          <w:tcPr>
            <w:tcW w:w="2102" w:type="dxa"/>
            <w:tcBorders>
              <w:top w:val="single" w:sz="4" w:space="0" w:color="auto"/>
              <w:left w:val="single" w:sz="4" w:space="0" w:color="auto"/>
              <w:right w:val="single" w:sz="4" w:space="0" w:color="auto"/>
            </w:tcBorders>
            <w:shd w:val="clear" w:color="auto" w:fill="auto"/>
          </w:tcPr>
          <w:p w:rsidR="0054601C" w:rsidRDefault="0054601C">
            <w:pPr>
              <w:widowControl w:val="0"/>
              <w:rPr>
                <w:sz w:val="10"/>
                <w:szCs w:val="10"/>
              </w:rPr>
            </w:pPr>
          </w:p>
        </w:tc>
      </w:tr>
      <w:tr w:rsidR="0054601C" w:rsidRPr="000952AC">
        <w:trPr>
          <w:cantSplit/>
          <w:trHeight w:hRule="exact" w:val="1387"/>
          <w:jc w:val="center"/>
        </w:trPr>
        <w:tc>
          <w:tcPr>
            <w:tcW w:w="739"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pPr>
            <w:r>
              <w:rPr>
                <w:color w:val="000000"/>
                <w:lang w:val="uk-UA" w:eastAsia="uk-UA" w:bidi="uk-UA"/>
              </w:rPr>
              <w:t>3.2.</w:t>
            </w:r>
          </w:p>
        </w:tc>
        <w:tc>
          <w:tcPr>
            <w:tcW w:w="2760" w:type="dxa"/>
            <w:tcBorders>
              <w:top w:val="single" w:sz="4" w:space="0" w:color="auto"/>
              <w:left w:val="single" w:sz="4" w:space="0" w:color="auto"/>
              <w:bottom w:val="single" w:sz="4" w:space="0" w:color="auto"/>
            </w:tcBorders>
            <w:shd w:val="clear" w:color="auto" w:fill="auto"/>
          </w:tcPr>
          <w:p w:rsidR="0054601C" w:rsidRPr="000952AC" w:rsidRDefault="000952AC">
            <w:pPr>
              <w:widowControl w:val="0"/>
              <w:tabs>
                <w:tab w:val="left" w:pos="1762"/>
              </w:tabs>
              <w:spacing w:after="0"/>
              <w:rPr>
                <w:lang w:val="ru-RU"/>
              </w:rPr>
            </w:pPr>
            <w:r>
              <w:rPr>
                <w:color w:val="000000"/>
                <w:lang w:val="uk-UA" w:eastAsia="uk-UA" w:bidi="uk-UA"/>
              </w:rPr>
              <w:t>Загальна</w:t>
            </w:r>
            <w:r>
              <w:rPr>
                <w:color w:val="000000"/>
                <w:lang w:val="uk-UA" w:eastAsia="uk-UA" w:bidi="uk-UA"/>
              </w:rPr>
              <w:tab/>
              <w:t>оцінка</w:t>
            </w:r>
          </w:p>
          <w:p w:rsidR="0054601C" w:rsidRPr="000952AC" w:rsidRDefault="000952AC">
            <w:pPr>
              <w:widowControl w:val="0"/>
              <w:spacing w:after="0"/>
              <w:rPr>
                <w:lang w:val="ru-RU"/>
              </w:rPr>
            </w:pPr>
            <w:r>
              <w:rPr>
                <w:color w:val="000000"/>
                <w:lang w:val="uk-UA" w:eastAsia="uk-UA" w:bidi="uk-UA"/>
              </w:rPr>
              <w:t>навчальної діяльності студента.</w:t>
            </w:r>
          </w:p>
        </w:tc>
        <w:tc>
          <w:tcPr>
            <w:tcW w:w="1464" w:type="dxa"/>
            <w:tcBorders>
              <w:top w:val="single" w:sz="4" w:space="0" w:color="auto"/>
              <w:left w:val="single" w:sz="4" w:space="0" w:color="auto"/>
              <w:bottom w:val="single" w:sz="4" w:space="0" w:color="auto"/>
            </w:tcBorders>
            <w:shd w:val="clear" w:color="auto" w:fill="auto"/>
          </w:tcPr>
          <w:p w:rsidR="0054601C" w:rsidRPr="000952AC" w:rsidRDefault="0054601C">
            <w:pPr>
              <w:widowControl w:val="0"/>
              <w:rPr>
                <w:sz w:val="10"/>
                <w:szCs w:val="10"/>
                <w:lang w:val="ru-RU"/>
              </w:rPr>
            </w:pPr>
          </w:p>
        </w:tc>
        <w:tc>
          <w:tcPr>
            <w:tcW w:w="2530" w:type="dxa"/>
            <w:tcBorders>
              <w:top w:val="single" w:sz="4" w:space="0" w:color="auto"/>
              <w:left w:val="single" w:sz="4" w:space="0" w:color="auto"/>
              <w:bottom w:val="single" w:sz="4" w:space="0" w:color="auto"/>
            </w:tcBorders>
            <w:shd w:val="clear" w:color="auto" w:fill="auto"/>
          </w:tcPr>
          <w:p w:rsidR="0054601C" w:rsidRPr="000952AC" w:rsidRDefault="0054601C">
            <w:pPr>
              <w:widowControl w:val="0"/>
              <w:rPr>
                <w:sz w:val="10"/>
                <w:szCs w:val="10"/>
                <w:lang w:val="ru-RU"/>
              </w:rPr>
            </w:pPr>
          </w:p>
        </w:tc>
        <w:tc>
          <w:tcPr>
            <w:tcW w:w="2102" w:type="dxa"/>
            <w:tcBorders>
              <w:top w:val="single" w:sz="4" w:space="0" w:color="auto"/>
              <w:left w:val="single" w:sz="4" w:space="0" w:color="auto"/>
              <w:bottom w:val="single" w:sz="4" w:space="0" w:color="auto"/>
              <w:right w:val="single" w:sz="4" w:space="0" w:color="auto"/>
            </w:tcBorders>
            <w:shd w:val="clear" w:color="auto" w:fill="auto"/>
          </w:tcPr>
          <w:p w:rsidR="0054601C" w:rsidRPr="000952AC" w:rsidRDefault="0054601C">
            <w:pPr>
              <w:widowControl w:val="0"/>
              <w:rPr>
                <w:sz w:val="10"/>
                <w:szCs w:val="10"/>
                <w:lang w:val="ru-RU"/>
              </w:rPr>
            </w:pPr>
          </w:p>
        </w:tc>
      </w:tr>
    </w:tbl>
    <w:p w:rsidR="0054601C" w:rsidRPr="000952AC" w:rsidRDefault="0054601C">
      <w:pPr>
        <w:widowControl w:val="0"/>
        <w:spacing w:line="1" w:lineRule="exact"/>
        <w:rPr>
          <w:lang w:val="ru-RU"/>
        </w:rPr>
      </w:pPr>
    </w:p>
    <w:tbl>
      <w:tblPr>
        <w:tblOverlap w:val="never"/>
        <w:tblW w:w="0" w:type="auto"/>
        <w:jc w:val="center"/>
        <w:tblLayout w:type="fixed"/>
        <w:tblLook w:val="04A0" w:firstRow="1" w:lastRow="0" w:firstColumn="1" w:lastColumn="0" w:noHBand="0" w:noVBand="1"/>
      </w:tblPr>
      <w:tblGrid>
        <w:gridCol w:w="739"/>
        <w:gridCol w:w="2760"/>
        <w:gridCol w:w="1464"/>
        <w:gridCol w:w="2530"/>
        <w:gridCol w:w="2102"/>
      </w:tblGrid>
      <w:tr w:rsidR="0054601C" w:rsidRPr="000952AC">
        <w:trPr>
          <w:cantSplit/>
          <w:trHeight w:hRule="exact" w:val="1766"/>
          <w:jc w:val="center"/>
        </w:trPr>
        <w:tc>
          <w:tcPr>
            <w:tcW w:w="739"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pPr>
            <w:r>
              <w:rPr>
                <w:color w:val="000000"/>
                <w:lang w:val="uk-UA" w:eastAsia="uk-UA" w:bidi="uk-UA"/>
              </w:rPr>
              <w:lastRenderedPageBreak/>
              <w:t>3.3</w:t>
            </w:r>
          </w:p>
        </w:tc>
        <w:tc>
          <w:tcPr>
            <w:tcW w:w="2760" w:type="dxa"/>
            <w:tcBorders>
              <w:top w:val="single" w:sz="4" w:space="0" w:color="auto"/>
              <w:left w:val="single" w:sz="4" w:space="0" w:color="auto"/>
              <w:bottom w:val="single" w:sz="4" w:space="0" w:color="auto"/>
            </w:tcBorders>
            <w:shd w:val="clear" w:color="auto" w:fill="auto"/>
          </w:tcPr>
          <w:p w:rsidR="0054601C" w:rsidRPr="000952AC" w:rsidRDefault="000952AC">
            <w:pPr>
              <w:widowControl w:val="0"/>
              <w:tabs>
                <w:tab w:val="left" w:pos="2107"/>
              </w:tabs>
              <w:spacing w:after="0"/>
              <w:rPr>
                <w:lang w:val="ru-RU"/>
              </w:rPr>
            </w:pPr>
            <w:r>
              <w:rPr>
                <w:color w:val="000000"/>
                <w:lang w:val="uk-UA" w:eastAsia="uk-UA" w:bidi="uk-UA"/>
              </w:rPr>
              <w:t>Інформування студентів</w:t>
            </w:r>
            <w:r>
              <w:rPr>
                <w:color w:val="000000"/>
                <w:lang w:val="uk-UA" w:eastAsia="uk-UA" w:bidi="uk-UA"/>
              </w:rPr>
              <w:tab/>
              <w:t>про</w:t>
            </w:r>
          </w:p>
          <w:p w:rsidR="0054601C" w:rsidRPr="000952AC" w:rsidRDefault="000952AC">
            <w:pPr>
              <w:widowControl w:val="0"/>
              <w:tabs>
                <w:tab w:val="left" w:pos="1181"/>
              </w:tabs>
              <w:spacing w:after="0"/>
              <w:rPr>
                <w:lang w:val="ru-RU"/>
              </w:rPr>
            </w:pPr>
            <w:r>
              <w:rPr>
                <w:color w:val="000000"/>
                <w:lang w:val="uk-UA" w:eastAsia="uk-UA" w:bidi="uk-UA"/>
              </w:rPr>
              <w:t>тему</w:t>
            </w:r>
            <w:r>
              <w:rPr>
                <w:color w:val="000000"/>
                <w:lang w:val="uk-UA" w:eastAsia="uk-UA" w:bidi="uk-UA"/>
              </w:rPr>
              <w:tab/>
              <w:t>наступного</w:t>
            </w:r>
          </w:p>
          <w:p w:rsidR="0054601C" w:rsidRPr="000952AC" w:rsidRDefault="000952AC">
            <w:pPr>
              <w:widowControl w:val="0"/>
              <w:spacing w:after="0"/>
              <w:rPr>
                <w:lang w:val="ru-RU"/>
              </w:rPr>
            </w:pPr>
            <w:r>
              <w:rPr>
                <w:color w:val="000000"/>
                <w:lang w:val="uk-UA" w:eastAsia="uk-UA" w:bidi="uk-UA"/>
              </w:rPr>
              <w:t>заняття.</w:t>
            </w:r>
          </w:p>
        </w:tc>
        <w:tc>
          <w:tcPr>
            <w:tcW w:w="1464" w:type="dxa"/>
            <w:tcBorders>
              <w:top w:val="single" w:sz="4" w:space="0" w:color="auto"/>
              <w:left w:val="single" w:sz="4" w:space="0" w:color="auto"/>
              <w:bottom w:val="single" w:sz="4" w:space="0" w:color="auto"/>
            </w:tcBorders>
            <w:shd w:val="clear" w:color="auto" w:fill="auto"/>
          </w:tcPr>
          <w:p w:rsidR="0054601C" w:rsidRPr="000952AC" w:rsidRDefault="0054601C">
            <w:pPr>
              <w:widowControl w:val="0"/>
              <w:rPr>
                <w:sz w:val="10"/>
                <w:szCs w:val="10"/>
                <w:lang w:val="ru-RU"/>
              </w:rPr>
            </w:pPr>
          </w:p>
        </w:tc>
        <w:tc>
          <w:tcPr>
            <w:tcW w:w="2530" w:type="dxa"/>
            <w:tcBorders>
              <w:top w:val="single" w:sz="4" w:space="0" w:color="auto"/>
              <w:left w:val="single" w:sz="4" w:space="0" w:color="auto"/>
              <w:bottom w:val="single" w:sz="4" w:space="0" w:color="auto"/>
            </w:tcBorders>
            <w:shd w:val="clear" w:color="auto" w:fill="auto"/>
          </w:tcPr>
          <w:p w:rsidR="0054601C" w:rsidRPr="000952AC" w:rsidRDefault="0054601C">
            <w:pPr>
              <w:widowControl w:val="0"/>
              <w:rPr>
                <w:sz w:val="10"/>
                <w:szCs w:val="10"/>
                <w:lang w:val="ru-RU"/>
              </w:rPr>
            </w:pPr>
          </w:p>
        </w:tc>
        <w:tc>
          <w:tcPr>
            <w:tcW w:w="2102" w:type="dxa"/>
            <w:tcBorders>
              <w:top w:val="single" w:sz="4" w:space="0" w:color="auto"/>
              <w:left w:val="single" w:sz="4" w:space="0" w:color="auto"/>
              <w:bottom w:val="single" w:sz="4" w:space="0" w:color="auto"/>
              <w:right w:val="single" w:sz="4" w:space="0" w:color="auto"/>
            </w:tcBorders>
            <w:shd w:val="clear" w:color="auto" w:fill="auto"/>
          </w:tcPr>
          <w:p w:rsidR="0054601C" w:rsidRPr="000952AC" w:rsidRDefault="0054601C">
            <w:pPr>
              <w:widowControl w:val="0"/>
              <w:rPr>
                <w:sz w:val="10"/>
                <w:szCs w:val="10"/>
                <w:lang w:val="ru-RU"/>
              </w:rPr>
            </w:pPr>
          </w:p>
        </w:tc>
      </w:tr>
    </w:tbl>
    <w:p w:rsidR="0054601C" w:rsidRPr="000952AC" w:rsidRDefault="0054601C">
      <w:pPr>
        <w:widowControl w:val="0"/>
        <w:spacing w:after="1539" w:line="1" w:lineRule="exact"/>
        <w:rPr>
          <w:lang w:val="ru-RU"/>
        </w:rPr>
      </w:pPr>
    </w:p>
    <w:p w:rsidR="0054601C" w:rsidRPr="000952AC" w:rsidRDefault="000952AC">
      <w:pPr>
        <w:widowControl w:val="0"/>
        <w:spacing w:after="0" w:line="240" w:lineRule="auto"/>
        <w:ind w:firstLine="640"/>
        <w:jc w:val="both"/>
        <w:rPr>
          <w:lang w:val="ru-RU"/>
        </w:rPr>
      </w:pPr>
      <w:r>
        <w:rPr>
          <w:b/>
          <w:bCs/>
          <w:i/>
          <w:iCs/>
          <w:color w:val="000000"/>
          <w:u w:val="single"/>
          <w:lang w:val="uk-UA" w:eastAsia="uk-UA" w:bidi="uk-UA"/>
        </w:rPr>
        <w:t>Зміст теми заняття</w:t>
      </w:r>
    </w:p>
    <w:p w:rsidR="0054601C" w:rsidRPr="000952AC" w:rsidRDefault="000952AC">
      <w:pPr>
        <w:widowControl w:val="0"/>
        <w:spacing w:after="0" w:line="240" w:lineRule="auto"/>
        <w:ind w:firstLine="820"/>
        <w:jc w:val="both"/>
        <w:rPr>
          <w:lang w:val="ru-RU"/>
        </w:rPr>
      </w:pPr>
      <w:r>
        <w:rPr>
          <w:color w:val="000000"/>
          <w:lang w:val="uk-UA" w:eastAsia="uk-UA" w:bidi="uk-UA"/>
        </w:rPr>
        <w:t>Етіологічні чинники, які можуть призвести до виникнення природжених вад обличчя:</w:t>
      </w:r>
    </w:p>
    <w:p w:rsidR="0054601C" w:rsidRDefault="000952AC">
      <w:pPr>
        <w:widowControl w:val="0"/>
        <w:spacing w:after="0" w:line="240" w:lineRule="auto"/>
        <w:ind w:firstLine="820"/>
        <w:jc w:val="both"/>
      </w:pPr>
      <w:r>
        <w:rPr>
          <w:b/>
          <w:bCs/>
          <w:color w:val="000000"/>
          <w:lang w:val="uk-UA" w:eastAsia="uk-UA" w:bidi="uk-UA"/>
        </w:rPr>
        <w:t xml:space="preserve">Екзогенні </w:t>
      </w:r>
      <w:r>
        <w:rPr>
          <w:b/>
          <w:bCs/>
          <w:color w:val="000000"/>
          <w:lang w:val="uk-UA" w:eastAsia="uk-UA" w:bidi="uk-UA"/>
        </w:rPr>
        <w:t>фактори:</w:t>
      </w:r>
    </w:p>
    <w:p w:rsidR="0054601C" w:rsidRPr="000952AC" w:rsidRDefault="000952AC">
      <w:pPr>
        <w:widowControl w:val="0"/>
        <w:numPr>
          <w:ilvl w:val="0"/>
          <w:numId w:val="11"/>
        </w:numPr>
        <w:tabs>
          <w:tab w:val="left" w:pos="1620"/>
          <w:tab w:val="left" w:pos="1622"/>
        </w:tabs>
        <w:spacing w:after="0" w:line="240" w:lineRule="auto"/>
        <w:ind w:left="0" w:firstLine="820"/>
        <w:rPr>
          <w:lang w:val="ru-RU"/>
        </w:rPr>
      </w:pPr>
      <w:r>
        <w:rPr>
          <w:color w:val="000000"/>
          <w:lang w:val="uk-UA" w:eastAsia="uk-UA" w:bidi="uk-UA"/>
        </w:rPr>
        <w:t>Дія на плід іонізуючого опромінення.</w:t>
      </w:r>
    </w:p>
    <w:p w:rsidR="0054601C" w:rsidRPr="000952AC" w:rsidRDefault="000952AC">
      <w:pPr>
        <w:widowControl w:val="0"/>
        <w:numPr>
          <w:ilvl w:val="0"/>
          <w:numId w:val="11"/>
        </w:numPr>
        <w:tabs>
          <w:tab w:val="left" w:pos="1620"/>
          <w:tab w:val="left" w:pos="1641"/>
        </w:tabs>
        <w:spacing w:after="0" w:line="240" w:lineRule="auto"/>
        <w:ind w:left="0" w:firstLine="820"/>
        <w:rPr>
          <w:lang w:val="ru-RU"/>
        </w:rPr>
      </w:pPr>
      <w:r>
        <w:rPr>
          <w:color w:val="000000"/>
          <w:lang w:val="uk-UA" w:eastAsia="uk-UA" w:bidi="uk-UA"/>
        </w:rPr>
        <w:t>Дія на плід патогенної мікрофлори (стафілокок, віруси, анаероби).</w:t>
      </w:r>
    </w:p>
    <w:p w:rsidR="0054601C" w:rsidRPr="000952AC" w:rsidRDefault="000952AC">
      <w:pPr>
        <w:widowControl w:val="0"/>
        <w:numPr>
          <w:ilvl w:val="0"/>
          <w:numId w:val="11"/>
        </w:numPr>
        <w:tabs>
          <w:tab w:val="left" w:pos="1620"/>
          <w:tab w:val="left" w:pos="1636"/>
        </w:tabs>
        <w:spacing w:after="0" w:line="240" w:lineRule="auto"/>
        <w:ind w:left="0" w:firstLine="820"/>
        <w:rPr>
          <w:lang w:val="ru-RU"/>
        </w:rPr>
      </w:pPr>
      <w:r>
        <w:rPr>
          <w:color w:val="000000"/>
          <w:lang w:val="uk-UA" w:eastAsia="uk-UA" w:bidi="uk-UA"/>
        </w:rPr>
        <w:t>Дія на плід медикаментів ( тератогенні препарати).</w:t>
      </w:r>
    </w:p>
    <w:p w:rsidR="0054601C" w:rsidRPr="000952AC" w:rsidRDefault="000952AC">
      <w:pPr>
        <w:widowControl w:val="0"/>
        <w:numPr>
          <w:ilvl w:val="0"/>
          <w:numId w:val="11"/>
        </w:numPr>
        <w:tabs>
          <w:tab w:val="left" w:pos="1620"/>
          <w:tab w:val="left" w:pos="1646"/>
        </w:tabs>
        <w:spacing w:after="0" w:line="240" w:lineRule="auto"/>
        <w:ind w:left="0" w:firstLine="820"/>
        <w:rPr>
          <w:lang w:val="ru-RU"/>
        </w:rPr>
      </w:pPr>
      <w:r>
        <w:rPr>
          <w:color w:val="000000"/>
          <w:lang w:val="uk-UA" w:eastAsia="uk-UA" w:bidi="uk-UA"/>
        </w:rPr>
        <w:t>Дія на плід хімічних речовин.</w:t>
      </w:r>
    </w:p>
    <w:p w:rsidR="0054601C" w:rsidRDefault="000952AC">
      <w:pPr>
        <w:widowControl w:val="0"/>
        <w:numPr>
          <w:ilvl w:val="0"/>
          <w:numId w:val="11"/>
        </w:numPr>
        <w:tabs>
          <w:tab w:val="left" w:pos="1620"/>
          <w:tab w:val="left" w:pos="1622"/>
        </w:tabs>
        <w:spacing w:after="0" w:line="240" w:lineRule="auto"/>
        <w:ind w:left="0" w:firstLine="820"/>
        <w:jc w:val="both"/>
      </w:pPr>
      <w:r>
        <w:rPr>
          <w:color w:val="000000"/>
          <w:lang w:val="uk-UA" w:eastAsia="uk-UA" w:bidi="uk-UA"/>
        </w:rPr>
        <w:t>Алкоголь.</w:t>
      </w:r>
    </w:p>
    <w:p w:rsidR="0054601C" w:rsidRDefault="000952AC">
      <w:pPr>
        <w:widowControl w:val="0"/>
        <w:numPr>
          <w:ilvl w:val="0"/>
          <w:numId w:val="11"/>
        </w:numPr>
        <w:tabs>
          <w:tab w:val="left" w:pos="1620"/>
          <w:tab w:val="left" w:pos="1622"/>
        </w:tabs>
        <w:spacing w:after="0" w:line="240" w:lineRule="auto"/>
        <w:ind w:left="0" w:firstLine="820"/>
        <w:jc w:val="both"/>
      </w:pPr>
      <w:r>
        <w:rPr>
          <w:color w:val="000000"/>
          <w:lang w:val="uk-UA" w:eastAsia="uk-UA" w:bidi="uk-UA"/>
        </w:rPr>
        <w:t>Авітамінози.</w:t>
      </w:r>
    </w:p>
    <w:p w:rsidR="0054601C" w:rsidRDefault="000952AC">
      <w:pPr>
        <w:widowControl w:val="0"/>
        <w:numPr>
          <w:ilvl w:val="0"/>
          <w:numId w:val="11"/>
        </w:numPr>
        <w:tabs>
          <w:tab w:val="left" w:pos="1620"/>
          <w:tab w:val="left" w:pos="1622"/>
          <w:tab w:val="center" w:pos="3526"/>
        </w:tabs>
        <w:spacing w:after="0" w:line="240" w:lineRule="auto"/>
        <w:ind w:left="0" w:firstLine="820"/>
        <w:jc w:val="both"/>
      </w:pPr>
      <w:r>
        <w:rPr>
          <w:color w:val="000000"/>
          <w:lang w:val="uk-UA" w:eastAsia="uk-UA" w:bidi="uk-UA"/>
        </w:rPr>
        <w:t>Дія термічних</w:t>
      </w:r>
      <w:r>
        <w:rPr>
          <w:color w:val="000000"/>
          <w:lang w:val="uk-UA" w:eastAsia="uk-UA" w:bidi="uk-UA"/>
        </w:rPr>
        <w:tab/>
        <w:t>факторів.</w:t>
      </w:r>
    </w:p>
    <w:p w:rsidR="0054601C" w:rsidRPr="000952AC" w:rsidRDefault="000952AC">
      <w:pPr>
        <w:widowControl w:val="0"/>
        <w:numPr>
          <w:ilvl w:val="0"/>
          <w:numId w:val="11"/>
        </w:numPr>
        <w:tabs>
          <w:tab w:val="left" w:pos="1620"/>
          <w:tab w:val="left" w:pos="1622"/>
          <w:tab w:val="right" w:pos="6662"/>
        </w:tabs>
        <w:spacing w:after="0" w:line="240" w:lineRule="auto"/>
        <w:ind w:left="0" w:firstLine="820"/>
        <w:jc w:val="both"/>
        <w:rPr>
          <w:lang w:val="ru-RU"/>
        </w:rPr>
      </w:pPr>
      <w:r>
        <w:rPr>
          <w:color w:val="000000"/>
          <w:lang w:val="uk-UA" w:eastAsia="uk-UA" w:bidi="uk-UA"/>
        </w:rPr>
        <w:t>Травма живота в</w:t>
      </w:r>
      <w:r>
        <w:rPr>
          <w:color w:val="000000"/>
          <w:lang w:val="uk-UA" w:eastAsia="uk-UA" w:bidi="uk-UA"/>
        </w:rPr>
        <w:tab/>
      </w:r>
      <w:r>
        <w:rPr>
          <w:color w:val="000000"/>
          <w:lang w:val="uk-UA" w:eastAsia="uk-UA" w:bidi="uk-UA"/>
        </w:rPr>
        <w:t>ранні терміни вагітності.</w:t>
      </w:r>
    </w:p>
    <w:p w:rsidR="0054601C" w:rsidRDefault="000952AC">
      <w:pPr>
        <w:widowControl w:val="0"/>
        <w:numPr>
          <w:ilvl w:val="0"/>
          <w:numId w:val="11"/>
        </w:numPr>
        <w:tabs>
          <w:tab w:val="left" w:pos="1620"/>
          <w:tab w:val="left" w:pos="1622"/>
        </w:tabs>
        <w:spacing w:after="0" w:line="240" w:lineRule="auto"/>
        <w:ind w:left="0" w:firstLine="820"/>
        <w:jc w:val="both"/>
      </w:pPr>
      <w:r>
        <w:rPr>
          <w:color w:val="000000"/>
          <w:lang w:val="uk-UA" w:eastAsia="uk-UA" w:bidi="uk-UA"/>
        </w:rPr>
        <w:t>Психологічні травми.</w:t>
      </w:r>
    </w:p>
    <w:p w:rsidR="0054601C" w:rsidRDefault="000952AC">
      <w:pPr>
        <w:widowControl w:val="0"/>
        <w:tabs>
          <w:tab w:val="left" w:pos="8567"/>
        </w:tabs>
        <w:spacing w:after="0" w:line="240" w:lineRule="auto"/>
        <w:ind w:firstLine="820"/>
        <w:jc w:val="both"/>
      </w:pPr>
      <w:r>
        <w:rPr>
          <w:b/>
          <w:bCs/>
          <w:color w:val="000000"/>
          <w:lang w:val="uk-UA" w:eastAsia="uk-UA" w:bidi="uk-UA"/>
        </w:rPr>
        <w:t>Ендогенні</w:t>
      </w:r>
      <w:r>
        <w:rPr>
          <w:b/>
          <w:bCs/>
          <w:color w:val="000000"/>
          <w:lang w:val="uk-UA" w:eastAsia="uk-UA" w:bidi="uk-UA"/>
        </w:rPr>
        <w:tab/>
        <w:t>фактори:</w:t>
      </w:r>
    </w:p>
    <w:p w:rsidR="0054601C" w:rsidRDefault="000952AC">
      <w:pPr>
        <w:widowControl w:val="0"/>
        <w:numPr>
          <w:ilvl w:val="0"/>
          <w:numId w:val="12"/>
        </w:numPr>
        <w:tabs>
          <w:tab w:val="left" w:pos="1620"/>
          <w:tab w:val="left" w:pos="1626"/>
        </w:tabs>
        <w:spacing w:after="0" w:line="240" w:lineRule="auto"/>
        <w:ind w:left="0" w:firstLine="820"/>
        <w:jc w:val="both"/>
      </w:pPr>
      <w:r>
        <w:rPr>
          <w:color w:val="000000"/>
          <w:lang w:val="uk-UA" w:eastAsia="uk-UA" w:bidi="uk-UA"/>
        </w:rPr>
        <w:t>Спадковість.</w:t>
      </w:r>
    </w:p>
    <w:p w:rsidR="0054601C" w:rsidRPr="000952AC" w:rsidRDefault="000952AC">
      <w:pPr>
        <w:widowControl w:val="0"/>
        <w:numPr>
          <w:ilvl w:val="0"/>
          <w:numId w:val="12"/>
        </w:numPr>
        <w:tabs>
          <w:tab w:val="left" w:pos="1620"/>
          <w:tab w:val="left" w:pos="1737"/>
        </w:tabs>
        <w:spacing w:after="0" w:line="240" w:lineRule="auto"/>
        <w:ind w:left="0" w:firstLine="820"/>
        <w:jc w:val="both"/>
        <w:rPr>
          <w:lang w:val="ru-RU"/>
        </w:rPr>
      </w:pPr>
      <w:r>
        <w:rPr>
          <w:color w:val="000000"/>
          <w:lang w:val="uk-UA" w:eastAsia="uk-UA" w:bidi="uk-UA"/>
        </w:rPr>
        <w:t>Здоров'я батьків. Перенесені ними захворювання такі як: сифіліс,</w:t>
      </w:r>
    </w:p>
    <w:p w:rsidR="0054601C" w:rsidRPr="000952AC" w:rsidRDefault="000952AC">
      <w:pPr>
        <w:widowControl w:val="0"/>
        <w:spacing w:after="0" w:line="240" w:lineRule="auto"/>
        <w:jc w:val="both"/>
        <w:rPr>
          <w:lang w:val="uk-UA"/>
        </w:rPr>
      </w:pPr>
      <w:r>
        <w:rPr>
          <w:color w:val="000000"/>
          <w:lang w:val="uk-UA" w:eastAsia="uk-UA" w:bidi="uk-UA"/>
        </w:rPr>
        <w:t xml:space="preserve">алкоголізм, хронічні інтоксикації, деякі гормональні порушення. Перенесені матір'ю вірусні та інфекційні </w:t>
      </w:r>
      <w:r>
        <w:rPr>
          <w:color w:val="000000"/>
          <w:lang w:val="uk-UA" w:eastAsia="uk-UA" w:bidi="uk-UA"/>
        </w:rPr>
        <w:t>захворювання (скарлатина, кір, токсоплазмоз, краснуха).</w:t>
      </w:r>
    </w:p>
    <w:p w:rsidR="0054601C" w:rsidRDefault="000952AC">
      <w:pPr>
        <w:widowControl w:val="0"/>
        <w:numPr>
          <w:ilvl w:val="0"/>
          <w:numId w:val="12"/>
        </w:numPr>
        <w:tabs>
          <w:tab w:val="left" w:pos="1620"/>
          <w:tab w:val="left" w:pos="1631"/>
        </w:tabs>
        <w:spacing w:after="0" w:line="240" w:lineRule="auto"/>
        <w:ind w:left="0" w:firstLine="820"/>
      </w:pPr>
      <w:r>
        <w:rPr>
          <w:color w:val="000000"/>
          <w:lang w:val="uk-UA" w:eastAsia="uk-UA" w:bidi="uk-UA"/>
        </w:rPr>
        <w:t>Перенесені аборти.</w:t>
      </w:r>
    </w:p>
    <w:p w:rsidR="0054601C" w:rsidRDefault="000952AC">
      <w:pPr>
        <w:widowControl w:val="0"/>
        <w:spacing w:after="0" w:line="240" w:lineRule="auto"/>
        <w:ind w:firstLine="820"/>
        <w:jc w:val="both"/>
      </w:pPr>
      <w:r>
        <w:rPr>
          <w:color w:val="000000"/>
          <w:lang w:val="uk-UA" w:eastAsia="uk-UA" w:bidi="uk-UA"/>
        </w:rPr>
        <w:t>Розрізняють незрощення обличчя, верхньої губи, альвеолярного відростка, твердого та м'якого піднебіння.</w:t>
      </w:r>
    </w:p>
    <w:p w:rsidR="0054601C" w:rsidRDefault="000952AC">
      <w:pPr>
        <w:widowControl w:val="0"/>
        <w:spacing w:after="0" w:line="240" w:lineRule="auto"/>
        <w:ind w:firstLine="820"/>
        <w:jc w:val="both"/>
      </w:pPr>
      <w:r>
        <w:rPr>
          <w:color w:val="000000"/>
          <w:lang w:val="uk-UA" w:eastAsia="uk-UA" w:bidi="uk-UA"/>
        </w:rPr>
        <w:t>Вади мають такий розподіл:</w:t>
      </w:r>
    </w:p>
    <w:p w:rsidR="0054601C" w:rsidRPr="000952AC" w:rsidRDefault="000952AC">
      <w:pPr>
        <w:widowControl w:val="0"/>
        <w:numPr>
          <w:ilvl w:val="0"/>
          <w:numId w:val="13"/>
        </w:numPr>
        <w:tabs>
          <w:tab w:val="left" w:pos="354"/>
        </w:tabs>
        <w:spacing w:after="0" w:line="240" w:lineRule="auto"/>
        <w:ind w:left="0" w:firstLine="0"/>
        <w:rPr>
          <w:lang w:val="ru-RU"/>
        </w:rPr>
      </w:pPr>
      <w:r>
        <w:rPr>
          <w:color w:val="000000"/>
          <w:lang w:val="uk-UA" w:eastAsia="uk-UA" w:bidi="uk-UA"/>
        </w:rPr>
        <w:t>Незрощення тканин щелепно-лицевої ділянки: губи;</w:t>
      </w:r>
    </w:p>
    <w:p w:rsidR="0054601C" w:rsidRPr="000952AC" w:rsidRDefault="000952AC">
      <w:pPr>
        <w:widowControl w:val="0"/>
        <w:spacing w:after="0" w:line="240" w:lineRule="auto"/>
        <w:ind w:firstLine="180"/>
        <w:jc w:val="both"/>
        <w:rPr>
          <w:lang w:val="ru-RU"/>
        </w:rPr>
      </w:pPr>
      <w:r>
        <w:rPr>
          <w:color w:val="000000"/>
          <w:lang w:val="uk-UA" w:eastAsia="uk-UA" w:bidi="uk-UA"/>
        </w:rPr>
        <w:t>колобома;</w:t>
      </w:r>
    </w:p>
    <w:p w:rsidR="0054601C" w:rsidRPr="000952AC" w:rsidRDefault="000952AC">
      <w:pPr>
        <w:widowControl w:val="0"/>
        <w:spacing w:after="0" w:line="240" w:lineRule="auto"/>
        <w:rPr>
          <w:lang w:val="ru-RU"/>
        </w:rPr>
      </w:pPr>
      <w:r>
        <w:rPr>
          <w:color w:val="000000"/>
          <w:lang w:val="uk-UA" w:eastAsia="uk-UA" w:bidi="uk-UA"/>
        </w:rPr>
        <w:t>макростома;</w:t>
      </w:r>
    </w:p>
    <w:p w:rsidR="0054601C" w:rsidRPr="000952AC" w:rsidRDefault="000952AC">
      <w:pPr>
        <w:widowControl w:val="0"/>
        <w:spacing w:after="0" w:line="240" w:lineRule="auto"/>
        <w:ind w:firstLine="180"/>
        <w:rPr>
          <w:lang w:val="ru-RU"/>
        </w:rPr>
      </w:pPr>
      <w:r>
        <w:rPr>
          <w:color w:val="000000"/>
          <w:lang w:val="uk-UA" w:eastAsia="uk-UA" w:bidi="uk-UA"/>
        </w:rPr>
        <w:t>коміркового відростка піднебіння.</w:t>
      </w:r>
    </w:p>
    <w:p w:rsidR="0054601C" w:rsidRPr="000952AC" w:rsidRDefault="000952AC">
      <w:pPr>
        <w:widowControl w:val="0"/>
        <w:numPr>
          <w:ilvl w:val="0"/>
          <w:numId w:val="13"/>
        </w:numPr>
        <w:tabs>
          <w:tab w:val="left" w:pos="382"/>
        </w:tabs>
        <w:spacing w:after="0" w:line="240" w:lineRule="auto"/>
        <w:ind w:left="0" w:firstLine="0"/>
        <w:rPr>
          <w:lang w:val="ru-RU"/>
        </w:rPr>
      </w:pPr>
      <w:r>
        <w:rPr>
          <w:color w:val="000000"/>
          <w:lang w:val="uk-UA" w:eastAsia="uk-UA" w:bidi="uk-UA"/>
        </w:rPr>
        <w:t>Незрощення тканин щелепно-лицевої ділянки, поєднані з іншими вадами (синдромами).</w:t>
      </w:r>
    </w:p>
    <w:p w:rsidR="0054601C" w:rsidRPr="000952AC" w:rsidRDefault="000952AC">
      <w:pPr>
        <w:widowControl w:val="0"/>
        <w:numPr>
          <w:ilvl w:val="0"/>
          <w:numId w:val="13"/>
        </w:numPr>
        <w:tabs>
          <w:tab w:val="left" w:pos="378"/>
        </w:tabs>
        <w:spacing w:after="0" w:line="240" w:lineRule="auto"/>
        <w:ind w:left="0" w:firstLine="0"/>
        <w:rPr>
          <w:lang w:val="ru-RU"/>
        </w:rPr>
      </w:pPr>
      <w:r>
        <w:rPr>
          <w:color w:val="000000"/>
          <w:lang w:val="uk-UA" w:eastAsia="uk-UA" w:bidi="uk-UA"/>
        </w:rPr>
        <w:t>Орофаціальні дисплазії м'яких тканин і кісток лиця.</w:t>
      </w:r>
    </w:p>
    <w:p w:rsidR="0054601C" w:rsidRPr="000952AC" w:rsidRDefault="000952AC">
      <w:pPr>
        <w:widowControl w:val="0"/>
        <w:numPr>
          <w:ilvl w:val="0"/>
          <w:numId w:val="13"/>
        </w:numPr>
        <w:tabs>
          <w:tab w:val="left" w:pos="382"/>
        </w:tabs>
        <w:spacing w:after="0" w:line="240" w:lineRule="auto"/>
        <w:ind w:left="0" w:firstLine="0"/>
        <w:rPr>
          <w:lang w:val="ru-RU"/>
        </w:rPr>
      </w:pPr>
      <w:r>
        <w:rPr>
          <w:color w:val="000000"/>
          <w:lang w:val="uk-UA" w:eastAsia="uk-UA" w:bidi="uk-UA"/>
        </w:rPr>
        <w:t>Відсутність органа або його частини і (або) тканини.</w:t>
      </w:r>
    </w:p>
    <w:p w:rsidR="0054601C" w:rsidRPr="000952AC" w:rsidRDefault="000952AC">
      <w:pPr>
        <w:widowControl w:val="0"/>
        <w:numPr>
          <w:ilvl w:val="0"/>
          <w:numId w:val="13"/>
        </w:numPr>
        <w:tabs>
          <w:tab w:val="left" w:pos="373"/>
        </w:tabs>
        <w:spacing w:after="0" w:line="240" w:lineRule="auto"/>
        <w:ind w:left="0" w:firstLine="0"/>
        <w:rPr>
          <w:lang w:val="ru-RU"/>
        </w:rPr>
      </w:pPr>
      <w:r>
        <w:rPr>
          <w:color w:val="000000"/>
          <w:lang w:val="uk-UA" w:eastAsia="uk-UA" w:bidi="uk-UA"/>
        </w:rPr>
        <w:t>Вади розвитку</w:t>
      </w:r>
      <w:r>
        <w:rPr>
          <w:color w:val="000000"/>
          <w:lang w:val="uk-UA" w:eastAsia="uk-UA" w:bidi="uk-UA"/>
        </w:rPr>
        <w:t xml:space="preserve"> окремих органів (вушна раковина, ніс).</w:t>
      </w:r>
    </w:p>
    <w:p w:rsidR="0054601C" w:rsidRPr="000952AC" w:rsidRDefault="000952AC">
      <w:pPr>
        <w:widowControl w:val="0"/>
        <w:numPr>
          <w:ilvl w:val="0"/>
          <w:numId w:val="13"/>
        </w:numPr>
        <w:tabs>
          <w:tab w:val="left" w:pos="373"/>
        </w:tabs>
        <w:spacing w:after="0" w:line="240" w:lineRule="auto"/>
        <w:ind w:left="0" w:firstLine="0"/>
        <w:rPr>
          <w:lang w:val="ru-RU"/>
        </w:rPr>
      </w:pPr>
      <w:r>
        <w:rPr>
          <w:color w:val="000000"/>
          <w:lang w:val="uk-UA" w:eastAsia="uk-UA" w:bidi="uk-UA"/>
        </w:rPr>
        <w:t>Вади розвитку вуздечок губ та язика.</w:t>
      </w:r>
    </w:p>
    <w:p w:rsidR="0054601C" w:rsidRPr="000952AC" w:rsidRDefault="000952AC">
      <w:pPr>
        <w:widowControl w:val="0"/>
        <w:numPr>
          <w:ilvl w:val="0"/>
          <w:numId w:val="13"/>
        </w:numPr>
        <w:tabs>
          <w:tab w:val="left" w:pos="553"/>
        </w:tabs>
        <w:spacing w:after="0" w:line="240" w:lineRule="auto"/>
        <w:ind w:left="0" w:firstLine="180"/>
        <w:rPr>
          <w:lang w:val="ru-RU"/>
        </w:rPr>
      </w:pPr>
      <w:r>
        <w:rPr>
          <w:color w:val="000000"/>
          <w:lang w:val="uk-UA" w:eastAsia="uk-UA" w:bidi="uk-UA"/>
        </w:rPr>
        <w:t>Атрезії носових та слухових ходів, мікростоми.</w:t>
      </w:r>
    </w:p>
    <w:p w:rsidR="0054601C" w:rsidRDefault="000952AC">
      <w:pPr>
        <w:widowControl w:val="0"/>
        <w:numPr>
          <w:ilvl w:val="0"/>
          <w:numId w:val="13"/>
        </w:numPr>
        <w:tabs>
          <w:tab w:val="left" w:pos="368"/>
        </w:tabs>
        <w:spacing w:after="0" w:line="240" w:lineRule="auto"/>
        <w:ind w:left="0" w:firstLine="0"/>
      </w:pPr>
      <w:r>
        <w:rPr>
          <w:color w:val="000000"/>
          <w:lang w:val="uk-UA" w:eastAsia="uk-UA" w:bidi="uk-UA"/>
        </w:rPr>
        <w:t>Нориці.</w:t>
      </w:r>
    </w:p>
    <w:p w:rsidR="0054601C" w:rsidRDefault="000952AC">
      <w:pPr>
        <w:widowControl w:val="0"/>
        <w:spacing w:after="0" w:line="240" w:lineRule="auto"/>
        <w:ind w:firstLine="180"/>
        <w:jc w:val="both"/>
      </w:pPr>
      <w:r>
        <w:rPr>
          <w:color w:val="000000"/>
          <w:lang w:val="uk-UA" w:eastAsia="uk-UA" w:bidi="uk-UA"/>
        </w:rPr>
        <w:t>Класифікація А.А.Колесова</w:t>
      </w:r>
    </w:p>
    <w:p w:rsidR="0054601C" w:rsidRDefault="000952AC">
      <w:pPr>
        <w:widowControl w:val="0"/>
        <w:numPr>
          <w:ilvl w:val="0"/>
          <w:numId w:val="14"/>
        </w:numPr>
        <w:tabs>
          <w:tab w:val="left" w:pos="334"/>
        </w:tabs>
        <w:spacing w:after="0" w:line="240" w:lineRule="auto"/>
        <w:ind w:left="0" w:firstLine="0"/>
      </w:pPr>
      <w:r>
        <w:rPr>
          <w:color w:val="000000"/>
          <w:lang w:val="uk-UA" w:eastAsia="uk-UA" w:bidi="uk-UA"/>
        </w:rPr>
        <w:t>Незрощення обличчя:</w:t>
      </w:r>
    </w:p>
    <w:p w:rsidR="0054601C" w:rsidRDefault="000952AC">
      <w:pPr>
        <w:widowControl w:val="0"/>
        <w:numPr>
          <w:ilvl w:val="0"/>
          <w:numId w:val="15"/>
        </w:numPr>
        <w:tabs>
          <w:tab w:val="left" w:pos="358"/>
        </w:tabs>
        <w:spacing w:after="0" w:line="240" w:lineRule="auto"/>
        <w:ind w:left="0" w:firstLine="0"/>
      </w:pPr>
      <w:r>
        <w:rPr>
          <w:color w:val="000000"/>
          <w:lang w:val="uk-UA" w:eastAsia="uk-UA" w:bidi="uk-UA"/>
        </w:rPr>
        <w:t>Серединне незрощення обличчя</w:t>
      </w:r>
    </w:p>
    <w:p w:rsidR="0054601C" w:rsidRDefault="000952AC">
      <w:pPr>
        <w:widowControl w:val="0"/>
        <w:numPr>
          <w:ilvl w:val="0"/>
          <w:numId w:val="15"/>
        </w:numPr>
        <w:tabs>
          <w:tab w:val="left" w:pos="387"/>
        </w:tabs>
        <w:spacing w:after="0" w:line="240" w:lineRule="auto"/>
        <w:ind w:left="0" w:firstLine="0"/>
      </w:pPr>
      <w:r>
        <w:rPr>
          <w:color w:val="000000"/>
          <w:lang w:val="uk-UA" w:eastAsia="uk-UA" w:bidi="uk-UA"/>
        </w:rPr>
        <w:t>Косе незрощення обличчя (колобома)</w:t>
      </w:r>
    </w:p>
    <w:p w:rsidR="0054601C" w:rsidRDefault="000952AC">
      <w:pPr>
        <w:widowControl w:val="0"/>
        <w:numPr>
          <w:ilvl w:val="0"/>
          <w:numId w:val="15"/>
        </w:numPr>
        <w:tabs>
          <w:tab w:val="left" w:pos="382"/>
        </w:tabs>
        <w:spacing w:after="0" w:line="240" w:lineRule="auto"/>
        <w:ind w:left="0" w:firstLine="0"/>
      </w:pPr>
      <w:r>
        <w:rPr>
          <w:color w:val="000000"/>
          <w:lang w:val="uk-UA" w:eastAsia="uk-UA" w:bidi="uk-UA"/>
        </w:rPr>
        <w:t xml:space="preserve">Поперечне </w:t>
      </w:r>
      <w:r>
        <w:rPr>
          <w:color w:val="000000"/>
          <w:lang w:val="uk-UA" w:eastAsia="uk-UA" w:bidi="uk-UA"/>
        </w:rPr>
        <w:t>незрощення обличчя(макростома)</w:t>
      </w:r>
    </w:p>
    <w:p w:rsidR="0054601C" w:rsidRDefault="000952AC">
      <w:pPr>
        <w:widowControl w:val="0"/>
        <w:numPr>
          <w:ilvl w:val="0"/>
          <w:numId w:val="14"/>
        </w:numPr>
        <w:tabs>
          <w:tab w:val="left" w:pos="430"/>
        </w:tabs>
        <w:spacing w:after="0" w:line="240" w:lineRule="auto"/>
        <w:ind w:left="0" w:firstLine="0"/>
      </w:pPr>
      <w:r>
        <w:rPr>
          <w:color w:val="000000"/>
          <w:lang w:val="uk-UA" w:eastAsia="uk-UA" w:bidi="uk-UA"/>
        </w:rPr>
        <w:t>Незрощення верхньої губи:</w:t>
      </w:r>
    </w:p>
    <w:p w:rsidR="0054601C" w:rsidRPr="000952AC" w:rsidRDefault="000952AC">
      <w:pPr>
        <w:widowControl w:val="0"/>
        <w:numPr>
          <w:ilvl w:val="0"/>
          <w:numId w:val="16"/>
        </w:numPr>
        <w:tabs>
          <w:tab w:val="left" w:pos="459"/>
        </w:tabs>
        <w:spacing w:after="0" w:line="240" w:lineRule="auto"/>
        <w:ind w:left="0" w:firstLine="0"/>
        <w:rPr>
          <w:lang w:val="ru-RU"/>
        </w:rPr>
      </w:pPr>
      <w:r>
        <w:rPr>
          <w:color w:val="000000"/>
          <w:lang w:val="uk-UA" w:eastAsia="uk-UA" w:bidi="uk-UA"/>
        </w:rPr>
        <w:t>Вроджене приховане незрощення верхньої губи (одностороннє або двостороннє)</w:t>
      </w:r>
    </w:p>
    <w:p w:rsidR="0054601C" w:rsidRPr="000952AC" w:rsidRDefault="000952AC">
      <w:pPr>
        <w:widowControl w:val="0"/>
        <w:numPr>
          <w:ilvl w:val="0"/>
          <w:numId w:val="16"/>
        </w:numPr>
        <w:tabs>
          <w:tab w:val="left" w:pos="387"/>
        </w:tabs>
        <w:spacing w:after="0" w:line="240" w:lineRule="auto"/>
        <w:ind w:left="0" w:firstLine="0"/>
        <w:rPr>
          <w:lang w:val="ru-RU"/>
        </w:rPr>
      </w:pPr>
      <w:r>
        <w:rPr>
          <w:color w:val="000000"/>
          <w:lang w:val="uk-UA" w:eastAsia="uk-UA" w:bidi="uk-UA"/>
        </w:rPr>
        <w:t>Вроджене неповне незрощення верхньої губи:</w:t>
      </w:r>
    </w:p>
    <w:p w:rsidR="0054601C" w:rsidRPr="000952AC" w:rsidRDefault="000952AC">
      <w:pPr>
        <w:widowControl w:val="0"/>
        <w:numPr>
          <w:ilvl w:val="0"/>
          <w:numId w:val="17"/>
        </w:numPr>
        <w:tabs>
          <w:tab w:val="left" w:pos="474"/>
        </w:tabs>
        <w:spacing w:after="0" w:line="240" w:lineRule="auto"/>
        <w:ind w:left="0" w:firstLine="0"/>
        <w:rPr>
          <w:lang w:val="ru-RU"/>
        </w:rPr>
      </w:pPr>
      <w:r>
        <w:rPr>
          <w:color w:val="000000"/>
          <w:lang w:val="uk-UA" w:eastAsia="uk-UA" w:bidi="uk-UA"/>
        </w:rPr>
        <w:t>без деформації шкіряно-хрящового відділу носа (одностороннє або двостороннє)</w:t>
      </w:r>
    </w:p>
    <w:p w:rsidR="0054601C" w:rsidRPr="000952AC" w:rsidRDefault="000952AC">
      <w:pPr>
        <w:widowControl w:val="0"/>
        <w:numPr>
          <w:ilvl w:val="0"/>
          <w:numId w:val="17"/>
        </w:numPr>
        <w:tabs>
          <w:tab w:val="left" w:pos="493"/>
        </w:tabs>
        <w:spacing w:after="0" w:line="240" w:lineRule="auto"/>
        <w:ind w:left="0" w:firstLine="0"/>
        <w:rPr>
          <w:lang w:val="ru-RU"/>
        </w:rPr>
      </w:pPr>
      <w:r>
        <w:rPr>
          <w:color w:val="000000"/>
          <w:lang w:val="uk-UA" w:eastAsia="uk-UA" w:bidi="uk-UA"/>
        </w:rPr>
        <w:t xml:space="preserve">З </w:t>
      </w:r>
      <w:r>
        <w:rPr>
          <w:color w:val="000000"/>
          <w:lang w:val="uk-UA" w:eastAsia="uk-UA" w:bidi="uk-UA"/>
        </w:rPr>
        <w:t>деформацією шкіряно-хрящового відділу носа (одностороннє або двостороннє)</w:t>
      </w:r>
    </w:p>
    <w:p w:rsidR="0054601C" w:rsidRPr="000952AC" w:rsidRDefault="000952AC">
      <w:pPr>
        <w:widowControl w:val="0"/>
        <w:numPr>
          <w:ilvl w:val="0"/>
          <w:numId w:val="16"/>
        </w:numPr>
        <w:tabs>
          <w:tab w:val="left" w:pos="382"/>
        </w:tabs>
        <w:spacing w:after="0" w:line="240" w:lineRule="auto"/>
        <w:ind w:left="0" w:firstLine="0"/>
        <w:rPr>
          <w:lang w:val="ru-RU"/>
        </w:rPr>
      </w:pPr>
      <w:r>
        <w:rPr>
          <w:color w:val="000000"/>
          <w:lang w:val="uk-UA" w:eastAsia="uk-UA" w:bidi="uk-UA"/>
        </w:rPr>
        <w:t>Вроджене повне незрощення верхньої губи (одностороннє або двостороннє)</w:t>
      </w:r>
    </w:p>
    <w:p w:rsidR="0054601C" w:rsidRPr="000952AC" w:rsidRDefault="000952AC">
      <w:pPr>
        <w:widowControl w:val="0"/>
        <w:spacing w:after="0" w:line="240" w:lineRule="auto"/>
        <w:rPr>
          <w:lang w:val="ru-RU"/>
        </w:rPr>
      </w:pPr>
      <w:r>
        <w:rPr>
          <w:color w:val="000000"/>
          <w:lang w:val="uk-UA" w:eastAsia="uk-UA" w:bidi="uk-UA"/>
        </w:rPr>
        <w:lastRenderedPageBreak/>
        <w:t>III. Незрощення піднебіння</w:t>
      </w:r>
    </w:p>
    <w:p w:rsidR="0054601C" w:rsidRPr="000952AC" w:rsidRDefault="000952AC">
      <w:pPr>
        <w:widowControl w:val="0"/>
        <w:spacing w:after="0" w:line="240" w:lineRule="auto"/>
        <w:rPr>
          <w:lang w:val="ru-RU"/>
        </w:rPr>
      </w:pPr>
      <w:r>
        <w:rPr>
          <w:color w:val="000000"/>
          <w:lang w:val="uk-UA" w:eastAsia="uk-UA" w:bidi="uk-UA"/>
        </w:rPr>
        <w:t>1.Врожденні незрощення м'якого піднебіння:</w:t>
      </w:r>
    </w:p>
    <w:p w:rsidR="0054601C" w:rsidRDefault="000952AC">
      <w:pPr>
        <w:widowControl w:val="0"/>
        <w:numPr>
          <w:ilvl w:val="0"/>
          <w:numId w:val="18"/>
        </w:numPr>
        <w:tabs>
          <w:tab w:val="left" w:pos="397"/>
        </w:tabs>
        <w:spacing w:after="0" w:line="240" w:lineRule="auto"/>
        <w:ind w:left="0" w:firstLine="0"/>
      </w:pPr>
      <w:r>
        <w:rPr>
          <w:color w:val="000000"/>
          <w:lang w:val="uk-UA" w:eastAsia="uk-UA" w:bidi="uk-UA"/>
        </w:rPr>
        <w:t>приховані</w:t>
      </w:r>
    </w:p>
    <w:p w:rsidR="0054601C" w:rsidRDefault="000952AC">
      <w:pPr>
        <w:widowControl w:val="0"/>
        <w:numPr>
          <w:ilvl w:val="0"/>
          <w:numId w:val="18"/>
        </w:numPr>
        <w:tabs>
          <w:tab w:val="left" w:pos="416"/>
        </w:tabs>
        <w:spacing w:after="0" w:line="240" w:lineRule="auto"/>
        <w:ind w:left="0" w:firstLine="0"/>
      </w:pPr>
      <w:r>
        <w:rPr>
          <w:color w:val="000000"/>
          <w:lang w:val="uk-UA" w:eastAsia="uk-UA" w:bidi="uk-UA"/>
        </w:rPr>
        <w:t>неповні</w:t>
      </w:r>
    </w:p>
    <w:p w:rsidR="0054601C" w:rsidRDefault="000952AC">
      <w:pPr>
        <w:widowControl w:val="0"/>
        <w:spacing w:after="0" w:line="240" w:lineRule="auto"/>
      </w:pPr>
      <w:r>
        <w:rPr>
          <w:color w:val="000000"/>
          <w:lang w:val="uk-UA" w:eastAsia="uk-UA" w:bidi="uk-UA"/>
        </w:rPr>
        <w:t>у) повні</w:t>
      </w:r>
    </w:p>
    <w:p w:rsidR="0054601C" w:rsidRDefault="000952AC">
      <w:pPr>
        <w:widowControl w:val="0"/>
        <w:numPr>
          <w:ilvl w:val="0"/>
          <w:numId w:val="19"/>
        </w:numPr>
        <w:tabs>
          <w:tab w:val="left" w:pos="382"/>
        </w:tabs>
        <w:spacing w:after="0" w:line="240" w:lineRule="auto"/>
        <w:ind w:left="0" w:firstLine="0"/>
      </w:pPr>
      <w:r>
        <w:rPr>
          <w:color w:val="000000"/>
          <w:lang w:val="uk-UA" w:eastAsia="uk-UA" w:bidi="uk-UA"/>
        </w:rPr>
        <w:t>Вроджені незро</w:t>
      </w:r>
      <w:r>
        <w:rPr>
          <w:color w:val="000000"/>
          <w:lang w:val="uk-UA" w:eastAsia="uk-UA" w:bidi="uk-UA"/>
        </w:rPr>
        <w:t>щення м'якого і твердого піднебіння:</w:t>
      </w:r>
    </w:p>
    <w:p w:rsidR="0054601C" w:rsidRDefault="000952AC">
      <w:pPr>
        <w:widowControl w:val="0"/>
        <w:numPr>
          <w:ilvl w:val="0"/>
          <w:numId w:val="20"/>
        </w:numPr>
        <w:tabs>
          <w:tab w:val="left" w:pos="397"/>
        </w:tabs>
        <w:spacing w:after="0" w:line="240" w:lineRule="auto"/>
        <w:ind w:left="0" w:firstLine="0"/>
      </w:pPr>
      <w:r>
        <w:rPr>
          <w:color w:val="000000"/>
          <w:lang w:val="uk-UA" w:eastAsia="uk-UA" w:bidi="uk-UA"/>
        </w:rPr>
        <w:t>приховані</w:t>
      </w:r>
    </w:p>
    <w:p w:rsidR="0054601C" w:rsidRDefault="000952AC">
      <w:pPr>
        <w:widowControl w:val="0"/>
        <w:numPr>
          <w:ilvl w:val="0"/>
          <w:numId w:val="20"/>
        </w:numPr>
        <w:tabs>
          <w:tab w:val="left" w:pos="416"/>
        </w:tabs>
        <w:spacing w:after="0" w:line="240" w:lineRule="auto"/>
        <w:ind w:left="0" w:firstLine="0"/>
      </w:pPr>
      <w:r>
        <w:rPr>
          <w:color w:val="000000"/>
          <w:lang w:val="uk-UA" w:eastAsia="uk-UA" w:bidi="uk-UA"/>
        </w:rPr>
        <w:t>неповні</w:t>
      </w:r>
    </w:p>
    <w:p w:rsidR="0054601C" w:rsidRDefault="000952AC">
      <w:pPr>
        <w:widowControl w:val="0"/>
        <w:spacing w:after="0" w:line="240" w:lineRule="auto"/>
      </w:pPr>
      <w:r>
        <w:rPr>
          <w:color w:val="000000"/>
          <w:lang w:val="uk-UA" w:eastAsia="uk-UA" w:bidi="uk-UA"/>
        </w:rPr>
        <w:t>у) повні</w:t>
      </w:r>
    </w:p>
    <w:p w:rsidR="0054601C" w:rsidRPr="000952AC" w:rsidRDefault="000952AC">
      <w:pPr>
        <w:widowControl w:val="0"/>
        <w:numPr>
          <w:ilvl w:val="0"/>
          <w:numId w:val="19"/>
        </w:numPr>
        <w:tabs>
          <w:tab w:val="left" w:pos="382"/>
        </w:tabs>
        <w:spacing w:after="0" w:line="240" w:lineRule="auto"/>
        <w:ind w:left="0" w:firstLine="0"/>
        <w:rPr>
          <w:lang w:val="ru-RU"/>
        </w:rPr>
      </w:pPr>
      <w:r>
        <w:rPr>
          <w:color w:val="000000"/>
          <w:lang w:val="uk-UA" w:eastAsia="uk-UA" w:bidi="uk-UA"/>
        </w:rPr>
        <w:t>Вроджені незрощення м'якого, твердого піднебіння і альвеолярного відростка (односторонні або двосторонні)</w:t>
      </w:r>
    </w:p>
    <w:p w:rsidR="0054601C" w:rsidRPr="000952AC" w:rsidRDefault="000952AC">
      <w:pPr>
        <w:widowControl w:val="0"/>
        <w:numPr>
          <w:ilvl w:val="0"/>
          <w:numId w:val="19"/>
        </w:numPr>
        <w:tabs>
          <w:tab w:val="left" w:pos="387"/>
        </w:tabs>
        <w:spacing w:after="0" w:line="240" w:lineRule="auto"/>
        <w:ind w:left="0" w:firstLine="0"/>
        <w:rPr>
          <w:lang w:val="ru-RU"/>
        </w:rPr>
      </w:pPr>
      <w:r>
        <w:rPr>
          <w:color w:val="000000"/>
          <w:lang w:val="uk-UA" w:eastAsia="uk-UA" w:bidi="uk-UA"/>
        </w:rPr>
        <w:t>Вроджені незрощення альвеолярного відростка і переднього відділу твердого піднебіння:</w:t>
      </w:r>
    </w:p>
    <w:p w:rsidR="0054601C" w:rsidRDefault="000952AC">
      <w:pPr>
        <w:widowControl w:val="0"/>
        <w:numPr>
          <w:ilvl w:val="0"/>
          <w:numId w:val="21"/>
        </w:numPr>
        <w:tabs>
          <w:tab w:val="left" w:pos="397"/>
        </w:tabs>
        <w:spacing w:after="0" w:line="240" w:lineRule="auto"/>
        <w:ind w:left="0" w:firstLine="0"/>
      </w:pPr>
      <w:r>
        <w:rPr>
          <w:color w:val="000000"/>
          <w:lang w:val="uk-UA" w:eastAsia="uk-UA" w:bidi="uk-UA"/>
        </w:rPr>
        <w:t>неповні (односторонні або двосторонні)</w:t>
      </w:r>
    </w:p>
    <w:p w:rsidR="0054601C" w:rsidRDefault="000952AC">
      <w:pPr>
        <w:widowControl w:val="0"/>
        <w:numPr>
          <w:ilvl w:val="0"/>
          <w:numId w:val="21"/>
        </w:numPr>
        <w:tabs>
          <w:tab w:val="left" w:pos="416"/>
        </w:tabs>
        <w:spacing w:after="0" w:line="240" w:lineRule="auto"/>
        <w:ind w:left="0" w:firstLine="0"/>
      </w:pPr>
      <w:r>
        <w:rPr>
          <w:color w:val="000000"/>
          <w:lang w:val="uk-UA" w:eastAsia="uk-UA" w:bidi="uk-UA"/>
        </w:rPr>
        <w:t>повні (односторонні або двосторонні)</w:t>
      </w:r>
    </w:p>
    <w:p w:rsidR="0054601C" w:rsidRPr="000952AC" w:rsidRDefault="000952AC">
      <w:pPr>
        <w:widowControl w:val="0"/>
        <w:numPr>
          <w:ilvl w:val="0"/>
          <w:numId w:val="22"/>
        </w:numPr>
        <w:tabs>
          <w:tab w:val="left" w:pos="603"/>
        </w:tabs>
        <w:spacing w:after="0" w:line="240" w:lineRule="auto"/>
        <w:ind w:left="0" w:firstLine="0"/>
        <w:rPr>
          <w:lang w:val="ru-RU"/>
        </w:rPr>
      </w:pPr>
      <w:r>
        <w:rPr>
          <w:color w:val="000000"/>
          <w:lang w:val="uk-UA" w:eastAsia="uk-UA" w:bidi="uk-UA"/>
        </w:rPr>
        <w:t>Вроджені незрощення верхньої губи і альвеолярного відростка (односторонні або двосторонні)</w:t>
      </w:r>
    </w:p>
    <w:p w:rsidR="0054601C" w:rsidRPr="000952AC" w:rsidRDefault="000952AC">
      <w:pPr>
        <w:widowControl w:val="0"/>
        <w:numPr>
          <w:ilvl w:val="0"/>
          <w:numId w:val="22"/>
        </w:numPr>
        <w:tabs>
          <w:tab w:val="left" w:pos="517"/>
        </w:tabs>
        <w:spacing w:after="0" w:line="240" w:lineRule="auto"/>
        <w:ind w:left="0" w:firstLine="0"/>
        <w:rPr>
          <w:lang w:val="ru-RU"/>
        </w:rPr>
      </w:pPr>
      <w:r>
        <w:rPr>
          <w:color w:val="000000"/>
          <w:lang w:val="uk-UA" w:eastAsia="uk-UA" w:bidi="uk-UA"/>
        </w:rPr>
        <w:t xml:space="preserve">Вроджені наскрізні незрощення верхньої губи, альвеолярного відростка, твердого і м'якого </w:t>
      </w:r>
      <w:r>
        <w:rPr>
          <w:color w:val="000000"/>
          <w:lang w:val="uk-UA" w:eastAsia="uk-UA" w:bidi="uk-UA"/>
        </w:rPr>
        <w:t>піднебіння (односторонні або двосторонні).</w:t>
      </w:r>
    </w:p>
    <w:p w:rsidR="0054601C" w:rsidRPr="000952AC" w:rsidRDefault="000952AC">
      <w:pPr>
        <w:widowControl w:val="0"/>
        <w:spacing w:after="0" w:line="240" w:lineRule="auto"/>
        <w:ind w:firstLine="720"/>
        <w:rPr>
          <w:lang w:val="ru-RU"/>
        </w:rPr>
      </w:pPr>
      <w:r>
        <w:rPr>
          <w:b/>
          <w:bCs/>
          <w:color w:val="000000"/>
          <w:lang w:val="uk-UA" w:eastAsia="uk-UA" w:bidi="uk-UA"/>
        </w:rPr>
        <w:t xml:space="preserve">Незрощення верхньої губи </w:t>
      </w:r>
      <w:r>
        <w:rPr>
          <w:color w:val="000000"/>
          <w:lang w:val="uk-UA" w:eastAsia="uk-UA" w:bidi="uk-UA"/>
        </w:rPr>
        <w:t>можуть бути односторонні та двосторонні, які в свою чергу можна поділити на:</w:t>
      </w:r>
    </w:p>
    <w:p w:rsidR="0054601C" w:rsidRPr="000952AC" w:rsidRDefault="000952AC">
      <w:pPr>
        <w:widowControl w:val="0"/>
        <w:spacing w:after="0" w:line="240" w:lineRule="auto"/>
        <w:ind w:firstLine="720"/>
        <w:rPr>
          <w:lang w:val="ru-RU"/>
        </w:rPr>
      </w:pPr>
      <w:r>
        <w:rPr>
          <w:i/>
          <w:iCs/>
          <w:color w:val="000000"/>
          <w:lang w:val="uk-UA" w:eastAsia="uk-UA" w:bidi="uk-UA"/>
        </w:rPr>
        <w:t>Скриті</w:t>
      </w:r>
      <w:r>
        <w:rPr>
          <w:color w:val="000000"/>
          <w:lang w:val="uk-UA" w:eastAsia="uk-UA" w:bidi="uk-UA"/>
        </w:rPr>
        <w:t xml:space="preserve"> (втягнута лінійна боріздка на шкірі губ, що утворюється за рахунок незрощення колового м’яза рота).</w:t>
      </w:r>
    </w:p>
    <w:p w:rsidR="0054601C" w:rsidRPr="000952AC" w:rsidRDefault="000952AC">
      <w:pPr>
        <w:widowControl w:val="0"/>
        <w:spacing w:after="0" w:line="240" w:lineRule="auto"/>
        <w:ind w:firstLine="720"/>
        <w:rPr>
          <w:lang w:val="ru-RU"/>
        </w:rPr>
      </w:pPr>
      <w:r>
        <w:rPr>
          <w:i/>
          <w:iCs/>
          <w:color w:val="000000"/>
          <w:lang w:val="uk-UA" w:eastAsia="uk-UA" w:bidi="uk-UA"/>
        </w:rPr>
        <w:t>Неповні</w:t>
      </w:r>
      <w:r>
        <w:rPr>
          <w:color w:val="000000"/>
          <w:lang w:val="uk-UA" w:eastAsia="uk-UA" w:bidi="uk-UA"/>
        </w:rPr>
        <w:t xml:space="preserve"> (деформація м'яких тканин верхньої губи, що не доходить до нижнього відділу носового отвору).</w:t>
      </w:r>
    </w:p>
    <w:p w:rsidR="0054601C" w:rsidRPr="000952AC" w:rsidRDefault="000952AC">
      <w:pPr>
        <w:widowControl w:val="0"/>
        <w:spacing w:after="320" w:line="240" w:lineRule="auto"/>
        <w:ind w:firstLine="720"/>
        <w:rPr>
          <w:lang w:val="ru-RU"/>
        </w:rPr>
      </w:pPr>
      <w:r>
        <w:rPr>
          <w:i/>
          <w:iCs/>
          <w:color w:val="000000"/>
          <w:lang w:val="uk-UA" w:eastAsia="uk-UA" w:bidi="uk-UA"/>
        </w:rPr>
        <w:t>Повні</w:t>
      </w:r>
      <w:r>
        <w:rPr>
          <w:color w:val="000000"/>
          <w:lang w:val="uk-UA" w:eastAsia="uk-UA" w:bidi="uk-UA"/>
        </w:rPr>
        <w:t xml:space="preserve"> (дефект верхньої губи по всій висоті).</w:t>
      </w:r>
    </w:p>
    <w:p w:rsidR="0054601C" w:rsidRDefault="000952AC">
      <w:pPr>
        <w:widowControl w:val="0"/>
        <w:spacing w:after="60" w:line="240" w:lineRule="auto"/>
        <w:ind w:firstLine="720"/>
      </w:pPr>
      <w:r>
        <w:rPr>
          <w:b/>
          <w:bCs/>
          <w:color w:val="000000"/>
          <w:lang w:val="uk-UA" w:eastAsia="uk-UA" w:bidi="uk-UA"/>
        </w:rPr>
        <w:t xml:space="preserve">Незрощення піднебіння </w:t>
      </w:r>
      <w:r>
        <w:rPr>
          <w:color w:val="000000"/>
          <w:lang w:val="uk-UA" w:eastAsia="uk-UA" w:bidi="uk-UA"/>
        </w:rPr>
        <w:t>поділяються на:</w:t>
      </w:r>
    </w:p>
    <w:p w:rsidR="0054601C" w:rsidRDefault="000952AC">
      <w:pPr>
        <w:widowControl w:val="0"/>
        <w:numPr>
          <w:ilvl w:val="0"/>
          <w:numId w:val="23"/>
        </w:numPr>
        <w:tabs>
          <w:tab w:val="left" w:pos="1435"/>
        </w:tabs>
        <w:spacing w:after="0" w:line="312" w:lineRule="auto"/>
        <w:ind w:left="1080" w:firstLine="0"/>
      </w:pPr>
      <w:r>
        <w:rPr>
          <w:color w:val="000000"/>
          <w:lang w:val="uk-UA" w:eastAsia="uk-UA" w:bidi="uk-UA"/>
        </w:rPr>
        <w:t>Одно- та двосторонні.</w:t>
      </w:r>
    </w:p>
    <w:p w:rsidR="0054601C" w:rsidRDefault="000952AC">
      <w:pPr>
        <w:widowControl w:val="0"/>
        <w:numPr>
          <w:ilvl w:val="0"/>
          <w:numId w:val="23"/>
        </w:numPr>
        <w:tabs>
          <w:tab w:val="left" w:pos="1435"/>
        </w:tabs>
        <w:spacing w:after="0" w:line="312" w:lineRule="auto"/>
        <w:ind w:left="1080" w:firstLine="0"/>
      </w:pPr>
      <w:r>
        <w:rPr>
          <w:color w:val="000000"/>
          <w:lang w:val="uk-UA" w:eastAsia="uk-UA" w:bidi="uk-UA"/>
        </w:rPr>
        <w:t>Ізольовані.</w:t>
      </w:r>
    </w:p>
    <w:p w:rsidR="0054601C" w:rsidRDefault="000952AC">
      <w:pPr>
        <w:widowControl w:val="0"/>
        <w:numPr>
          <w:ilvl w:val="0"/>
          <w:numId w:val="23"/>
        </w:numPr>
        <w:tabs>
          <w:tab w:val="left" w:pos="1435"/>
        </w:tabs>
        <w:spacing w:after="0" w:line="312" w:lineRule="auto"/>
        <w:ind w:left="1080" w:firstLine="0"/>
      </w:pPr>
      <w:r>
        <w:rPr>
          <w:color w:val="000000"/>
          <w:lang w:val="uk-UA" w:eastAsia="uk-UA" w:bidi="uk-UA"/>
        </w:rPr>
        <w:t>Комбіновані. Серединні.</w:t>
      </w:r>
    </w:p>
    <w:p w:rsidR="0054601C" w:rsidRDefault="000952AC">
      <w:pPr>
        <w:widowControl w:val="0"/>
        <w:numPr>
          <w:ilvl w:val="0"/>
          <w:numId w:val="23"/>
        </w:numPr>
        <w:tabs>
          <w:tab w:val="left" w:pos="1435"/>
        </w:tabs>
        <w:spacing w:after="0" w:line="312" w:lineRule="auto"/>
        <w:ind w:left="1080" w:firstLine="0"/>
      </w:pPr>
      <w:r>
        <w:rPr>
          <w:color w:val="000000"/>
          <w:lang w:val="uk-UA" w:eastAsia="uk-UA" w:bidi="uk-UA"/>
        </w:rPr>
        <w:t>Скриті.</w:t>
      </w:r>
    </w:p>
    <w:p w:rsidR="0054601C" w:rsidRPr="000952AC" w:rsidRDefault="000952AC">
      <w:pPr>
        <w:widowControl w:val="0"/>
        <w:numPr>
          <w:ilvl w:val="0"/>
          <w:numId w:val="23"/>
        </w:numPr>
        <w:tabs>
          <w:tab w:val="left" w:pos="1435"/>
        </w:tabs>
        <w:spacing w:after="0" w:line="271" w:lineRule="auto"/>
        <w:ind w:left="1440" w:hanging="360"/>
        <w:rPr>
          <w:lang w:val="ru-RU"/>
        </w:rPr>
      </w:pPr>
      <w:r>
        <w:rPr>
          <w:color w:val="000000"/>
          <w:lang w:val="uk-UA" w:eastAsia="uk-UA" w:bidi="uk-UA"/>
        </w:rPr>
        <w:t>Непов</w:t>
      </w:r>
      <w:r>
        <w:rPr>
          <w:color w:val="000000"/>
          <w:lang w:val="uk-UA" w:eastAsia="uk-UA" w:bidi="uk-UA"/>
        </w:rPr>
        <w:t>ні (дефект м'якого піднебіння чи частково твердого, не проходить через альвеолярний відросток).</w:t>
      </w:r>
    </w:p>
    <w:p w:rsidR="0054601C" w:rsidRPr="000952AC" w:rsidRDefault="000952AC">
      <w:pPr>
        <w:widowControl w:val="0"/>
        <w:numPr>
          <w:ilvl w:val="0"/>
          <w:numId w:val="23"/>
        </w:numPr>
        <w:tabs>
          <w:tab w:val="left" w:pos="1435"/>
        </w:tabs>
        <w:spacing w:after="0" w:line="240" w:lineRule="auto"/>
        <w:ind w:left="1440" w:hanging="360"/>
        <w:jc w:val="both"/>
        <w:rPr>
          <w:lang w:val="ru-RU"/>
        </w:rPr>
      </w:pPr>
      <w:r>
        <w:rPr>
          <w:color w:val="000000"/>
          <w:lang w:val="uk-UA" w:eastAsia="uk-UA" w:bidi="uk-UA"/>
        </w:rPr>
        <w:t>Повні (дефект проходить через альвеолярний відросток, тверде і м’яке піднебіння).</w:t>
      </w:r>
    </w:p>
    <w:p w:rsidR="0054601C" w:rsidRPr="000952AC" w:rsidRDefault="000952AC">
      <w:pPr>
        <w:widowControl w:val="0"/>
        <w:spacing w:after="0" w:line="240" w:lineRule="auto"/>
        <w:ind w:firstLine="720"/>
        <w:jc w:val="both"/>
        <w:rPr>
          <w:lang w:val="ru-RU"/>
        </w:rPr>
      </w:pPr>
      <w:r>
        <w:rPr>
          <w:color w:val="000000"/>
          <w:lang w:val="uk-UA" w:eastAsia="uk-UA" w:bidi="uk-UA"/>
        </w:rPr>
        <w:t>Студенти повинні знати, що спеціалізоване ортодонтичне лікування слід почати в</w:t>
      </w:r>
      <w:r>
        <w:rPr>
          <w:color w:val="000000"/>
          <w:lang w:val="uk-UA" w:eastAsia="uk-UA" w:bidi="uk-UA"/>
        </w:rPr>
        <w:t xml:space="preserve"> перші години життя дитини і спрямувати його на створення умов для повноцінного годування, яке наближається до природнього. У подальшому завданням ортодонта є цілеспрямована підготовка сегментів зубних рядів до оперативних втручань, формування повноцінного</w:t>
      </w:r>
      <w:r>
        <w:rPr>
          <w:color w:val="000000"/>
          <w:lang w:val="uk-UA" w:eastAsia="uk-UA" w:bidi="uk-UA"/>
        </w:rPr>
        <w:t xml:space="preserve"> жувального апарату в післяопераційному періоді, правильного прикусу.</w:t>
      </w:r>
    </w:p>
    <w:p w:rsidR="0054601C" w:rsidRPr="000952AC" w:rsidRDefault="000952AC">
      <w:pPr>
        <w:widowControl w:val="0"/>
        <w:spacing w:after="0" w:line="240" w:lineRule="auto"/>
        <w:ind w:firstLine="720"/>
        <w:jc w:val="both"/>
        <w:rPr>
          <w:lang w:val="ru-RU"/>
        </w:rPr>
      </w:pPr>
      <w:r>
        <w:rPr>
          <w:b/>
          <w:bCs/>
          <w:color w:val="000000"/>
          <w:lang w:val="uk-UA" w:eastAsia="uk-UA" w:bidi="uk-UA"/>
        </w:rPr>
        <w:t xml:space="preserve">Завдання </w:t>
      </w:r>
      <w:r>
        <w:rPr>
          <w:color w:val="000000"/>
          <w:lang w:val="uk-UA" w:eastAsia="uk-UA" w:bidi="uk-UA"/>
        </w:rPr>
        <w:t>комплексного лікування дитини з незрощенням верхньої губи і піднебіння наступні:</w:t>
      </w:r>
    </w:p>
    <w:p w:rsidR="0054601C" w:rsidRPr="000952AC" w:rsidRDefault="000952AC">
      <w:pPr>
        <w:widowControl w:val="0"/>
        <w:numPr>
          <w:ilvl w:val="0"/>
          <w:numId w:val="23"/>
        </w:numPr>
        <w:tabs>
          <w:tab w:val="left" w:pos="1075"/>
        </w:tabs>
        <w:spacing w:after="0" w:line="240" w:lineRule="auto"/>
        <w:ind w:left="1300" w:hanging="580"/>
        <w:jc w:val="both"/>
        <w:rPr>
          <w:lang w:val="ru-RU"/>
        </w:rPr>
      </w:pPr>
      <w:r>
        <w:rPr>
          <w:color w:val="000000"/>
          <w:lang w:val="uk-UA" w:eastAsia="uk-UA" w:bidi="uk-UA"/>
        </w:rPr>
        <w:t>своєчасне усунення хірургічним шляхом основних анатомічних порушень, пов'язаних з наявністю незр</w:t>
      </w:r>
      <w:r>
        <w:rPr>
          <w:color w:val="000000"/>
          <w:lang w:val="uk-UA" w:eastAsia="uk-UA" w:bidi="uk-UA"/>
        </w:rPr>
        <w:t>ощення;</w:t>
      </w:r>
    </w:p>
    <w:p w:rsidR="0054601C" w:rsidRPr="000952AC" w:rsidRDefault="000952AC">
      <w:pPr>
        <w:widowControl w:val="0"/>
        <w:numPr>
          <w:ilvl w:val="0"/>
          <w:numId w:val="23"/>
        </w:numPr>
        <w:tabs>
          <w:tab w:val="left" w:pos="1075"/>
          <w:tab w:val="left" w:pos="1243"/>
          <w:tab w:val="left" w:pos="8184"/>
        </w:tabs>
        <w:spacing w:after="0" w:line="240" w:lineRule="auto"/>
        <w:ind w:left="0" w:firstLine="720"/>
        <w:jc w:val="both"/>
        <w:rPr>
          <w:lang w:val="ru-RU"/>
        </w:rPr>
      </w:pPr>
      <w:r>
        <w:rPr>
          <w:color w:val="000000"/>
          <w:lang w:val="uk-UA" w:eastAsia="uk-UA" w:bidi="uk-UA"/>
        </w:rPr>
        <w:t>ортодонтичне виправлення наявних деформацій і</w:t>
      </w:r>
      <w:r>
        <w:rPr>
          <w:color w:val="000000"/>
          <w:lang w:val="uk-UA" w:eastAsia="uk-UA" w:bidi="uk-UA"/>
        </w:rPr>
        <w:tab/>
        <w:t>запобігання</w:t>
      </w:r>
    </w:p>
    <w:p w:rsidR="0054601C" w:rsidRDefault="000952AC">
      <w:pPr>
        <w:widowControl w:val="0"/>
        <w:spacing w:after="0" w:line="240" w:lineRule="auto"/>
        <w:ind w:left="1300"/>
        <w:jc w:val="both"/>
      </w:pPr>
      <w:r>
        <w:rPr>
          <w:color w:val="000000"/>
          <w:lang w:val="uk-UA" w:eastAsia="uk-UA" w:bidi="uk-UA"/>
        </w:rPr>
        <w:t>розвитку вторинних деформацій щелеп;</w:t>
      </w:r>
    </w:p>
    <w:p w:rsidR="0054601C" w:rsidRPr="000952AC" w:rsidRDefault="000952AC">
      <w:pPr>
        <w:widowControl w:val="0"/>
        <w:numPr>
          <w:ilvl w:val="0"/>
          <w:numId w:val="23"/>
        </w:numPr>
        <w:tabs>
          <w:tab w:val="left" w:pos="1075"/>
          <w:tab w:val="left" w:pos="1243"/>
          <w:tab w:val="left" w:pos="6086"/>
          <w:tab w:val="left" w:pos="8184"/>
        </w:tabs>
        <w:spacing w:after="0" w:line="240" w:lineRule="auto"/>
        <w:ind w:left="0" w:firstLine="720"/>
        <w:jc w:val="both"/>
        <w:rPr>
          <w:lang w:val="ru-RU"/>
        </w:rPr>
      </w:pPr>
      <w:r>
        <w:rPr>
          <w:color w:val="000000"/>
          <w:lang w:val="uk-UA" w:eastAsia="uk-UA" w:bidi="uk-UA"/>
        </w:rPr>
        <w:t>постановка у дитини правильної</w:t>
      </w:r>
      <w:r>
        <w:rPr>
          <w:color w:val="000000"/>
          <w:lang w:val="uk-UA" w:eastAsia="uk-UA" w:bidi="uk-UA"/>
        </w:rPr>
        <w:tab/>
        <w:t>мови шляхом</w:t>
      </w:r>
      <w:r>
        <w:rPr>
          <w:color w:val="000000"/>
          <w:lang w:val="uk-UA" w:eastAsia="uk-UA" w:bidi="uk-UA"/>
        </w:rPr>
        <w:tab/>
        <w:t>тренування</w:t>
      </w:r>
    </w:p>
    <w:p w:rsidR="0054601C" w:rsidRPr="000952AC" w:rsidRDefault="000952AC">
      <w:pPr>
        <w:widowControl w:val="0"/>
        <w:spacing w:after="0" w:line="240" w:lineRule="auto"/>
        <w:ind w:left="1300"/>
        <w:jc w:val="both"/>
        <w:rPr>
          <w:lang w:val="ru-RU"/>
        </w:rPr>
      </w:pPr>
      <w:r>
        <w:rPr>
          <w:color w:val="000000"/>
          <w:lang w:val="uk-UA" w:eastAsia="uk-UA" w:bidi="uk-UA"/>
        </w:rPr>
        <w:t>зовнішнього дихання та розвитку правильної мовної артикуляції;</w:t>
      </w:r>
    </w:p>
    <w:p w:rsidR="0054601C" w:rsidRPr="000952AC" w:rsidRDefault="000952AC">
      <w:pPr>
        <w:widowControl w:val="0"/>
        <w:numPr>
          <w:ilvl w:val="0"/>
          <w:numId w:val="23"/>
        </w:numPr>
        <w:tabs>
          <w:tab w:val="left" w:pos="1075"/>
        </w:tabs>
        <w:spacing w:after="0" w:line="240" w:lineRule="auto"/>
        <w:ind w:left="1300" w:hanging="580"/>
        <w:jc w:val="both"/>
        <w:rPr>
          <w:lang w:val="ru-RU"/>
        </w:rPr>
      </w:pPr>
      <w:r>
        <w:rPr>
          <w:color w:val="000000"/>
          <w:lang w:val="uk-UA" w:eastAsia="uk-UA" w:bidi="uk-UA"/>
        </w:rPr>
        <w:t xml:space="preserve">забезпечення нормального загального </w:t>
      </w:r>
      <w:r>
        <w:rPr>
          <w:color w:val="000000"/>
          <w:lang w:val="uk-UA" w:eastAsia="uk-UA" w:bidi="uk-UA"/>
        </w:rPr>
        <w:t>фізичного розвитку організму дитини в цілому (своєчасна стоматологічна і отоларингологічна санація, загальнозміцнююче лікування та ін.)</w:t>
      </w:r>
    </w:p>
    <w:p w:rsidR="0054601C" w:rsidRPr="000952AC" w:rsidRDefault="000952AC">
      <w:pPr>
        <w:widowControl w:val="0"/>
        <w:tabs>
          <w:tab w:val="left" w:pos="2184"/>
          <w:tab w:val="left" w:pos="5064"/>
          <w:tab w:val="left" w:pos="7411"/>
          <w:tab w:val="left" w:pos="9557"/>
        </w:tabs>
        <w:spacing w:after="0" w:line="240" w:lineRule="auto"/>
        <w:ind w:firstLine="720"/>
        <w:jc w:val="both"/>
        <w:rPr>
          <w:lang w:val="ru-RU"/>
        </w:rPr>
      </w:pPr>
      <w:r>
        <w:rPr>
          <w:color w:val="000000"/>
          <w:lang w:val="uk-UA" w:eastAsia="uk-UA" w:bidi="uk-UA"/>
        </w:rPr>
        <w:t>При важких формах незрощень піднебіння раннє втручання ортодонта дозволяє проконтролювати і стимулювати постнатальний ро</w:t>
      </w:r>
      <w:r>
        <w:rPr>
          <w:color w:val="000000"/>
          <w:lang w:val="uk-UA" w:eastAsia="uk-UA" w:bidi="uk-UA"/>
        </w:rPr>
        <w:t>звиток верхньої щелепи,</w:t>
      </w:r>
      <w:r>
        <w:rPr>
          <w:color w:val="000000"/>
          <w:lang w:val="uk-UA" w:eastAsia="uk-UA" w:bidi="uk-UA"/>
        </w:rPr>
        <w:lastRenderedPageBreak/>
        <w:tab/>
        <w:t>забезпечуючи</w:t>
      </w:r>
      <w:r>
        <w:rPr>
          <w:color w:val="000000"/>
          <w:lang w:val="uk-UA" w:eastAsia="uk-UA" w:bidi="uk-UA"/>
        </w:rPr>
        <w:tab/>
        <w:t>гармонію</w:t>
      </w:r>
      <w:r>
        <w:rPr>
          <w:color w:val="000000"/>
          <w:lang w:val="uk-UA" w:eastAsia="uk-UA" w:bidi="uk-UA"/>
        </w:rPr>
        <w:tab/>
        <w:t>розміру</w:t>
      </w:r>
      <w:r>
        <w:rPr>
          <w:color w:val="000000"/>
          <w:lang w:val="uk-UA" w:eastAsia="uk-UA" w:bidi="uk-UA"/>
        </w:rPr>
        <w:tab/>
        <w:t>і</w:t>
      </w:r>
    </w:p>
    <w:p w:rsidR="0054601C" w:rsidRPr="000952AC" w:rsidRDefault="000952AC">
      <w:pPr>
        <w:widowControl w:val="0"/>
        <w:spacing w:after="0" w:line="240" w:lineRule="auto"/>
        <w:ind w:firstLine="720"/>
        <w:jc w:val="both"/>
        <w:rPr>
          <w:lang w:val="ru-RU"/>
        </w:rPr>
      </w:pPr>
      <w:r>
        <w:rPr>
          <w:color w:val="000000"/>
          <w:lang w:val="uk-UA" w:eastAsia="uk-UA" w:bidi="uk-UA"/>
        </w:rPr>
        <w:t>співвідношення зубних дуг на ранніх стадіях росту щелеп. Передопераційне ортодонтичне лікування створює сприятливі умови для пластики піднебіння, а в деяких випадках і для пластики губи.</w:t>
      </w:r>
    </w:p>
    <w:p w:rsidR="0054601C" w:rsidRPr="000952AC" w:rsidRDefault="000952AC">
      <w:pPr>
        <w:widowControl w:val="0"/>
        <w:spacing w:after="0" w:line="240" w:lineRule="auto"/>
        <w:ind w:firstLine="720"/>
        <w:jc w:val="both"/>
        <w:rPr>
          <w:lang w:val="ru-RU"/>
        </w:rPr>
      </w:pPr>
      <w:r>
        <w:rPr>
          <w:b/>
          <w:bCs/>
          <w:color w:val="000000"/>
          <w:lang w:val="uk-UA" w:eastAsia="uk-UA" w:bidi="uk-UA"/>
        </w:rPr>
        <w:t>Ізольоване вр</w:t>
      </w:r>
      <w:r>
        <w:rPr>
          <w:b/>
          <w:bCs/>
          <w:color w:val="000000"/>
          <w:lang w:val="uk-UA" w:eastAsia="uk-UA" w:bidi="uk-UA"/>
        </w:rPr>
        <w:t>оджене незрощення верхньої губи та альвеолярного відростка.</w:t>
      </w:r>
    </w:p>
    <w:p w:rsidR="0054601C" w:rsidRPr="000952AC" w:rsidRDefault="000952AC">
      <w:pPr>
        <w:widowControl w:val="0"/>
        <w:spacing w:after="0" w:line="240" w:lineRule="auto"/>
        <w:ind w:firstLine="720"/>
        <w:jc w:val="both"/>
        <w:rPr>
          <w:lang w:val="uk-UA"/>
        </w:rPr>
      </w:pPr>
      <w:r>
        <w:rPr>
          <w:color w:val="000000"/>
          <w:lang w:val="uk-UA" w:eastAsia="uk-UA" w:bidi="uk-UA"/>
        </w:rPr>
        <w:t>При незрощенні верхньої губи (її червоної облямівки та шкіри, але при збереженні шкірної перетинки в ділянці основи носового ходу) порушення прикусу спостерігається рідко та виражається в піднебін</w:t>
      </w:r>
      <w:r>
        <w:rPr>
          <w:color w:val="000000"/>
          <w:lang w:val="uk-UA" w:eastAsia="uk-UA" w:bidi="uk-UA"/>
        </w:rPr>
        <w:t>ному положенні різців на місці незрощення. При незрощенні верхньої губи та альвеолярного відростка спостерігається сплощення передньої ділянки верхнього зубного ряду, поворот по осі центрального різця, що межує з незрощенням, відсутній латеральний різець т</w:t>
      </w:r>
      <w:r>
        <w:rPr>
          <w:color w:val="000000"/>
          <w:lang w:val="uk-UA" w:eastAsia="uk-UA" w:bidi="uk-UA"/>
        </w:rPr>
        <w:t>а наявні надкомплектні зуби в ділянці незрощення.</w:t>
      </w:r>
    </w:p>
    <w:p w:rsidR="0054601C" w:rsidRPr="000952AC" w:rsidRDefault="000952AC">
      <w:pPr>
        <w:widowControl w:val="0"/>
        <w:spacing w:after="0" w:line="240" w:lineRule="auto"/>
        <w:ind w:firstLine="720"/>
        <w:jc w:val="both"/>
        <w:rPr>
          <w:lang w:val="uk-UA"/>
        </w:rPr>
      </w:pPr>
      <w:r>
        <w:rPr>
          <w:color w:val="000000"/>
          <w:lang w:val="uk-UA" w:eastAsia="uk-UA" w:bidi="uk-UA"/>
        </w:rPr>
        <w:t>Ортодонтичне лікування полягає у видаленні за показами надкомплектних зубів, виправленні положення фронтальних зубів, заміщенні дефекту альвеолярного відростка та бічного різця шляхом протезування, спостере</w:t>
      </w:r>
      <w:r>
        <w:rPr>
          <w:color w:val="000000"/>
          <w:lang w:val="uk-UA" w:eastAsia="uk-UA" w:bidi="uk-UA"/>
        </w:rPr>
        <w:t>женням за формуванням постійного прикусу.</w:t>
      </w:r>
    </w:p>
    <w:p w:rsidR="0054601C" w:rsidRPr="000952AC" w:rsidRDefault="000952AC">
      <w:pPr>
        <w:widowControl w:val="0"/>
        <w:spacing w:after="0" w:line="240" w:lineRule="auto"/>
        <w:ind w:firstLine="720"/>
        <w:jc w:val="both"/>
        <w:rPr>
          <w:lang w:val="uk-UA"/>
        </w:rPr>
      </w:pPr>
      <w:r>
        <w:rPr>
          <w:b/>
          <w:bCs/>
          <w:color w:val="000000"/>
          <w:lang w:val="uk-UA" w:eastAsia="uk-UA" w:bidi="uk-UA"/>
        </w:rPr>
        <w:t>Ізольоване незрощення піднебіння.</w:t>
      </w:r>
    </w:p>
    <w:p w:rsidR="0054601C" w:rsidRPr="000952AC" w:rsidRDefault="000952AC">
      <w:pPr>
        <w:widowControl w:val="0"/>
        <w:spacing w:after="0" w:line="240" w:lineRule="auto"/>
        <w:ind w:firstLine="720"/>
        <w:jc w:val="both"/>
        <w:rPr>
          <w:lang w:val="ru-RU"/>
        </w:rPr>
      </w:pPr>
      <w:r>
        <w:rPr>
          <w:color w:val="000000"/>
          <w:lang w:val="uk-UA" w:eastAsia="uk-UA" w:bidi="uk-UA"/>
        </w:rPr>
        <w:t xml:space="preserve">При вродженому незрощенні піднебіння діти потребують постійного лікарського контролю та допомоги спеціалістів різного профілю. ЇЇ потрібно надавати з перших днів життя дитини до </w:t>
      </w:r>
      <w:r>
        <w:rPr>
          <w:color w:val="000000"/>
          <w:lang w:val="uk-UA" w:eastAsia="uk-UA" w:bidi="uk-UA"/>
        </w:rPr>
        <w:t>повного формування кісток лицевого скелету. Комплекс лікарських заходів включає надання хірургічної, ортодонтичної допомоги, а також отоларингологів, фоніаторів, логопедів, педіатрів, психоневрологів. З'єднання між ротовою та носовою порожнинами утруднює с</w:t>
      </w:r>
      <w:r>
        <w:rPr>
          <w:color w:val="000000"/>
          <w:lang w:val="uk-UA" w:eastAsia="uk-UA" w:bidi="uk-UA"/>
        </w:rPr>
        <w:t>моктання, ковтання, дихання, а в подальшому мовлення та жування, внаслідок цього порушується міодинамічна рівновага м'язів, що оточують зубні</w:t>
      </w:r>
      <w:r>
        <w:rPr>
          <w:color w:val="000000"/>
          <w:lang w:val="uk-UA" w:eastAsia="uk-UA" w:bidi="uk-UA"/>
        </w:rPr>
        <w:br w:type="page"/>
      </w:r>
      <w:r>
        <w:rPr>
          <w:color w:val="000000"/>
          <w:lang w:val="uk-UA" w:eastAsia="uk-UA" w:bidi="uk-UA"/>
        </w:rPr>
        <w:lastRenderedPageBreak/>
        <w:t>ряди, розвивається звуження верхнього зубного ряду, поглиблюється різцеве перекриття, змінюється розташування пере</w:t>
      </w:r>
      <w:r>
        <w:rPr>
          <w:color w:val="000000"/>
          <w:lang w:val="uk-UA" w:eastAsia="uk-UA" w:bidi="uk-UA"/>
        </w:rPr>
        <w:t>дніх зубів. Цей дефект може бути закритий хірургічним (уранопластика) чи протетичним методом (виготовлення обтуратора), ортодонтичне лікування повинно бути спрямоване на усунення перерахованих порушень.</w:t>
      </w:r>
    </w:p>
    <w:p w:rsidR="0054601C" w:rsidRPr="000952AC" w:rsidRDefault="000952AC">
      <w:pPr>
        <w:widowControl w:val="0"/>
        <w:spacing w:after="0" w:line="240" w:lineRule="auto"/>
        <w:ind w:firstLine="720"/>
        <w:jc w:val="both"/>
        <w:rPr>
          <w:lang w:val="ru-RU"/>
        </w:rPr>
      </w:pPr>
      <w:r>
        <w:rPr>
          <w:b/>
          <w:bCs/>
          <w:color w:val="000000"/>
          <w:lang w:val="uk-UA" w:eastAsia="uk-UA" w:bidi="uk-UA"/>
        </w:rPr>
        <w:t>Наскрізне одностороннє незрощення губи, альвеолярного</w:t>
      </w:r>
      <w:r>
        <w:rPr>
          <w:b/>
          <w:bCs/>
          <w:color w:val="000000"/>
          <w:lang w:val="uk-UA" w:eastAsia="uk-UA" w:bidi="uk-UA"/>
        </w:rPr>
        <w:t xml:space="preserve"> відростка та піднебіння.</w:t>
      </w:r>
    </w:p>
    <w:p w:rsidR="0054601C" w:rsidRPr="000952AC" w:rsidRDefault="000952AC">
      <w:pPr>
        <w:widowControl w:val="0"/>
        <w:spacing w:after="0" w:line="240" w:lineRule="auto"/>
        <w:ind w:firstLine="720"/>
        <w:jc w:val="both"/>
        <w:rPr>
          <w:lang w:val="ru-RU"/>
        </w:rPr>
      </w:pPr>
      <w:r>
        <w:rPr>
          <w:color w:val="000000"/>
          <w:lang w:val="uk-UA" w:eastAsia="uk-UA" w:bidi="uk-UA"/>
        </w:rPr>
        <w:t>Спостерігається типове порушення форми верхньої щелепи. Менший фрагмент верхньої щелепи зміщується у сагітальному напрямку, а його передня ділянка - в оральному; великий фрагмент зміщується в ділянку незрощення.</w:t>
      </w:r>
    </w:p>
    <w:p w:rsidR="0054601C" w:rsidRDefault="000952AC">
      <w:pPr>
        <w:widowControl w:val="0"/>
        <w:spacing w:after="0" w:line="240" w:lineRule="auto"/>
        <w:ind w:firstLine="720"/>
        <w:jc w:val="both"/>
      </w:pPr>
      <w:r>
        <w:rPr>
          <w:color w:val="000000"/>
          <w:lang w:val="uk-UA" w:eastAsia="uk-UA" w:bidi="uk-UA"/>
        </w:rPr>
        <w:t>Функціональні пору</w:t>
      </w:r>
      <w:r>
        <w:rPr>
          <w:color w:val="000000"/>
          <w:lang w:val="uk-UA" w:eastAsia="uk-UA" w:bidi="uk-UA"/>
        </w:rPr>
        <w:t>шення.</w:t>
      </w:r>
    </w:p>
    <w:p w:rsidR="0054601C" w:rsidRDefault="000952AC">
      <w:pPr>
        <w:widowControl w:val="0"/>
        <w:numPr>
          <w:ilvl w:val="0"/>
          <w:numId w:val="24"/>
        </w:numPr>
        <w:tabs>
          <w:tab w:val="left" w:pos="1154"/>
        </w:tabs>
        <w:spacing w:after="0" w:line="240" w:lineRule="auto"/>
        <w:ind w:left="0" w:firstLine="800"/>
        <w:jc w:val="both"/>
      </w:pPr>
      <w:r>
        <w:rPr>
          <w:color w:val="000000"/>
          <w:lang w:val="uk-UA" w:eastAsia="uk-UA" w:bidi="uk-UA"/>
        </w:rPr>
        <w:t>Обмеження рухливості рубцево-зміненої верхньої губи.</w:t>
      </w:r>
    </w:p>
    <w:p w:rsidR="0054601C" w:rsidRPr="000952AC" w:rsidRDefault="000952AC">
      <w:pPr>
        <w:widowControl w:val="0"/>
        <w:numPr>
          <w:ilvl w:val="0"/>
          <w:numId w:val="24"/>
        </w:numPr>
        <w:tabs>
          <w:tab w:val="left" w:pos="1160"/>
        </w:tabs>
        <w:spacing w:after="0" w:line="240" w:lineRule="auto"/>
        <w:ind w:left="0" w:firstLine="800"/>
        <w:jc w:val="both"/>
        <w:rPr>
          <w:lang w:val="ru-RU"/>
        </w:rPr>
      </w:pPr>
      <w:r>
        <w:rPr>
          <w:color w:val="000000"/>
          <w:lang w:val="uk-UA" w:eastAsia="uk-UA" w:bidi="uk-UA"/>
        </w:rPr>
        <w:t>Порушення змикання губ, вкорочення верхньої губи на стороні незрощення, її частковий дефект.</w:t>
      </w:r>
    </w:p>
    <w:p w:rsidR="0054601C" w:rsidRDefault="000952AC">
      <w:pPr>
        <w:widowControl w:val="0"/>
        <w:numPr>
          <w:ilvl w:val="0"/>
          <w:numId w:val="24"/>
        </w:numPr>
        <w:tabs>
          <w:tab w:val="left" w:pos="1178"/>
        </w:tabs>
        <w:spacing w:after="0" w:line="240" w:lineRule="auto"/>
        <w:ind w:left="0" w:firstLine="800"/>
        <w:jc w:val="both"/>
      </w:pPr>
      <w:r>
        <w:rPr>
          <w:color w:val="000000"/>
          <w:lang w:val="uk-UA" w:eastAsia="uk-UA" w:bidi="uk-UA"/>
        </w:rPr>
        <w:t>Порушення мови (гнусавість).</w:t>
      </w:r>
    </w:p>
    <w:p w:rsidR="0054601C" w:rsidRDefault="000952AC">
      <w:pPr>
        <w:widowControl w:val="0"/>
        <w:numPr>
          <w:ilvl w:val="0"/>
          <w:numId w:val="24"/>
        </w:numPr>
        <w:tabs>
          <w:tab w:val="left" w:pos="1182"/>
        </w:tabs>
        <w:spacing w:after="0" w:line="240" w:lineRule="auto"/>
        <w:ind w:left="0" w:firstLine="800"/>
        <w:jc w:val="both"/>
      </w:pPr>
      <w:r>
        <w:rPr>
          <w:color w:val="000000"/>
          <w:lang w:val="uk-UA" w:eastAsia="uk-UA" w:bidi="uk-UA"/>
        </w:rPr>
        <w:t>Неправильне ковтання.</w:t>
      </w:r>
    </w:p>
    <w:p w:rsidR="0054601C" w:rsidRDefault="000952AC">
      <w:pPr>
        <w:widowControl w:val="0"/>
        <w:numPr>
          <w:ilvl w:val="0"/>
          <w:numId w:val="24"/>
        </w:numPr>
        <w:tabs>
          <w:tab w:val="left" w:pos="1093"/>
        </w:tabs>
        <w:spacing w:after="0" w:line="240" w:lineRule="auto"/>
        <w:ind w:left="0" w:firstLine="720"/>
        <w:jc w:val="both"/>
      </w:pPr>
      <w:r>
        <w:rPr>
          <w:color w:val="000000"/>
          <w:lang w:val="uk-UA" w:eastAsia="uk-UA" w:bidi="uk-UA"/>
        </w:rPr>
        <w:t>Ротове дихання.</w:t>
      </w:r>
    </w:p>
    <w:p w:rsidR="0054601C" w:rsidRDefault="000952AC">
      <w:pPr>
        <w:widowControl w:val="0"/>
        <w:numPr>
          <w:ilvl w:val="0"/>
          <w:numId w:val="24"/>
        </w:numPr>
        <w:tabs>
          <w:tab w:val="left" w:pos="1173"/>
        </w:tabs>
        <w:spacing w:after="0" w:line="240" w:lineRule="auto"/>
        <w:ind w:left="0" w:firstLine="800"/>
        <w:jc w:val="both"/>
      </w:pPr>
      <w:r>
        <w:rPr>
          <w:color w:val="000000"/>
          <w:lang w:val="uk-UA" w:eastAsia="uk-UA" w:bidi="uk-UA"/>
        </w:rPr>
        <w:t>Повільне жування.</w:t>
      </w:r>
    </w:p>
    <w:p w:rsidR="0054601C" w:rsidRPr="000952AC" w:rsidRDefault="000952AC">
      <w:pPr>
        <w:widowControl w:val="0"/>
        <w:numPr>
          <w:ilvl w:val="0"/>
          <w:numId w:val="24"/>
        </w:numPr>
        <w:tabs>
          <w:tab w:val="left" w:pos="1093"/>
        </w:tabs>
        <w:spacing w:after="0" w:line="240" w:lineRule="auto"/>
        <w:ind w:left="0" w:firstLine="720"/>
        <w:jc w:val="both"/>
        <w:rPr>
          <w:lang w:val="ru-RU"/>
        </w:rPr>
      </w:pPr>
      <w:r>
        <w:rPr>
          <w:color w:val="000000"/>
          <w:lang w:val="uk-UA" w:eastAsia="uk-UA" w:bidi="uk-UA"/>
        </w:rPr>
        <w:t xml:space="preserve">Шкідлива звичка </w:t>
      </w:r>
      <w:r>
        <w:rPr>
          <w:color w:val="000000"/>
          <w:lang w:val="uk-UA" w:eastAsia="uk-UA" w:bidi="uk-UA"/>
        </w:rPr>
        <w:t>прикриття рота рукою.</w:t>
      </w:r>
    </w:p>
    <w:p w:rsidR="0054601C" w:rsidRPr="000952AC" w:rsidRDefault="000952AC">
      <w:pPr>
        <w:widowControl w:val="0"/>
        <w:numPr>
          <w:ilvl w:val="0"/>
          <w:numId w:val="24"/>
        </w:numPr>
        <w:tabs>
          <w:tab w:val="left" w:pos="1088"/>
        </w:tabs>
        <w:spacing w:after="0" w:line="240" w:lineRule="auto"/>
        <w:ind w:left="0" w:firstLine="720"/>
        <w:jc w:val="both"/>
        <w:rPr>
          <w:lang w:val="ru-RU"/>
        </w:rPr>
      </w:pPr>
      <w:r>
        <w:rPr>
          <w:color w:val="000000"/>
          <w:lang w:val="uk-UA" w:eastAsia="uk-UA" w:bidi="uk-UA"/>
        </w:rPr>
        <w:t>Неправильне розташування язика під час мови і у спокої (міжзубне розташування кінчика язика, низьке розташування його спинки).</w:t>
      </w:r>
    </w:p>
    <w:p w:rsidR="0054601C" w:rsidRPr="000952AC" w:rsidRDefault="000952AC">
      <w:pPr>
        <w:widowControl w:val="0"/>
        <w:numPr>
          <w:ilvl w:val="0"/>
          <w:numId w:val="24"/>
        </w:numPr>
        <w:tabs>
          <w:tab w:val="left" w:pos="1093"/>
        </w:tabs>
        <w:spacing w:after="0" w:line="240" w:lineRule="auto"/>
        <w:ind w:left="0" w:firstLine="720"/>
        <w:jc w:val="both"/>
        <w:rPr>
          <w:lang w:val="ru-RU"/>
        </w:rPr>
      </w:pPr>
      <w:r>
        <w:rPr>
          <w:color w:val="000000"/>
          <w:lang w:val="uk-UA" w:eastAsia="uk-UA" w:bidi="uk-UA"/>
        </w:rPr>
        <w:t>Напруга мімічних м’язів під час мови і ковтаннія.</w:t>
      </w:r>
    </w:p>
    <w:p w:rsidR="0054601C" w:rsidRPr="000952AC" w:rsidRDefault="000952AC">
      <w:pPr>
        <w:widowControl w:val="0"/>
        <w:numPr>
          <w:ilvl w:val="0"/>
          <w:numId w:val="24"/>
        </w:numPr>
        <w:tabs>
          <w:tab w:val="left" w:pos="1293"/>
        </w:tabs>
        <w:spacing w:after="0" w:line="240" w:lineRule="auto"/>
        <w:ind w:left="0" w:firstLine="800"/>
        <w:jc w:val="both"/>
        <w:rPr>
          <w:lang w:val="ru-RU"/>
        </w:rPr>
      </w:pPr>
      <w:r>
        <w:rPr>
          <w:color w:val="000000"/>
          <w:lang w:val="uk-UA" w:eastAsia="uk-UA" w:bidi="uk-UA"/>
        </w:rPr>
        <w:t>Складчастість язика, наявність відбитків коронок зубів.</w:t>
      </w:r>
    </w:p>
    <w:p w:rsidR="0054601C" w:rsidRPr="000952AC" w:rsidRDefault="000952AC">
      <w:pPr>
        <w:widowControl w:val="0"/>
        <w:numPr>
          <w:ilvl w:val="0"/>
          <w:numId w:val="24"/>
        </w:numPr>
        <w:tabs>
          <w:tab w:val="left" w:pos="1213"/>
        </w:tabs>
        <w:spacing w:after="0" w:line="240" w:lineRule="auto"/>
        <w:ind w:left="0" w:firstLine="720"/>
        <w:jc w:val="both"/>
        <w:rPr>
          <w:lang w:val="ru-RU"/>
        </w:rPr>
      </w:pPr>
      <w:r>
        <w:rPr>
          <w:color w:val="000000"/>
          <w:lang w:val="uk-UA" w:eastAsia="uk-UA" w:bidi="uk-UA"/>
        </w:rPr>
        <w:t>Т</w:t>
      </w:r>
      <w:r>
        <w:rPr>
          <w:color w:val="000000"/>
          <w:lang w:val="uk-UA" w:eastAsia="uk-UA" w:bidi="uk-UA"/>
        </w:rPr>
        <w:t>енденція до раннього каріозного руйнування зубів і їх втрати.</w:t>
      </w:r>
    </w:p>
    <w:p w:rsidR="0054601C" w:rsidRPr="000952AC" w:rsidRDefault="000952AC">
      <w:pPr>
        <w:widowControl w:val="0"/>
        <w:numPr>
          <w:ilvl w:val="0"/>
          <w:numId w:val="24"/>
        </w:numPr>
        <w:tabs>
          <w:tab w:val="left" w:pos="1213"/>
        </w:tabs>
        <w:spacing w:after="0" w:line="240" w:lineRule="auto"/>
        <w:ind w:left="0" w:firstLine="720"/>
        <w:jc w:val="both"/>
        <w:rPr>
          <w:lang w:val="ru-RU"/>
        </w:rPr>
      </w:pPr>
      <w:r>
        <w:rPr>
          <w:color w:val="000000"/>
          <w:lang w:val="uk-UA" w:eastAsia="uk-UA" w:bidi="uk-UA"/>
        </w:rPr>
        <w:t>Тенденція до зсуву нижньої щелепи.</w:t>
      </w:r>
    </w:p>
    <w:p w:rsidR="0054601C" w:rsidRDefault="000952AC">
      <w:pPr>
        <w:widowControl w:val="0"/>
        <w:numPr>
          <w:ilvl w:val="0"/>
          <w:numId w:val="24"/>
        </w:numPr>
        <w:tabs>
          <w:tab w:val="left" w:pos="1213"/>
        </w:tabs>
        <w:spacing w:after="0" w:line="240" w:lineRule="auto"/>
        <w:ind w:left="0" w:firstLine="720"/>
        <w:jc w:val="both"/>
      </w:pPr>
      <w:r>
        <w:rPr>
          <w:color w:val="000000"/>
          <w:lang w:val="uk-UA" w:eastAsia="uk-UA" w:bidi="uk-UA"/>
        </w:rPr>
        <w:t>Вкорочення вуздечки язика.</w:t>
      </w:r>
    </w:p>
    <w:p w:rsidR="0054601C" w:rsidRPr="000952AC" w:rsidRDefault="000952AC">
      <w:pPr>
        <w:widowControl w:val="0"/>
        <w:tabs>
          <w:tab w:val="left" w:pos="437"/>
        </w:tabs>
        <w:spacing w:after="2500" w:line="240" w:lineRule="auto"/>
        <w:ind w:firstLine="720"/>
        <w:jc w:val="both"/>
        <w:rPr>
          <w:sz w:val="20"/>
          <w:szCs w:val="20"/>
          <w:lang w:val="ru-RU"/>
        </w:rPr>
      </w:pPr>
      <w:r>
        <w:rPr>
          <w:noProof/>
        </w:rPr>
        <w:drawing>
          <wp:anchor distT="0" distB="0" distL="0" distR="0" simplePos="0" relativeHeight="251658240" behindDoc="0" locked="0" layoutInCell="1" allowOverlap="1">
            <wp:simplePos x="0" y="0"/>
            <wp:positionH relativeFrom="page">
              <wp:posOffset>875665</wp:posOffset>
            </wp:positionH>
            <wp:positionV relativeFrom="paragraph">
              <wp:posOffset>2133600</wp:posOffset>
            </wp:positionV>
            <wp:extent cx="2462530" cy="1847215"/>
            <wp:effectExtent l="0" t="0" r="0" b="0"/>
            <wp:wrapTight wrapText="right">
              <wp:wrapPolygon edited="0">
                <wp:start x="1150" y="0"/>
                <wp:lineTo x="2834" y="0"/>
                <wp:lineTo x="2834" y="1034"/>
                <wp:lineTo x="21600" y="1034"/>
                <wp:lineTo x="21600" y="21600"/>
                <wp:lineTo x="0" y="21600"/>
                <wp:lineTo x="0" y="1034"/>
                <wp:lineTo x="27" y="1034"/>
                <wp:lineTo x="27" y="998"/>
                <wp:lineTo x="1150" y="998"/>
                <wp:lineTo x="1150" y="0"/>
              </wp:wrapPolygon>
            </wp:wrapTight>
            <wp:docPr id="2" name="Shape 3"/>
            <wp:cNvGraphicFramePr/>
            <a:graphic xmlns:a="http://schemas.openxmlformats.org/drawingml/2006/main">
              <a:graphicData uri="http://schemas.openxmlformats.org/drawingml/2006/picture">
                <pic:pic xmlns:pic="http://schemas.openxmlformats.org/drawingml/2006/picture">
                  <pic:nvPicPr>
                    <pic:cNvPr id="4" name="Picture box 4"/>
                    <pic:cNvPicPr/>
                  </pic:nvPicPr>
                  <pic:blipFill>
                    <a:blip/>
                    <a:stretch/>
                  </pic:blipFill>
                  <pic:spPr>
                    <a:xfrm>
                      <a:off x="0" y="0"/>
                      <a:ext cx="2462530" cy="1847215"/>
                    </a:xfrm>
                    <a:prstGeom prst="rect">
                      <a:avLst/>
                    </a:prstGeom>
                  </pic:spPr>
                </pic:pic>
              </a:graphicData>
            </a:graphic>
          </wp:anchor>
        </w:drawing>
      </w:r>
      <w:r>
        <w:rPr>
          <w:color w:val="000000"/>
          <w:sz w:val="28"/>
          <w:szCs w:val="28"/>
          <w:lang w:val="uk-UA" w:eastAsia="uk-UA" w:bidi="uk-UA"/>
        </w:rPr>
        <w:t>Показане раннє виправлення форми верхньої щелепи за методом Мак- Ніла. Форму верхньої щелепи виправляють у віці до 3 міс. пластинко</w:t>
      </w:r>
      <w:r>
        <w:rPr>
          <w:color w:val="000000"/>
          <w:sz w:val="28"/>
          <w:szCs w:val="28"/>
          <w:lang w:val="uk-UA" w:eastAsia="uk-UA" w:bidi="uk-UA"/>
        </w:rPr>
        <w:t>ю з гвинтом або пружиною Коффіна та позаротовими відросками (пластмасовими або дротяними). Після виправлення форми верхньої щелепи апарат, що механічно діє, замінюють ретенційною пластинкою з позаротовими відростками, що приєднуються еластичною тягою до че</w:t>
      </w:r>
      <w:r>
        <w:rPr>
          <w:color w:val="000000"/>
          <w:sz w:val="28"/>
          <w:szCs w:val="28"/>
          <w:lang w:val="uk-UA" w:eastAsia="uk-UA" w:bidi="uk-UA"/>
        </w:rPr>
        <w:t xml:space="preserve">пця. У міру прорізування тимчасових зубів для них випилюють ложе. Дитина користується таким апаратом до велопластики, тобто до 1 року 2 міс. </w:t>
      </w:r>
      <w:r>
        <w:rPr>
          <w:color w:val="000000"/>
          <w:sz w:val="20"/>
          <w:szCs w:val="20"/>
          <w:lang w:val="uk-UA" w:eastAsia="uk-UA" w:bidi="uk-UA"/>
        </w:rPr>
        <w:t>До уранопластики дитині необхідно надавати допомогу за принципом невідкладної, з використанням преформуючої пластин</w:t>
      </w:r>
      <w:r>
        <w:rPr>
          <w:color w:val="000000"/>
          <w:sz w:val="20"/>
          <w:szCs w:val="20"/>
          <w:lang w:val="uk-UA" w:eastAsia="uk-UA" w:bidi="uk-UA"/>
        </w:rPr>
        <w:t>ки, яка може бути виготовлена індивідуально для кожної дитини лабораторним шляхом, а також використані комплекти стандартних преформуючих ортодонтичних апаратів, використовується об</w:t>
      </w:r>
      <w:r>
        <w:rPr>
          <w:color w:val="000000"/>
          <w:sz w:val="20"/>
          <w:szCs w:val="20"/>
          <w:lang w:val="uk-UA" w:eastAsia="uk-UA" w:bidi="uk-UA"/>
        </w:rPr>
        <w:tab/>
        <w:t>атор і апарат для зведення піднебінних відростків.</w:t>
      </w:r>
    </w:p>
    <w:p w:rsidR="0054601C" w:rsidRPr="000952AC" w:rsidRDefault="000952AC">
      <w:pPr>
        <w:widowControl w:val="0"/>
        <w:spacing w:after="0" w:line="240" w:lineRule="auto"/>
        <w:jc w:val="center"/>
        <w:rPr>
          <w:lang w:val="ru-RU"/>
        </w:rPr>
      </w:pPr>
      <w:r>
        <w:rPr>
          <w:color w:val="000000"/>
          <w:lang w:val="uk-UA" w:eastAsia="uk-UA" w:bidi="uk-UA"/>
        </w:rPr>
        <w:t>реформуючі апарати</w:t>
      </w:r>
    </w:p>
    <w:p w:rsidR="0054601C" w:rsidRPr="000952AC" w:rsidRDefault="000952AC">
      <w:pPr>
        <w:widowControl w:val="0"/>
        <w:spacing w:after="0" w:line="240" w:lineRule="auto"/>
        <w:jc w:val="both"/>
        <w:rPr>
          <w:lang w:val="ru-RU"/>
        </w:rPr>
      </w:pPr>
      <w:r>
        <w:rPr>
          <w:color w:val="000000"/>
          <w:lang w:val="uk-UA" w:eastAsia="uk-UA" w:bidi="uk-UA"/>
        </w:rPr>
        <w:t xml:space="preserve">Для </w:t>
      </w:r>
      <w:r>
        <w:rPr>
          <w:color w:val="000000"/>
          <w:lang w:val="uk-UA" w:eastAsia="uk-UA" w:bidi="uk-UA"/>
        </w:rPr>
        <w:t>раннього виправлення форми верхньої щелепи можна використовувати</w:t>
      </w:r>
      <w:r w:rsidRPr="000952AC">
        <w:rPr>
          <w:lang w:val="ru-RU"/>
        </w:rPr>
        <w:br w:type="page"/>
      </w:r>
    </w:p>
    <w:p w:rsidR="0054601C" w:rsidRPr="000952AC" w:rsidRDefault="000952AC">
      <w:pPr>
        <w:widowControl w:val="0"/>
        <w:spacing w:after="0" w:line="240" w:lineRule="auto"/>
        <w:jc w:val="both"/>
        <w:rPr>
          <w:lang w:val="uk-UA"/>
        </w:rPr>
      </w:pPr>
      <w:r>
        <w:rPr>
          <w:color w:val="000000"/>
          <w:lang w:val="uk-UA" w:eastAsia="uk-UA" w:bidi="uk-UA"/>
        </w:rPr>
        <w:lastRenderedPageBreak/>
        <w:t>метод Мак - Ніла. Період тимчасових зубів: лікування полягає в стимуляції росту ВЩ. Необхідно направляти зусилля на нормалізацію функцій зубощелепної системи, використовуючи лікувальну гімна</w:t>
      </w:r>
      <w:r>
        <w:rPr>
          <w:color w:val="000000"/>
          <w:lang w:val="uk-UA" w:eastAsia="uk-UA" w:bidi="uk-UA"/>
        </w:rPr>
        <w:t>стику і ортодонтичні апарати. В кінці періоду тимчасових зубів необхідно вживати заходи для затримки росту НЩ в довжину за допомогою шапочки з пращею на підборіддя, і позаротовою гумовою тягою, регулятор функції Френкеля III типу.</w:t>
      </w:r>
    </w:p>
    <w:p w:rsidR="0054601C" w:rsidRPr="000952AC" w:rsidRDefault="000952AC">
      <w:pPr>
        <w:widowControl w:val="0"/>
        <w:spacing w:line="1" w:lineRule="exact"/>
        <w:rPr>
          <w:lang w:val="uk-UA"/>
        </w:rPr>
        <w:sectPr w:rsidR="0054601C" w:rsidRPr="000952AC">
          <w:pgSz w:w="11900" w:h="16840"/>
          <w:pgMar w:top="850" w:right="802" w:bottom="597" w:left="1312" w:header="422" w:footer="169" w:gutter="0"/>
          <w:pgNumType w:start="1"/>
          <w:cols w:space="720"/>
          <w:noEndnote/>
          <w:docGrid w:linePitch="360"/>
        </w:sectPr>
      </w:pPr>
      <w:r>
        <w:rPr>
          <w:noProof/>
        </w:rPr>
        <w:drawing>
          <wp:anchor distT="736600" distB="0" distL="0" distR="0" simplePos="0" relativeHeight="251659264" behindDoc="0" locked="0" layoutInCell="1" allowOverlap="1">
            <wp:simplePos x="0" y="0"/>
            <wp:positionH relativeFrom="page">
              <wp:posOffset>1317625</wp:posOffset>
            </wp:positionH>
            <wp:positionV relativeFrom="paragraph">
              <wp:posOffset>736600</wp:posOffset>
            </wp:positionV>
            <wp:extent cx="4334510" cy="2597150"/>
            <wp:effectExtent l="0" t="0" r="0" b="0"/>
            <wp:wrapTopAndBottom/>
            <wp:docPr id="4" name="Shape 5"/>
            <wp:cNvGraphicFramePr/>
            <a:graphic xmlns:a="http://schemas.openxmlformats.org/drawingml/2006/main">
              <a:graphicData uri="http://schemas.openxmlformats.org/drawingml/2006/picture">
                <pic:pic xmlns:pic="http://schemas.openxmlformats.org/drawingml/2006/picture">
                  <pic:nvPicPr>
                    <pic:cNvPr id="6" name="Picture box 6"/>
                    <pic:cNvPicPr/>
                  </pic:nvPicPr>
                  <pic:blipFill>
                    <a:blip/>
                    <a:stretch/>
                  </pic:blipFill>
                  <pic:spPr>
                    <a:xfrm>
                      <a:off x="0" y="0"/>
                      <a:ext cx="4334510" cy="2597150"/>
                    </a:xfrm>
                    <a:prstGeom prst="rect">
                      <a:avLst/>
                    </a:prstGeom>
                  </pic:spPr>
                </pic:pic>
              </a:graphicData>
            </a:graphic>
          </wp:anchor>
        </w:drawing>
      </w:r>
    </w:p>
    <w:p w:rsidR="0054601C" w:rsidRPr="000952AC" w:rsidRDefault="0054601C">
      <w:pPr>
        <w:widowControl w:val="0"/>
        <w:spacing w:line="240" w:lineRule="exact"/>
        <w:rPr>
          <w:sz w:val="19"/>
          <w:szCs w:val="19"/>
          <w:lang w:val="uk-UA"/>
        </w:rPr>
      </w:pPr>
    </w:p>
    <w:p w:rsidR="0054601C" w:rsidRPr="000952AC" w:rsidRDefault="0054601C">
      <w:pPr>
        <w:widowControl w:val="0"/>
        <w:spacing w:line="240" w:lineRule="exact"/>
        <w:rPr>
          <w:sz w:val="19"/>
          <w:szCs w:val="19"/>
          <w:lang w:val="uk-UA"/>
        </w:rPr>
      </w:pPr>
    </w:p>
    <w:p w:rsidR="0054601C" w:rsidRPr="000952AC" w:rsidRDefault="0054601C">
      <w:pPr>
        <w:widowControl w:val="0"/>
        <w:spacing w:line="240" w:lineRule="exact"/>
        <w:rPr>
          <w:sz w:val="19"/>
          <w:szCs w:val="19"/>
          <w:lang w:val="uk-UA"/>
        </w:rPr>
      </w:pPr>
    </w:p>
    <w:p w:rsidR="0054601C" w:rsidRPr="000952AC" w:rsidRDefault="0054601C">
      <w:pPr>
        <w:widowControl w:val="0"/>
        <w:spacing w:line="240" w:lineRule="exact"/>
        <w:rPr>
          <w:sz w:val="19"/>
          <w:szCs w:val="19"/>
          <w:lang w:val="uk-UA"/>
        </w:rPr>
      </w:pPr>
    </w:p>
    <w:p w:rsidR="0054601C" w:rsidRPr="000952AC" w:rsidRDefault="0054601C">
      <w:pPr>
        <w:widowControl w:val="0"/>
        <w:spacing w:line="240" w:lineRule="exact"/>
        <w:rPr>
          <w:sz w:val="19"/>
          <w:szCs w:val="19"/>
          <w:lang w:val="uk-UA"/>
        </w:rPr>
      </w:pPr>
    </w:p>
    <w:p w:rsidR="0054601C" w:rsidRPr="000952AC" w:rsidRDefault="0054601C">
      <w:pPr>
        <w:widowControl w:val="0"/>
        <w:spacing w:before="115" w:after="115" w:line="240" w:lineRule="exact"/>
        <w:rPr>
          <w:sz w:val="19"/>
          <w:szCs w:val="19"/>
          <w:lang w:val="uk-UA"/>
        </w:rPr>
      </w:pPr>
    </w:p>
    <w:p w:rsidR="0054601C" w:rsidRPr="000952AC" w:rsidRDefault="0054601C">
      <w:pPr>
        <w:widowControl w:val="0"/>
        <w:spacing w:line="1" w:lineRule="exact"/>
        <w:rPr>
          <w:lang w:val="uk-UA"/>
        </w:rPr>
        <w:sectPr w:rsidR="0054601C" w:rsidRPr="000952AC">
          <w:type w:val="continuous"/>
          <w:pgSz w:w="11900" w:h="16840"/>
          <w:pgMar w:top="850" w:right="0" w:bottom="622" w:left="0" w:header="0" w:footer="3" w:gutter="0"/>
          <w:cols w:space="720"/>
          <w:noEndnote/>
          <w:docGrid w:linePitch="360"/>
        </w:sectPr>
      </w:pPr>
    </w:p>
    <w:p w:rsidR="0054601C" w:rsidRPr="000952AC" w:rsidRDefault="000952AC">
      <w:pPr>
        <w:widowControl w:val="0"/>
        <w:spacing w:after="0" w:line="240" w:lineRule="auto"/>
        <w:jc w:val="both"/>
        <w:rPr>
          <w:lang w:val="uk-UA"/>
        </w:rPr>
      </w:pPr>
      <w:r>
        <w:rPr>
          <w:color w:val="000000"/>
          <w:lang w:val="uk-UA" w:eastAsia="uk-UA" w:bidi="uk-UA"/>
        </w:rPr>
        <w:t>Період змінного прикусу після радикальної уранопластики. Через 2 тижні дитину направляють до логопеда. Застосовується захисна пластинка. Питання видалення надкомплектних зубів, розташованих у області незрощення, слід вирішувати</w:t>
      </w:r>
      <w:r>
        <w:rPr>
          <w:color w:val="000000"/>
          <w:lang w:val="uk-UA" w:eastAsia="uk-UA" w:bidi="uk-UA"/>
        </w:rPr>
        <w:t xml:space="preserve"> після оцінки рентгенограми ВЩ. Надкомплектні зуби запобігають подальшому звуженню ВЩ. Для відновлення функцій використовують функціонально - діючі і функціонально направляючі ортодонтичні апарати</w:t>
      </w:r>
    </w:p>
    <w:p w:rsidR="0054601C" w:rsidRPr="000952AC" w:rsidRDefault="000952AC">
      <w:pPr>
        <w:widowControl w:val="0"/>
        <w:spacing w:line="1" w:lineRule="exact"/>
        <w:rPr>
          <w:lang w:val="uk-UA"/>
        </w:rPr>
      </w:pPr>
      <w:r>
        <w:rPr>
          <w:noProof/>
        </w:rPr>
        <w:drawing>
          <wp:anchor distT="0" distB="301625" distL="0" distR="0" simplePos="0" relativeHeight="251661312" behindDoc="0" locked="0" layoutInCell="1" allowOverlap="1">
            <wp:simplePos x="0" y="0"/>
            <wp:positionH relativeFrom="page">
              <wp:posOffset>1397000</wp:posOffset>
            </wp:positionH>
            <wp:positionV relativeFrom="paragraph">
              <wp:posOffset>0</wp:posOffset>
            </wp:positionV>
            <wp:extent cx="2127250" cy="1731010"/>
            <wp:effectExtent l="0" t="0" r="0" b="0"/>
            <wp:wrapTopAndBottom/>
            <wp:docPr id="6" name="Shape 7"/>
            <wp:cNvGraphicFramePr/>
            <a:graphic xmlns:a="http://schemas.openxmlformats.org/drawingml/2006/main">
              <a:graphicData uri="http://schemas.openxmlformats.org/drawingml/2006/picture">
                <pic:pic xmlns:pic="http://schemas.openxmlformats.org/drawingml/2006/picture">
                  <pic:nvPicPr>
                    <pic:cNvPr id="8" name="Picture box 8"/>
                    <pic:cNvPicPr/>
                  </pic:nvPicPr>
                  <pic:blipFill>
                    <a:blip/>
                    <a:stretch/>
                  </pic:blipFill>
                  <pic:spPr>
                    <a:xfrm>
                      <a:off x="0" y="0"/>
                      <a:ext cx="2127250" cy="1731010"/>
                    </a:xfrm>
                    <a:prstGeom prst="rect">
                      <a:avLst/>
                    </a:prstGeom>
                  </pic:spPr>
                </pic:pic>
              </a:graphicData>
            </a:graphic>
          </wp:anchor>
        </w:drawing>
      </w:r>
      <w:r>
        <w:rPr>
          <w:noProof/>
        </w:rPr>
        <mc:AlternateContent>
          <mc:Choice Requires="wps">
            <w:drawing>
              <wp:anchor distT="1637030" distB="0" distL="0" distR="0" simplePos="0" relativeHeight="251663360" behindDoc="0" locked="0" layoutInCell="1" allowOverlap="1">
                <wp:simplePos x="0" y="0"/>
                <wp:positionH relativeFrom="page">
                  <wp:posOffset>3893185</wp:posOffset>
                </wp:positionH>
                <wp:positionV relativeFrom="paragraph">
                  <wp:posOffset>1637030</wp:posOffset>
                </wp:positionV>
                <wp:extent cx="2825750" cy="393065"/>
                <wp:effectExtent l="0" t="0" r="0" b="0"/>
                <wp:wrapTopAndBottom/>
                <wp:docPr id="8" name="Shape 9"/>
                <wp:cNvGraphicFramePr/>
                <a:graphic xmlns:a="http://schemas.openxmlformats.org/drawingml/2006/main">
                  <a:graphicData uri="http://schemas.microsoft.com/office/word/2010/wordprocessingShape">
                    <wps:wsp>
                      <wps:cNvSpPr txBox="1"/>
                      <wps:spPr>
                        <a:xfrm>
                          <a:off x="0" y="0"/>
                          <a:ext cx="2825750" cy="393065"/>
                        </a:xfrm>
                        <a:prstGeom prst="rect">
                          <a:avLst/>
                        </a:prstGeom>
                        <a:noFill/>
                      </wps:spPr>
                      <wps:txbx>
                        <w:txbxContent>
                          <w:p w:rsidR="0054601C" w:rsidRDefault="000952AC">
                            <w:pPr>
                              <w:keepNext/>
                              <w:keepLines/>
                              <w:widowControl w:val="0"/>
                              <w:spacing w:after="0" w:line="240" w:lineRule="auto"/>
                            </w:pPr>
                            <w:bookmarkStart w:id="5" w:name="bookmark8"/>
                            <w:r>
                              <w:rPr>
                                <w:color w:val="000000"/>
                                <w:lang w:val="uk-UA" w:eastAsia="uk-UA" w:bidi="uk-UA"/>
                              </w:rPr>
                              <w:t>Активатор Клампта</w:t>
                            </w:r>
                            <w:bookmarkEnd w:id="5"/>
                          </w:p>
                        </w:txbxContent>
                      </wps:txbx>
                      <wps:bodyPr wrap="none" lIns="0" tIns="0" rIns="0" bIns="0"/>
                    </wps:wsp>
                  </a:graphicData>
                </a:graphic>
              </wp:anchor>
            </w:drawing>
          </mc:Choice>
          <mc:Fallback>
            <w:pict>
              <v:shape id="_x0000_s1028" type="#_x0000_t202" style="position:absolute;margin-left:306.55pt;margin-top:128.9pt;width:222.5pt;height:30.95pt;z-index:251663360;visibility:visible;mso-wrap-style:none;mso-wrap-distance-left:0;mso-wrap-distance-top:128.9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" filled="f" stroked="f">
                <v:textbox inset="0,0,0,0">
                  <w:txbxContent>
                    <w:p w:rsidR="0054601C" w:rsidRDefault="000952AC">
                      <w:pPr>
                        <w:keepNext/>
                        <w:keepLines/>
                        <w:widowControl w:val="0"/>
                        <w:spacing w:after="0" w:line="240" w:lineRule="auto"/>
                      </w:pPr>
                      <w:bookmarkStart w:id="6" w:name="bookmark8"/>
                      <w:r>
                        <w:rPr>
                          <w:color w:val="000000"/>
                          <w:lang w:val="uk-UA" w:eastAsia="uk-UA" w:bidi="uk-UA"/>
                        </w:rPr>
                        <w:t>Активатор Клампта</w:t>
                      </w:r>
                      <w:bookmarkEnd w:id="6"/>
                    </w:p>
                  </w:txbxContent>
                </v:textbox>
                <w10:wrap type="topAndBottom" anchorx="page"/>
              </v:shape>
            </w:pict>
          </mc:Fallback>
        </mc:AlternateContent>
      </w:r>
    </w:p>
    <w:p w:rsidR="0054601C" w:rsidRPr="000952AC" w:rsidRDefault="000952AC">
      <w:pPr>
        <w:keepNext/>
        <w:keepLines/>
        <w:widowControl w:val="0"/>
        <w:spacing w:after="0" w:line="240" w:lineRule="auto"/>
        <w:jc w:val="both"/>
        <w:rPr>
          <w:lang w:val="ru-RU"/>
        </w:rPr>
      </w:pPr>
      <w:bookmarkStart w:id="7" w:name="bookmark10"/>
      <w:r>
        <w:rPr>
          <w:color w:val="000000"/>
          <w:lang w:val="uk-UA" w:eastAsia="uk-UA" w:bidi="uk-UA"/>
        </w:rPr>
        <w:t>Наскрізне двостороннє незрощення губ</w:t>
      </w:r>
      <w:r>
        <w:rPr>
          <w:color w:val="000000"/>
          <w:lang w:val="uk-UA" w:eastAsia="uk-UA" w:bidi="uk-UA"/>
        </w:rPr>
        <w:t>и, альвеолярного відростка та піднебіння.</w:t>
      </w:r>
      <w:bookmarkEnd w:id="7"/>
    </w:p>
    <w:p w:rsidR="0054601C" w:rsidRPr="000952AC" w:rsidRDefault="000952AC">
      <w:pPr>
        <w:widowControl w:val="0"/>
        <w:spacing w:after="0" w:line="240" w:lineRule="auto"/>
        <w:ind w:firstLine="720"/>
        <w:jc w:val="both"/>
        <w:rPr>
          <w:lang w:val="ru-RU"/>
        </w:rPr>
      </w:pPr>
      <w:r>
        <w:rPr>
          <w:color w:val="000000"/>
          <w:lang w:val="uk-UA" w:eastAsia="uk-UA" w:bidi="uk-UA"/>
        </w:rPr>
        <w:t>При такій аномалії передні відділи бічних фрагментів верхньої щелепи зміщуються орально, що призводить до симетричної деформації верхньої щелепи і її найбільшому звуженню на рівні ікол та перших тимчасових молярів.</w:t>
      </w:r>
      <w:r>
        <w:rPr>
          <w:color w:val="000000"/>
          <w:lang w:val="uk-UA" w:eastAsia="uk-UA" w:bidi="uk-UA"/>
        </w:rPr>
        <w:t xml:space="preserve"> Міжщелепна кістка зміщена вестибулярно і повернута по осі. Альвеолярний відросток в ділянці ікол, а також тимчасових </w:t>
      </w:r>
      <w:r>
        <w:rPr>
          <w:color w:val="000000"/>
          <w:lang w:val="uk-UA" w:eastAsia="uk-UA" w:bidi="uk-UA"/>
        </w:rPr>
        <w:lastRenderedPageBreak/>
        <w:t xml:space="preserve">молярів вкорочений. В ділянці незрощення відростка знаходяться надкомплектні зуби. Співвідношення щелеп в мезіодистальному напрямку часто </w:t>
      </w:r>
      <w:r>
        <w:rPr>
          <w:color w:val="000000"/>
          <w:lang w:val="uk-UA" w:eastAsia="uk-UA" w:bidi="uk-UA"/>
        </w:rPr>
        <w:t>порушене.</w:t>
      </w:r>
    </w:p>
    <w:p w:rsidR="0054601C" w:rsidRDefault="000952AC">
      <w:pPr>
        <w:widowControl w:val="0"/>
        <w:spacing w:after="0" w:line="240" w:lineRule="auto"/>
        <w:ind w:firstLine="720"/>
        <w:jc w:val="both"/>
      </w:pPr>
      <w:r>
        <w:rPr>
          <w:color w:val="000000"/>
          <w:lang w:val="uk-UA" w:eastAsia="uk-UA" w:bidi="uk-UA"/>
        </w:rPr>
        <w:t>Морфологічні порушення.</w:t>
      </w:r>
    </w:p>
    <w:p w:rsidR="0054601C" w:rsidRPr="000952AC" w:rsidRDefault="000952AC">
      <w:pPr>
        <w:widowControl w:val="0"/>
        <w:numPr>
          <w:ilvl w:val="0"/>
          <w:numId w:val="25"/>
        </w:numPr>
        <w:tabs>
          <w:tab w:val="left" w:pos="1035"/>
        </w:tabs>
        <w:spacing w:after="0" w:line="240" w:lineRule="auto"/>
        <w:ind w:left="0" w:firstLine="720"/>
        <w:jc w:val="both"/>
        <w:rPr>
          <w:lang w:val="ru-RU"/>
        </w:rPr>
      </w:pPr>
      <w:r>
        <w:rPr>
          <w:color w:val="000000"/>
          <w:lang w:val="uk-UA" w:eastAsia="uk-UA" w:bidi="uk-UA"/>
        </w:rPr>
        <w:t>Наявність двосторонніх рубців на верхній губі після хейлопластики, на піднебінні - після уранопластики; деформації крила носа.</w:t>
      </w:r>
    </w:p>
    <w:p w:rsidR="0054601C" w:rsidRPr="000952AC" w:rsidRDefault="000952AC">
      <w:pPr>
        <w:widowControl w:val="0"/>
        <w:numPr>
          <w:ilvl w:val="0"/>
          <w:numId w:val="25"/>
        </w:numPr>
        <w:tabs>
          <w:tab w:val="left" w:pos="1766"/>
        </w:tabs>
        <w:spacing w:after="0" w:line="240" w:lineRule="auto"/>
        <w:ind w:left="0" w:firstLine="800"/>
        <w:jc w:val="both"/>
        <w:rPr>
          <w:lang w:val="ru-RU"/>
        </w:rPr>
      </w:pPr>
      <w:r>
        <w:rPr>
          <w:color w:val="000000"/>
          <w:lang w:val="uk-UA" w:eastAsia="uk-UA" w:bidi="uk-UA"/>
        </w:rPr>
        <w:t>Зменшення глибини присінку порожнини рота в передній ділянці ВЩ.</w:t>
      </w:r>
    </w:p>
    <w:p w:rsidR="0054601C" w:rsidRPr="000952AC" w:rsidRDefault="000952AC">
      <w:pPr>
        <w:widowControl w:val="0"/>
        <w:numPr>
          <w:ilvl w:val="0"/>
          <w:numId w:val="25"/>
        </w:numPr>
        <w:tabs>
          <w:tab w:val="left" w:pos="1766"/>
        </w:tabs>
        <w:spacing w:after="0" w:line="240" w:lineRule="auto"/>
        <w:ind w:left="0" w:firstLine="720"/>
        <w:jc w:val="both"/>
        <w:rPr>
          <w:lang w:val="ru-RU"/>
        </w:rPr>
      </w:pPr>
      <w:r>
        <w:rPr>
          <w:color w:val="000000"/>
          <w:lang w:val="uk-UA" w:eastAsia="uk-UA" w:bidi="uk-UA"/>
        </w:rPr>
        <w:t>Аномалії положення міжщелепної</w:t>
      </w:r>
      <w:r>
        <w:rPr>
          <w:color w:val="000000"/>
          <w:lang w:val="uk-UA" w:eastAsia="uk-UA" w:bidi="uk-UA"/>
        </w:rPr>
        <w:t xml:space="preserve"> кістки або її відсутність.</w:t>
      </w:r>
    </w:p>
    <w:p w:rsidR="0054601C" w:rsidRPr="000952AC" w:rsidRDefault="000952AC">
      <w:pPr>
        <w:widowControl w:val="0"/>
        <w:numPr>
          <w:ilvl w:val="0"/>
          <w:numId w:val="25"/>
        </w:numPr>
        <w:tabs>
          <w:tab w:val="left" w:pos="1035"/>
        </w:tabs>
        <w:spacing w:after="0" w:line="240" w:lineRule="auto"/>
        <w:ind w:left="0" w:firstLine="720"/>
        <w:jc w:val="both"/>
        <w:rPr>
          <w:lang w:val="ru-RU"/>
        </w:rPr>
      </w:pPr>
      <w:r>
        <w:rPr>
          <w:color w:val="000000"/>
          <w:lang w:val="uk-UA" w:eastAsia="uk-UA" w:bidi="uk-UA"/>
        </w:rPr>
        <w:t>Типові порушення форми верхнього зубного ряду, зубоальвеолярне укорочення в ділянці верхніх іклів, нерідко і премолярів.</w:t>
      </w:r>
    </w:p>
    <w:p w:rsidR="0054601C" w:rsidRPr="000952AC" w:rsidRDefault="000952AC">
      <w:pPr>
        <w:widowControl w:val="0"/>
        <w:numPr>
          <w:ilvl w:val="0"/>
          <w:numId w:val="25"/>
        </w:numPr>
        <w:tabs>
          <w:tab w:val="left" w:pos="1030"/>
        </w:tabs>
        <w:spacing w:after="0" w:line="240" w:lineRule="auto"/>
        <w:ind w:left="0" w:firstLine="720"/>
        <w:jc w:val="both"/>
        <w:rPr>
          <w:lang w:val="ru-RU"/>
        </w:rPr>
      </w:pPr>
      <w:r>
        <w:rPr>
          <w:color w:val="000000"/>
          <w:lang w:val="uk-UA" w:eastAsia="uk-UA" w:bidi="uk-UA"/>
        </w:rPr>
        <w:t>Різке, частіше симетричне звуження верхнього зубного ряду, більше виражене в ділянці іклів і премолярів.</w:t>
      </w:r>
    </w:p>
    <w:p w:rsidR="0054601C" w:rsidRPr="000952AC" w:rsidRDefault="000952AC">
      <w:pPr>
        <w:widowControl w:val="0"/>
        <w:numPr>
          <w:ilvl w:val="0"/>
          <w:numId w:val="25"/>
        </w:numPr>
        <w:tabs>
          <w:tab w:val="left" w:pos="1102"/>
        </w:tabs>
        <w:spacing w:after="0" w:line="240" w:lineRule="auto"/>
        <w:ind w:left="0" w:firstLine="800"/>
        <w:jc w:val="both"/>
        <w:rPr>
          <w:lang w:val="ru-RU"/>
        </w:rPr>
      </w:pPr>
      <w:r>
        <w:rPr>
          <w:color w:val="000000"/>
          <w:lang w:val="uk-UA" w:eastAsia="uk-UA" w:bidi="uk-UA"/>
        </w:rPr>
        <w:t>Поворот по осі центральних різців ВЩ і їх вестибуло-оральне відхилення.</w:t>
      </w:r>
    </w:p>
    <w:p w:rsidR="0054601C" w:rsidRPr="000952AC" w:rsidRDefault="000952AC">
      <w:pPr>
        <w:widowControl w:val="0"/>
        <w:numPr>
          <w:ilvl w:val="0"/>
          <w:numId w:val="25"/>
        </w:numPr>
        <w:tabs>
          <w:tab w:val="left" w:pos="1766"/>
        </w:tabs>
        <w:spacing w:after="0" w:line="240" w:lineRule="auto"/>
        <w:ind w:left="0" w:firstLine="720"/>
        <w:jc w:val="both"/>
        <w:rPr>
          <w:lang w:val="ru-RU"/>
        </w:rPr>
      </w:pPr>
      <w:r>
        <w:rPr>
          <w:color w:val="000000"/>
          <w:lang w:val="uk-UA" w:eastAsia="uk-UA" w:bidi="uk-UA"/>
        </w:rPr>
        <w:t>Недорозвинення або адентія верхніх бічних різців.</w:t>
      </w:r>
    </w:p>
    <w:p w:rsidR="0054601C" w:rsidRPr="000952AC" w:rsidRDefault="000952AC">
      <w:pPr>
        <w:widowControl w:val="0"/>
        <w:numPr>
          <w:ilvl w:val="0"/>
          <w:numId w:val="25"/>
        </w:numPr>
        <w:tabs>
          <w:tab w:val="left" w:pos="1030"/>
        </w:tabs>
        <w:spacing w:after="0" w:line="240" w:lineRule="auto"/>
        <w:ind w:left="0" w:firstLine="720"/>
        <w:jc w:val="both"/>
        <w:rPr>
          <w:lang w:val="ru-RU"/>
        </w:rPr>
      </w:pPr>
      <w:r>
        <w:rPr>
          <w:color w:val="000000"/>
          <w:lang w:val="uk-UA" w:eastAsia="uk-UA" w:bidi="uk-UA"/>
        </w:rPr>
        <w:t>Наявність надкомплектних зубів у області незрощення альвеолярних відростків і по їх краях.</w:t>
      </w:r>
    </w:p>
    <w:p w:rsidR="0054601C" w:rsidRPr="000952AC" w:rsidRDefault="000952AC">
      <w:pPr>
        <w:widowControl w:val="0"/>
        <w:numPr>
          <w:ilvl w:val="0"/>
          <w:numId w:val="25"/>
        </w:numPr>
        <w:tabs>
          <w:tab w:val="left" w:pos="1766"/>
        </w:tabs>
        <w:spacing w:after="0" w:line="240" w:lineRule="auto"/>
        <w:ind w:left="0" w:firstLine="800"/>
        <w:jc w:val="both"/>
        <w:rPr>
          <w:lang w:val="ru-RU"/>
        </w:rPr>
      </w:pPr>
      <w:r>
        <w:rPr>
          <w:color w:val="000000"/>
          <w:lang w:val="uk-UA" w:eastAsia="uk-UA" w:bidi="uk-UA"/>
        </w:rPr>
        <w:t>Тенденція до порушення розвитку НЩ.</w:t>
      </w:r>
    </w:p>
    <w:p w:rsidR="0054601C" w:rsidRDefault="000952AC">
      <w:pPr>
        <w:widowControl w:val="0"/>
        <w:numPr>
          <w:ilvl w:val="0"/>
          <w:numId w:val="25"/>
        </w:numPr>
        <w:tabs>
          <w:tab w:val="left" w:pos="1766"/>
        </w:tabs>
        <w:spacing w:after="0" w:line="240" w:lineRule="auto"/>
        <w:ind w:left="0" w:firstLine="800"/>
        <w:jc w:val="both"/>
      </w:pPr>
      <w:r>
        <w:rPr>
          <w:color w:val="000000"/>
          <w:lang w:val="uk-UA" w:eastAsia="uk-UA" w:bidi="uk-UA"/>
        </w:rPr>
        <w:t>Аномалі</w:t>
      </w:r>
      <w:r>
        <w:rPr>
          <w:color w:val="000000"/>
          <w:lang w:val="uk-UA" w:eastAsia="uk-UA" w:bidi="uk-UA"/>
        </w:rPr>
        <w:t>ї прикусу.</w:t>
      </w:r>
    </w:p>
    <w:p w:rsidR="0054601C" w:rsidRPr="000952AC" w:rsidRDefault="000952AC">
      <w:pPr>
        <w:widowControl w:val="0"/>
        <w:spacing w:after="0" w:line="240" w:lineRule="auto"/>
        <w:ind w:firstLine="720"/>
        <w:jc w:val="both"/>
        <w:rPr>
          <w:lang w:val="uk-UA"/>
        </w:rPr>
      </w:pPr>
      <w:r>
        <w:rPr>
          <w:color w:val="000000"/>
          <w:lang w:val="uk-UA" w:eastAsia="uk-UA" w:bidi="uk-UA"/>
        </w:rPr>
        <w:t>При вродженому незрощенні піднебіння діти потребують постійного лікарського спостереження і допомоги фахівців різного профілю з перших днів життя дитини до повного формування кісток лицевого скелету. Комплекс лікарських заходів включає надання х</w:t>
      </w:r>
      <w:r>
        <w:rPr>
          <w:color w:val="000000"/>
          <w:lang w:val="uk-UA" w:eastAsia="uk-UA" w:bidi="uk-UA"/>
        </w:rPr>
        <w:t>ірургічної, ортодонтичної допомоги, а також допомоги фахівців інших профілів - оториноларинголога, фоніатора, логопеда, педіатра, психоневролога та ін. Ця допомога повинна бути поєднаною і послідовною.</w:t>
      </w:r>
    </w:p>
    <w:p w:rsidR="0054601C" w:rsidRPr="000952AC" w:rsidRDefault="000952AC">
      <w:pPr>
        <w:widowControl w:val="0"/>
        <w:spacing w:after="0" w:line="240" w:lineRule="auto"/>
        <w:ind w:firstLine="720"/>
        <w:jc w:val="both"/>
        <w:rPr>
          <w:lang w:val="uk-UA"/>
        </w:rPr>
      </w:pPr>
      <w:r>
        <w:rPr>
          <w:color w:val="000000"/>
          <w:lang w:val="uk-UA" w:eastAsia="uk-UA" w:bidi="uk-UA"/>
        </w:rPr>
        <w:t>Сполучення між ротовою і носовою порожнинами при вродж</w:t>
      </w:r>
      <w:r>
        <w:rPr>
          <w:color w:val="000000"/>
          <w:lang w:val="uk-UA" w:eastAsia="uk-UA" w:bidi="uk-UA"/>
        </w:rPr>
        <w:t>еному незрощенні піднебіння утрудняє смоктання, ковтання, дихання, а надалі мову і жування. Цей дефект може бути закритий хірургічним або протетичним методом.</w:t>
      </w:r>
    </w:p>
    <w:p w:rsidR="0054601C" w:rsidRPr="000952AC" w:rsidRDefault="000952AC">
      <w:pPr>
        <w:widowControl w:val="0"/>
        <w:spacing w:after="0" w:line="240" w:lineRule="auto"/>
        <w:ind w:firstLine="720"/>
        <w:jc w:val="both"/>
        <w:rPr>
          <w:lang w:val="uk-UA"/>
        </w:rPr>
      </w:pPr>
      <w:r>
        <w:rPr>
          <w:color w:val="000000"/>
          <w:lang w:val="uk-UA" w:eastAsia="uk-UA" w:bidi="uk-UA"/>
        </w:rPr>
        <w:t xml:space="preserve">Мак Ніл запропонував метод механічної стимуляції росткових зон верхньої щелепи знімними </w:t>
      </w:r>
      <w:r>
        <w:rPr>
          <w:color w:val="000000"/>
          <w:lang w:val="uk-UA" w:eastAsia="uk-UA" w:bidi="uk-UA"/>
        </w:rPr>
        <w:t>коригуючими пластинками, які застосовують з 4-го тижня життя, що особливо важливо в період інтенсивного росту верхньої щелепи при формуванні молочного прикусу. У дітей, що носили пластинки Мак Ніла, пластику м'якого піднебіння рекомендують проводити у віці</w:t>
      </w:r>
      <w:r>
        <w:rPr>
          <w:color w:val="000000"/>
          <w:lang w:val="uk-UA" w:eastAsia="uk-UA" w:bidi="uk-UA"/>
        </w:rPr>
        <w:t xml:space="preserve"> до 1 року. Закриття незрощення твердого піднебіння відкладають до 6-10-річного віку.</w:t>
      </w:r>
    </w:p>
    <w:p w:rsidR="0054601C" w:rsidRPr="000952AC" w:rsidRDefault="000952AC">
      <w:pPr>
        <w:widowControl w:val="0"/>
        <w:spacing w:after="0" w:line="240" w:lineRule="auto"/>
        <w:ind w:firstLine="720"/>
        <w:jc w:val="both"/>
        <w:rPr>
          <w:lang w:val="uk-UA"/>
        </w:rPr>
      </w:pPr>
      <w:r>
        <w:rPr>
          <w:color w:val="000000"/>
          <w:lang w:val="uk-UA" w:eastAsia="uk-UA" w:bidi="uk-UA"/>
        </w:rPr>
        <w:t>Для ортодонтичного виправлення форми верхньощелепної альвеолярної дуги користуються знімними пластмасовими пластинками з дротяними розширювачами або з гвинтом. Після прор</w:t>
      </w:r>
      <w:r>
        <w:rPr>
          <w:color w:val="000000"/>
          <w:lang w:val="uk-UA" w:eastAsia="uk-UA" w:bidi="uk-UA"/>
        </w:rPr>
        <w:t>ізування зубів у дітей з одно- і двосторонніми незрощеннями верхньої губи, альвеолярного відростка і піднебіння використовують пластмасові пластинки з вестибулярною або</w:t>
      </w:r>
    </w:p>
    <w:p w:rsidR="0054601C" w:rsidRPr="000952AC" w:rsidRDefault="000952AC">
      <w:pPr>
        <w:widowControl w:val="0"/>
        <w:tabs>
          <w:tab w:val="left" w:pos="1877"/>
          <w:tab w:val="left" w:pos="3466"/>
          <w:tab w:val="left" w:pos="5477"/>
          <w:tab w:val="left" w:pos="7459"/>
          <w:tab w:val="left" w:pos="8789"/>
        </w:tabs>
        <w:spacing w:after="0" w:line="240" w:lineRule="auto"/>
        <w:jc w:val="both"/>
        <w:rPr>
          <w:lang w:val="ru-RU"/>
        </w:rPr>
      </w:pPr>
      <w:r>
        <w:rPr>
          <w:color w:val="000000"/>
          <w:lang w:val="uk-UA" w:eastAsia="uk-UA" w:bidi="uk-UA"/>
        </w:rPr>
        <w:t>ковзною дугою Енгля. Виправлення положення окремих зубів проводиться за загальноприйнят</w:t>
      </w:r>
      <w:r>
        <w:rPr>
          <w:color w:val="000000"/>
          <w:lang w:val="uk-UA" w:eastAsia="uk-UA" w:bidi="uk-UA"/>
        </w:rPr>
        <w:t>ими методами. Ортодонтичне лікування, проведене до пластики піднебіння, поновлюється після операції і закінчується тривалим періодом ретенції. Дітям з важкими деформаціями щелеп рекомендується носіння ретенційних апаратів під час і після пластики піднебінн</w:t>
      </w:r>
      <w:r>
        <w:rPr>
          <w:color w:val="000000"/>
          <w:lang w:val="uk-UA" w:eastAsia="uk-UA" w:bidi="uk-UA"/>
        </w:rPr>
        <w:t>я. При цьому апарати не повинні закривати операційне поле. При незрощеннях піднебіння рекомендується користуватися піднебінними обтураторами, які полегшують годування</w:t>
      </w:r>
      <w:r>
        <w:rPr>
          <w:color w:val="000000"/>
          <w:lang w:val="uk-UA" w:eastAsia="uk-UA" w:bidi="uk-UA"/>
        </w:rPr>
        <w:tab/>
        <w:t>дитини,</w:t>
      </w:r>
      <w:r>
        <w:rPr>
          <w:color w:val="000000"/>
          <w:lang w:val="uk-UA" w:eastAsia="uk-UA" w:bidi="uk-UA"/>
        </w:rPr>
        <w:tab/>
        <w:t>постановку</w:t>
      </w:r>
      <w:r>
        <w:rPr>
          <w:color w:val="000000"/>
          <w:lang w:val="uk-UA" w:eastAsia="uk-UA" w:bidi="uk-UA"/>
        </w:rPr>
        <w:tab/>
        <w:t>правильної</w:t>
      </w:r>
      <w:r>
        <w:rPr>
          <w:color w:val="000000"/>
          <w:lang w:val="uk-UA" w:eastAsia="uk-UA" w:bidi="uk-UA"/>
        </w:rPr>
        <w:tab/>
        <w:t>мови,</w:t>
      </w:r>
      <w:r>
        <w:rPr>
          <w:color w:val="000000"/>
          <w:lang w:val="uk-UA" w:eastAsia="uk-UA" w:bidi="uk-UA"/>
        </w:rPr>
        <w:tab/>
        <w:t>будучи</w:t>
      </w:r>
    </w:p>
    <w:p w:rsidR="0054601C" w:rsidRPr="000952AC" w:rsidRDefault="000952AC">
      <w:pPr>
        <w:widowControl w:val="0"/>
        <w:spacing w:after="0" w:line="240" w:lineRule="auto"/>
        <w:jc w:val="both"/>
        <w:rPr>
          <w:lang w:val="ru-RU"/>
        </w:rPr>
      </w:pPr>
      <w:r>
        <w:rPr>
          <w:color w:val="000000"/>
          <w:lang w:val="uk-UA" w:eastAsia="uk-UA" w:bidi="uk-UA"/>
        </w:rPr>
        <w:t>своєрідним функціональним навантаженням їдля м</w:t>
      </w:r>
      <w:r>
        <w:rPr>
          <w:color w:val="000000"/>
          <w:lang w:val="uk-UA" w:eastAsia="uk-UA" w:bidi="uk-UA"/>
        </w:rPr>
        <w:t>'язів м'якого піднебіння і глотки. Однак, при ранній ортодонтичній корекції росту верхньої щелепи і ранніх логопедичних вправах показання до користування піднебінними обтураторами звужуються.</w:t>
      </w:r>
    </w:p>
    <w:p w:rsidR="0054601C" w:rsidRPr="000952AC" w:rsidRDefault="000952AC">
      <w:pPr>
        <w:widowControl w:val="0"/>
        <w:spacing w:after="0" w:line="240" w:lineRule="auto"/>
        <w:ind w:firstLine="720"/>
        <w:jc w:val="both"/>
        <w:rPr>
          <w:lang w:val="ru-RU"/>
        </w:rPr>
      </w:pPr>
      <w:r>
        <w:rPr>
          <w:color w:val="000000"/>
          <w:lang w:val="uk-UA" w:eastAsia="uk-UA" w:bidi="uk-UA"/>
        </w:rPr>
        <w:t>Крім масової профілактики (ознайомлення населення і медпрацівник</w:t>
      </w:r>
      <w:r>
        <w:rPr>
          <w:color w:val="000000"/>
          <w:lang w:val="uk-UA" w:eastAsia="uk-UA" w:bidi="uk-UA"/>
        </w:rPr>
        <w:t>ів з причинами виникнення вроджених вад розвитку; боротьби з курінням, алкоголізмом і наркоманією; санітарно- просвітницької роботи серед жінок з метою попередження абортів; оздоровлення жінок перед вагітністю; профілактики інфекційних захворювань; раціона</w:t>
      </w:r>
      <w:r>
        <w:rPr>
          <w:color w:val="000000"/>
          <w:lang w:val="uk-UA" w:eastAsia="uk-UA" w:bidi="uk-UA"/>
        </w:rPr>
        <w:t>льної і по можливості мінімальної лікарської терапії при захворюваннях вагітних жінок, особливо в перші 2-3 місяці вагітності; усунення або мінімізації шкідливих умов праці вагітних жінок; прийому вітамінів з підвищеною дозою фолієвої кислоти протягом 3 мі</w:t>
      </w:r>
      <w:r>
        <w:rPr>
          <w:color w:val="000000"/>
          <w:lang w:val="uk-UA" w:eastAsia="uk-UA" w:bidi="uk-UA"/>
        </w:rPr>
        <w:t xml:space="preserve">сяців до зачаття і протягом першого триместру вагітності), велику увагу необхідно приділити індивідуальним методам профілактики, до яких відносять медико-генетичне консультування та пренатальну </w:t>
      </w:r>
      <w:r>
        <w:rPr>
          <w:color w:val="000000"/>
          <w:lang w:val="uk-UA" w:eastAsia="uk-UA" w:bidi="uk-UA"/>
        </w:rPr>
        <w:lastRenderedPageBreak/>
        <w:t>(допологову) діагностику вагітних.</w:t>
      </w:r>
    </w:p>
    <w:p w:rsidR="0054601C" w:rsidRPr="000952AC" w:rsidRDefault="000952AC">
      <w:pPr>
        <w:widowControl w:val="0"/>
        <w:spacing w:after="0" w:line="240" w:lineRule="auto"/>
        <w:ind w:firstLine="720"/>
        <w:jc w:val="both"/>
        <w:rPr>
          <w:lang w:val="uk-UA"/>
        </w:rPr>
      </w:pPr>
      <w:r>
        <w:rPr>
          <w:color w:val="000000"/>
          <w:lang w:val="uk-UA" w:eastAsia="uk-UA" w:bidi="uk-UA"/>
        </w:rPr>
        <w:t xml:space="preserve">У новонароджених дітей при </w:t>
      </w:r>
      <w:r>
        <w:rPr>
          <w:color w:val="000000"/>
          <w:lang w:val="uk-UA" w:eastAsia="uk-UA" w:bidi="uk-UA"/>
        </w:rPr>
        <w:t>наскрізних незрощеннях піднебіння виготовляється преформований ортодонтичний апарат (бажано до першого годування). Після припасування та накладення апарату проводять перше годування дитини з пляшечки із соскою. При виготовленні обтуратора йому надається ви</w:t>
      </w:r>
      <w:r>
        <w:rPr>
          <w:color w:val="000000"/>
          <w:lang w:val="uk-UA" w:eastAsia="uk-UA" w:bidi="uk-UA"/>
        </w:rPr>
        <w:t>гляд знімної пластинки на верхню щелепу. У більшості випадків при використанні апарату можливе годування груддю, що позитивно впливає на загальний статус дитини, на розвиток функцій жувального апарату. При двосторонніх незрощеннях піднебіння ефективними яв</w:t>
      </w:r>
      <w:r>
        <w:rPr>
          <w:color w:val="000000"/>
          <w:lang w:val="uk-UA" w:eastAsia="uk-UA" w:bidi="uk-UA"/>
        </w:rPr>
        <w:t>ляються апарати Мак- Ніла, які перешкоджають протрузії міжщелепної кістки. Після прорізування зубів преформований ортодонтичний апарат замінюється на пластинку, яка ізолює порожнину рота від порожнини носа і дозволяє попередити, а при необхідності усунути,</w:t>
      </w:r>
      <w:r>
        <w:rPr>
          <w:color w:val="000000"/>
          <w:lang w:val="uk-UA" w:eastAsia="uk-UA" w:bidi="uk-UA"/>
        </w:rPr>
        <w:t xml:space="preserve"> деформацію альвеолярних відростків.</w:t>
      </w:r>
    </w:p>
    <w:p w:rsidR="0054601C" w:rsidRPr="000952AC" w:rsidRDefault="000952AC">
      <w:pPr>
        <w:widowControl w:val="0"/>
        <w:spacing w:after="0" w:line="240" w:lineRule="auto"/>
        <w:ind w:firstLine="720"/>
        <w:jc w:val="both"/>
        <w:rPr>
          <w:lang w:val="uk-UA"/>
        </w:rPr>
      </w:pPr>
      <w:r>
        <w:rPr>
          <w:color w:val="000000"/>
          <w:lang w:val="uk-UA" w:eastAsia="uk-UA" w:bidi="uk-UA"/>
        </w:rPr>
        <w:t>Фіксація апаратів у значній мірі залежить від точності одержаного відбитку. Найбільш доцільне застосування комбінованого відбитку (стенс</w:t>
      </w:r>
    </w:p>
    <w:p w:rsidR="0054601C" w:rsidRPr="000952AC" w:rsidRDefault="000952AC">
      <w:pPr>
        <w:widowControl w:val="0"/>
        <w:spacing w:after="0" w:line="240" w:lineRule="auto"/>
        <w:ind w:firstLine="720"/>
        <w:jc w:val="both"/>
        <w:rPr>
          <w:lang w:val="uk-UA"/>
        </w:rPr>
      </w:pPr>
      <w:r>
        <w:rPr>
          <w:color w:val="000000"/>
          <w:lang w:val="uk-UA" w:eastAsia="uk-UA" w:bidi="uk-UA"/>
        </w:rPr>
        <w:t>- сієласт), котрий дозволяє одержати точний відбиток рельєфу слизової оболонки, кр</w:t>
      </w:r>
      <w:r>
        <w:rPr>
          <w:color w:val="000000"/>
          <w:lang w:val="uk-UA" w:eastAsia="uk-UA" w:bidi="uk-UA"/>
        </w:rPr>
        <w:t xml:space="preserve">аїв дефекту. При використанні еластичних мас (стомальгін, еластик) при наявності дефекту твердого піднебіння є небезпека відриву відбиткової маси, яка потрапляє в дефект, тому всі маніпуляції повинні проводитись при вертикальному (з нахилом голови вперед) </w:t>
      </w:r>
      <w:r>
        <w:rPr>
          <w:color w:val="000000"/>
          <w:lang w:val="uk-UA" w:eastAsia="uk-UA" w:bidi="uk-UA"/>
        </w:rPr>
        <w:t>положенні дитини. При виготовленні апаратів бажано застосовувати некольорові пластмаси гарячої полімеризації.</w:t>
      </w:r>
    </w:p>
    <w:p w:rsidR="0054601C" w:rsidRPr="000952AC" w:rsidRDefault="000952AC">
      <w:pPr>
        <w:widowControl w:val="0"/>
        <w:spacing w:after="0" w:line="240" w:lineRule="auto"/>
        <w:ind w:firstLine="720"/>
        <w:jc w:val="both"/>
        <w:rPr>
          <w:lang w:val="uk-UA"/>
        </w:rPr>
      </w:pPr>
      <w:r>
        <w:rPr>
          <w:color w:val="000000"/>
          <w:lang w:val="uk-UA" w:eastAsia="uk-UA" w:bidi="uk-UA"/>
        </w:rPr>
        <w:t>Перед операцію використовуються: знімні ортодонтичні апарати, обтуратори: плаваючий або такий, що фіксується (типу Ільіної - Маркосян) і зменшує п</w:t>
      </w:r>
      <w:r>
        <w:rPr>
          <w:color w:val="000000"/>
          <w:lang w:val="uk-UA" w:eastAsia="uk-UA" w:bidi="uk-UA"/>
        </w:rPr>
        <w:t xml:space="preserve">рояви порушень прикусу після хірургічних втручань. Використання ортодонтичних апаратів направлене на виправлення положення окремих зубів. Видалення надкомплектних зубів за показаннями. При необхідності використовують протезування; міогімнастика для м'язів </w:t>
      </w:r>
      <w:r>
        <w:rPr>
          <w:color w:val="000000"/>
          <w:lang w:val="uk-UA" w:eastAsia="uk-UA" w:bidi="uk-UA"/>
        </w:rPr>
        <w:t>м'якого піднебіння. Масаж. Спостереження за формуванням постійного прикусу. Дитячий період - знімний апарат з гвинтами, пружинами, з позаротовими відростками і еластичною тягою до шапочки. Прикус тимчасових зубів - після велопластики тактика лікування як п</w:t>
      </w:r>
      <w:r>
        <w:rPr>
          <w:color w:val="000000"/>
          <w:lang w:val="uk-UA" w:eastAsia="uk-UA" w:bidi="uk-UA"/>
        </w:rPr>
        <w:t>ри крізному односторонньому незрощенні верхньої губи, альвеолярного відростка і піднебіння</w:t>
      </w:r>
    </w:p>
    <w:p w:rsidR="0054601C" w:rsidRPr="000952AC" w:rsidRDefault="000952AC">
      <w:pPr>
        <w:widowControl w:val="0"/>
        <w:tabs>
          <w:tab w:val="left" w:pos="3312"/>
          <w:tab w:val="left" w:pos="6230"/>
          <w:tab w:val="left" w:pos="8654"/>
        </w:tabs>
        <w:spacing w:after="0" w:line="240" w:lineRule="auto"/>
        <w:ind w:firstLine="740"/>
        <w:jc w:val="both"/>
        <w:rPr>
          <w:lang w:val="uk-UA"/>
        </w:rPr>
      </w:pPr>
      <w:r>
        <w:rPr>
          <w:color w:val="000000"/>
          <w:lang w:val="uk-UA" w:eastAsia="uk-UA" w:bidi="uk-UA"/>
        </w:rPr>
        <w:t xml:space="preserve">У період </w:t>
      </w:r>
      <w:r>
        <w:rPr>
          <w:b/>
          <w:bCs/>
          <w:color w:val="000000"/>
          <w:lang w:val="uk-UA" w:eastAsia="uk-UA" w:bidi="uk-UA"/>
        </w:rPr>
        <w:t xml:space="preserve">тимчасового прикусу </w:t>
      </w:r>
      <w:r>
        <w:rPr>
          <w:color w:val="000000"/>
          <w:lang w:val="uk-UA" w:eastAsia="uk-UA" w:bidi="uk-UA"/>
        </w:rPr>
        <w:t>після операції велопластики зазвичай виготовляють нову ретенційну пластинку для верхньої щелепи, яку фіксують до чепця. Завдання цієї пл</w:t>
      </w:r>
      <w:r>
        <w:rPr>
          <w:color w:val="000000"/>
          <w:lang w:val="uk-UA" w:eastAsia="uk-UA" w:bidi="uk-UA"/>
        </w:rPr>
        <w:t>астинки - закрити дефект твердого піднебіння. У міру прорізування молочних молярів можна відмовитися від позаротової фіксації знімного апарату і виготовити апарат із стрілоподібними кламерами Шварца, кламерами</w:t>
      </w:r>
      <w:r>
        <w:rPr>
          <w:color w:val="000000"/>
          <w:lang w:val="uk-UA" w:eastAsia="uk-UA" w:bidi="uk-UA"/>
        </w:rPr>
        <w:tab/>
        <w:t>Адамса</w:t>
      </w:r>
      <w:r>
        <w:rPr>
          <w:color w:val="000000"/>
          <w:lang w:val="uk-UA" w:eastAsia="uk-UA" w:bidi="uk-UA"/>
        </w:rPr>
        <w:tab/>
        <w:t>або</w:t>
      </w:r>
      <w:r>
        <w:rPr>
          <w:color w:val="000000"/>
          <w:lang w:val="uk-UA" w:eastAsia="uk-UA" w:bidi="uk-UA"/>
        </w:rPr>
        <w:tab/>
        <w:t>іншими.</w:t>
      </w:r>
    </w:p>
    <w:p w:rsidR="0054601C" w:rsidRPr="000952AC" w:rsidRDefault="000952AC">
      <w:pPr>
        <w:widowControl w:val="0"/>
        <w:spacing w:after="0" w:line="240" w:lineRule="auto"/>
        <w:ind w:firstLine="740"/>
        <w:jc w:val="both"/>
        <w:rPr>
          <w:lang w:val="uk-UA"/>
        </w:rPr>
      </w:pPr>
      <w:r>
        <w:rPr>
          <w:color w:val="000000"/>
          <w:lang w:val="uk-UA" w:eastAsia="uk-UA" w:bidi="uk-UA"/>
        </w:rPr>
        <w:t>Подальше ортодонтичне лікув</w:t>
      </w:r>
      <w:r>
        <w:rPr>
          <w:color w:val="000000"/>
          <w:lang w:val="uk-UA" w:eastAsia="uk-UA" w:bidi="uk-UA"/>
        </w:rPr>
        <w:t>ання по методу Мак-Ніла полягає в стимулюванні росту верхньої щелепи по краях незрощення з метою її звуження. Застосовують пластинку для верхньої щелепи з пелотами, оберненими у бік країв незрощення піднебіння, або з тонкими дротяними пристосуваннями. Ними</w:t>
      </w:r>
      <w:r>
        <w:rPr>
          <w:color w:val="000000"/>
          <w:lang w:val="uk-UA" w:eastAsia="uk-UA" w:bidi="uk-UA"/>
        </w:rPr>
        <w:t xml:space="preserve"> підсилюють тиск на слизову оболонку по краях незрощення, викликаючи її подразнення і ріст кістки. Поступово краї незрощення зближуються. Пластинка закриває дефект піднебіння. Для визначення ширини незрощення і подальшого спостереження за її зменшенням отр</w:t>
      </w:r>
      <w:r>
        <w:rPr>
          <w:color w:val="000000"/>
          <w:lang w:val="uk-UA" w:eastAsia="uk-UA" w:bidi="uk-UA"/>
        </w:rPr>
        <w:t>имують відбиток з верхньої щелепи дитини альгінатною або силіконовою відбитковою масою, відливають модель і вимірюють ширину дефекту піднебіння в передній, середній і задній ділянках. Після велопластики по Швекендіку і подальшому ортодонтичного лікуванню п</w:t>
      </w:r>
      <w:r>
        <w:rPr>
          <w:color w:val="000000"/>
          <w:lang w:val="uk-UA" w:eastAsia="uk-UA" w:bidi="uk-UA"/>
        </w:rPr>
        <w:t>о Мак-Нілу в значній мірі нормалізуються функції м'якого піднебіння, дихання, ковтання, забезпечується відокремлення ротової і носової порожнин, стимулюється зріст по краях незрощення, що викликає її звуження. Якщо велопластика не проведена, то в періоді т</w:t>
      </w:r>
      <w:r>
        <w:rPr>
          <w:color w:val="000000"/>
          <w:lang w:val="uk-UA" w:eastAsia="uk-UA" w:bidi="uk-UA"/>
        </w:rPr>
        <w:t>имчасового прикусу ортодонтичне лікування повинне включати за показами розширення верхнього зубного ряду пластинкою з гвинтом або пружиною Коффіна.</w:t>
      </w:r>
    </w:p>
    <w:p w:rsidR="0054601C" w:rsidRPr="000952AC" w:rsidRDefault="000952AC">
      <w:pPr>
        <w:widowControl w:val="0"/>
        <w:spacing w:after="0" w:line="240" w:lineRule="auto"/>
        <w:ind w:firstLine="740"/>
        <w:jc w:val="both"/>
        <w:rPr>
          <w:lang w:val="ru-RU"/>
        </w:rPr>
      </w:pPr>
      <w:r>
        <w:rPr>
          <w:color w:val="000000"/>
          <w:lang w:val="uk-UA" w:eastAsia="uk-UA" w:bidi="uk-UA"/>
        </w:rPr>
        <w:t xml:space="preserve">При лікуванні зубощелепових аномалій в </w:t>
      </w:r>
      <w:r>
        <w:rPr>
          <w:b/>
          <w:bCs/>
          <w:color w:val="000000"/>
          <w:lang w:val="uk-UA" w:eastAsia="uk-UA" w:bidi="uk-UA"/>
        </w:rPr>
        <w:t xml:space="preserve">кінцевому періоді тимчасового прикусу </w:t>
      </w:r>
      <w:r>
        <w:rPr>
          <w:color w:val="000000"/>
          <w:lang w:val="uk-UA" w:eastAsia="uk-UA" w:bidi="uk-UA"/>
        </w:rPr>
        <w:t xml:space="preserve">(від 5,5 року до 6 років) слід </w:t>
      </w:r>
      <w:r>
        <w:rPr>
          <w:color w:val="000000"/>
          <w:lang w:val="uk-UA" w:eastAsia="uk-UA" w:bidi="uk-UA"/>
        </w:rPr>
        <w:t>приймати заходи до затримання росту нижньої щелепи в довжину за допомогою шапочки з підборідною пращею і позаротовою гумовою тягою. Потрібно направляти зусилля на нормалізацію функцій зубощелепової системи, застосовуючи лікувальну гімнастику і ортодонтичні</w:t>
      </w:r>
      <w:r>
        <w:rPr>
          <w:color w:val="000000"/>
          <w:lang w:val="uk-UA" w:eastAsia="uk-UA" w:bidi="uk-UA"/>
        </w:rPr>
        <w:t xml:space="preserve"> апарати - активатори Френкля - ІІІ. Лікування по </w:t>
      </w:r>
      <w:r>
        <w:rPr>
          <w:b/>
          <w:bCs/>
          <w:color w:val="000000"/>
          <w:lang w:val="uk-UA" w:eastAsia="uk-UA" w:bidi="uk-UA"/>
        </w:rPr>
        <w:t xml:space="preserve">методу Френкля </w:t>
      </w:r>
      <w:r>
        <w:rPr>
          <w:color w:val="000000"/>
          <w:lang w:val="uk-UA" w:eastAsia="uk-UA" w:bidi="uk-UA"/>
        </w:rPr>
        <w:t xml:space="preserve">найефективніше в кінцевому періоді молочного прикусу і початковому періоді </w:t>
      </w:r>
      <w:r>
        <w:rPr>
          <w:color w:val="000000"/>
          <w:lang w:val="uk-UA" w:eastAsia="uk-UA" w:bidi="uk-UA"/>
        </w:rPr>
        <w:lastRenderedPageBreak/>
        <w:t>змінного, тобто від 5,5 року до 9 років. Для виправлення положення верхніх різців застосовують пружини.</w:t>
      </w:r>
    </w:p>
    <w:p w:rsidR="0054601C" w:rsidRPr="000952AC" w:rsidRDefault="000952AC">
      <w:pPr>
        <w:widowControl w:val="0"/>
        <w:spacing w:after="0" w:line="240" w:lineRule="auto"/>
        <w:ind w:firstLine="740"/>
        <w:jc w:val="both"/>
        <w:rPr>
          <w:lang w:val="uk-UA"/>
        </w:rPr>
      </w:pPr>
      <w:r>
        <w:rPr>
          <w:color w:val="000000"/>
          <w:lang w:val="uk-UA" w:eastAsia="uk-UA" w:bidi="uk-UA"/>
        </w:rPr>
        <w:t xml:space="preserve">Період </w:t>
      </w:r>
      <w:r>
        <w:rPr>
          <w:b/>
          <w:bCs/>
          <w:color w:val="000000"/>
          <w:lang w:val="uk-UA" w:eastAsia="uk-UA" w:bidi="uk-UA"/>
        </w:rPr>
        <w:t>змінн</w:t>
      </w:r>
      <w:r>
        <w:rPr>
          <w:b/>
          <w:bCs/>
          <w:color w:val="000000"/>
          <w:lang w:val="uk-UA" w:eastAsia="uk-UA" w:bidi="uk-UA"/>
        </w:rPr>
        <w:t>ого прикусу</w:t>
      </w:r>
      <w:r>
        <w:rPr>
          <w:color w:val="000000"/>
          <w:lang w:val="uk-UA" w:eastAsia="uk-UA" w:bidi="uk-UA"/>
        </w:rPr>
        <w:t xml:space="preserve">. Лікування полягає в хірургічних, ортодонтичних, загальнозміцнюючих заходах і навчанні у логопеда. У 6-7 років, перед вступом дитини до школи, здійснюють уранопластику - другий етап операції по Швекендіку або радикальній уранопластиці. Через 2 </w:t>
      </w:r>
      <w:r>
        <w:rPr>
          <w:color w:val="000000"/>
          <w:lang w:val="uk-UA" w:eastAsia="uk-UA" w:bidi="uk-UA"/>
        </w:rPr>
        <w:t>тижні після операції по Швекендіку дитину направляють до логопеда. Після радикальної уранопластики слід формувати схил піднебіння стенсом, нашарованим на захисну пластинку. Через 1-1,5 міс пластинку замінюють знімним протезом з бракуючими зубами і кламерам</w:t>
      </w:r>
      <w:r>
        <w:rPr>
          <w:color w:val="000000"/>
          <w:lang w:val="uk-UA" w:eastAsia="uk-UA" w:bidi="uk-UA"/>
        </w:rPr>
        <w:t>и, що запобігає звуженню верхнього зубного ряду.</w:t>
      </w:r>
    </w:p>
    <w:p w:rsidR="0054601C" w:rsidRPr="000952AC" w:rsidRDefault="000952AC">
      <w:pPr>
        <w:widowControl w:val="0"/>
        <w:spacing w:after="0" w:line="240" w:lineRule="auto"/>
        <w:ind w:firstLine="740"/>
        <w:jc w:val="both"/>
        <w:rPr>
          <w:lang w:val="uk-UA"/>
        </w:rPr>
      </w:pPr>
      <w:r>
        <w:rPr>
          <w:color w:val="000000"/>
          <w:lang w:val="uk-UA" w:eastAsia="uk-UA" w:bidi="uk-UA"/>
        </w:rPr>
        <w:t xml:space="preserve">Період </w:t>
      </w:r>
      <w:r>
        <w:rPr>
          <w:b/>
          <w:bCs/>
          <w:color w:val="000000"/>
          <w:lang w:val="uk-UA" w:eastAsia="uk-UA" w:bidi="uk-UA"/>
        </w:rPr>
        <w:t>постійного прикусу</w:t>
      </w:r>
      <w:r>
        <w:rPr>
          <w:color w:val="000000"/>
          <w:lang w:val="uk-UA" w:eastAsia="uk-UA" w:bidi="uk-UA"/>
        </w:rPr>
        <w:t>. Ступінь вираженості морфологічних і функціональних порушень збільшується з віком.</w:t>
      </w:r>
    </w:p>
    <w:p w:rsidR="0054601C" w:rsidRPr="000952AC" w:rsidRDefault="000952AC">
      <w:pPr>
        <w:widowControl w:val="0"/>
        <w:spacing w:after="0" w:line="240" w:lineRule="auto"/>
        <w:ind w:firstLine="740"/>
        <w:jc w:val="both"/>
        <w:rPr>
          <w:lang w:val="uk-UA"/>
        </w:rPr>
      </w:pPr>
      <w:r>
        <w:rPr>
          <w:color w:val="000000"/>
          <w:lang w:val="uk-UA" w:eastAsia="uk-UA" w:bidi="uk-UA"/>
        </w:rPr>
        <w:t>На основі вивчення діагностичних моделей верхньої щелепи в симетроскопі та аналізі даних їх вимірю</w:t>
      </w:r>
      <w:r>
        <w:rPr>
          <w:color w:val="000000"/>
          <w:lang w:val="uk-UA" w:eastAsia="uk-UA" w:bidi="uk-UA"/>
        </w:rPr>
        <w:t>вання, виділені основні форми верхнього зубного ряду при аномаліях, обумовлених природженим одностороннім незрощенням верхньої губи, альвеолярного відростка і піднебіння, залежно від положення фрагментів верхньої щелепи.</w:t>
      </w:r>
    </w:p>
    <w:p w:rsidR="0054601C" w:rsidRPr="000952AC" w:rsidRDefault="000952AC">
      <w:pPr>
        <w:widowControl w:val="0"/>
        <w:spacing w:after="0" w:line="240" w:lineRule="auto"/>
        <w:ind w:firstLine="740"/>
        <w:jc w:val="both"/>
        <w:rPr>
          <w:lang w:val="uk-UA"/>
        </w:rPr>
      </w:pPr>
      <w:r>
        <w:rPr>
          <w:color w:val="000000"/>
          <w:lang w:val="uk-UA" w:eastAsia="uk-UA" w:bidi="uk-UA"/>
        </w:rPr>
        <w:t>Ортодонтичне лікування підлітків пр</w:t>
      </w:r>
      <w:r>
        <w:rPr>
          <w:color w:val="000000"/>
          <w:lang w:val="uk-UA" w:eastAsia="uk-UA" w:bidi="uk-UA"/>
        </w:rPr>
        <w:t>и різко виражених зубощелепових аномаліях проводять в основному за допомогою незнімних ортодонтичних апаратів - еджуайз-техніки, дуги Енгля у поєднанні з пластинкою для нижньої щелепи з похилою площиною.</w:t>
      </w:r>
    </w:p>
    <w:p w:rsidR="0054601C" w:rsidRPr="000952AC" w:rsidRDefault="000952AC">
      <w:pPr>
        <w:widowControl w:val="0"/>
        <w:spacing w:after="640" w:line="240" w:lineRule="auto"/>
        <w:ind w:firstLine="740"/>
        <w:jc w:val="both"/>
        <w:rPr>
          <w:lang w:val="uk-UA"/>
        </w:rPr>
      </w:pPr>
      <w:r>
        <w:rPr>
          <w:color w:val="000000"/>
          <w:lang w:val="uk-UA" w:eastAsia="uk-UA" w:bidi="uk-UA"/>
        </w:rPr>
        <w:t>Щодо вікових показів до пластики піднебіння з ортодо</w:t>
      </w:r>
      <w:r>
        <w:rPr>
          <w:color w:val="000000"/>
          <w:lang w:val="uk-UA" w:eastAsia="uk-UA" w:bidi="uk-UA"/>
        </w:rPr>
        <w:t xml:space="preserve">нтичної точки зору єдиної думки немає. Вибір вікового періоду залежить від виду незрощення. При незрощення м'якого або м'якого і твердого піднебіння показана велопластика. При наскрізному одно- або двосторонньому незрощенні губи, альвеолярного відростка і </w:t>
      </w:r>
      <w:r>
        <w:rPr>
          <w:color w:val="000000"/>
          <w:lang w:val="uk-UA" w:eastAsia="uk-UA" w:bidi="uk-UA"/>
        </w:rPr>
        <w:t>піднебіння доцільно застосовувати двощелепну операцію по Швекендіку і ортодонтичне лікування, направлене на стимулювання росту верхньої щелепи по краях розщілини по Мак-Нілу.</w:t>
      </w:r>
    </w:p>
    <w:p w:rsidR="0054601C" w:rsidRPr="000952AC" w:rsidRDefault="000952AC">
      <w:pPr>
        <w:widowControl w:val="0"/>
        <w:spacing w:after="0" w:line="240" w:lineRule="auto"/>
        <w:ind w:left="860" w:firstLine="20"/>
        <w:jc w:val="both"/>
        <w:rPr>
          <w:lang w:val="ru-RU"/>
        </w:rPr>
      </w:pPr>
      <w:r>
        <w:rPr>
          <w:b/>
          <w:bCs/>
          <w:i/>
          <w:iCs/>
          <w:color w:val="000000"/>
          <w:u w:val="single"/>
          <w:lang w:val="uk-UA" w:eastAsia="uk-UA" w:bidi="uk-UA"/>
        </w:rPr>
        <w:t>6.Матеріали для самоконтролю студентів на доауцдиторному етапі:</w:t>
      </w:r>
    </w:p>
    <w:p w:rsidR="0054601C" w:rsidRPr="000952AC" w:rsidRDefault="000952AC">
      <w:pPr>
        <w:widowControl w:val="0"/>
        <w:spacing w:after="0" w:line="240" w:lineRule="auto"/>
        <w:ind w:left="860" w:firstLine="20"/>
        <w:jc w:val="both"/>
        <w:rPr>
          <w:lang w:val="ru-RU"/>
        </w:rPr>
      </w:pPr>
      <w:r>
        <w:rPr>
          <w:b/>
          <w:bCs/>
          <w:i/>
          <w:iCs/>
          <w:color w:val="000000"/>
          <w:lang w:val="uk-UA" w:eastAsia="uk-UA" w:bidi="uk-UA"/>
        </w:rPr>
        <w:t xml:space="preserve">А. </w:t>
      </w:r>
      <w:r>
        <w:rPr>
          <w:b/>
          <w:bCs/>
          <w:i/>
          <w:iCs/>
          <w:color w:val="000000"/>
          <w:u w:val="single"/>
          <w:lang w:val="uk-UA" w:eastAsia="uk-UA" w:bidi="uk-UA"/>
        </w:rPr>
        <w:t xml:space="preserve">Теоретичні </w:t>
      </w:r>
      <w:r>
        <w:rPr>
          <w:b/>
          <w:bCs/>
          <w:i/>
          <w:iCs/>
          <w:color w:val="000000"/>
          <w:u w:val="single"/>
          <w:lang w:val="uk-UA" w:eastAsia="uk-UA" w:bidi="uk-UA"/>
        </w:rPr>
        <w:t>питання для самоконтролю:</w:t>
      </w:r>
    </w:p>
    <w:p w:rsidR="0054601C" w:rsidRDefault="000952AC">
      <w:pPr>
        <w:widowControl w:val="0"/>
        <w:spacing w:after="0" w:line="240" w:lineRule="auto"/>
        <w:ind w:firstLine="740"/>
        <w:jc w:val="both"/>
      </w:pPr>
      <w:r>
        <w:rPr>
          <w:b/>
          <w:bCs/>
          <w:color w:val="000000"/>
          <w:lang w:val="uk-UA" w:eastAsia="uk-UA" w:bidi="uk-UA"/>
        </w:rPr>
        <w:t>Контроль рівня засвоєння знань:</w:t>
      </w:r>
    </w:p>
    <w:p w:rsidR="0054601C" w:rsidRPr="000952AC" w:rsidRDefault="000952AC">
      <w:pPr>
        <w:widowControl w:val="0"/>
        <w:numPr>
          <w:ilvl w:val="0"/>
          <w:numId w:val="26"/>
        </w:numPr>
        <w:tabs>
          <w:tab w:val="left" w:pos="1276"/>
        </w:tabs>
        <w:spacing w:after="0" w:line="240" w:lineRule="auto"/>
        <w:ind w:left="1300" w:hanging="560"/>
        <w:jc w:val="both"/>
        <w:rPr>
          <w:lang w:val="ru-RU"/>
        </w:rPr>
      </w:pPr>
      <w:r>
        <w:rPr>
          <w:color w:val="000000"/>
          <w:lang w:val="uk-UA" w:eastAsia="uk-UA" w:bidi="uk-UA"/>
        </w:rPr>
        <w:t>Які є основні групи патогенних факторів, що призводять до розвитку вроджених вад ЩЛД?</w:t>
      </w:r>
    </w:p>
    <w:p w:rsidR="0054601C" w:rsidRPr="000952AC" w:rsidRDefault="000952AC">
      <w:pPr>
        <w:widowControl w:val="0"/>
        <w:numPr>
          <w:ilvl w:val="0"/>
          <w:numId w:val="26"/>
        </w:numPr>
        <w:tabs>
          <w:tab w:val="left" w:pos="1276"/>
        </w:tabs>
        <w:spacing w:after="0" w:line="240" w:lineRule="auto"/>
        <w:ind w:left="0" w:firstLine="740"/>
        <w:jc w:val="both"/>
        <w:rPr>
          <w:lang w:val="ru-RU"/>
        </w:rPr>
      </w:pPr>
      <w:r>
        <w:rPr>
          <w:color w:val="000000"/>
          <w:lang w:val="uk-UA" w:eastAsia="uk-UA" w:bidi="uk-UA"/>
        </w:rPr>
        <w:t>Назвіть основні види вроджених вад ЩЛД і їх класифікації?</w:t>
      </w:r>
    </w:p>
    <w:p w:rsidR="0054601C" w:rsidRPr="000952AC" w:rsidRDefault="000952AC">
      <w:pPr>
        <w:widowControl w:val="0"/>
        <w:numPr>
          <w:ilvl w:val="0"/>
          <w:numId w:val="26"/>
        </w:numPr>
        <w:tabs>
          <w:tab w:val="left" w:pos="1276"/>
        </w:tabs>
        <w:spacing w:after="0" w:line="240" w:lineRule="auto"/>
        <w:ind w:left="0" w:firstLine="740"/>
        <w:jc w:val="both"/>
        <w:rPr>
          <w:lang w:val="ru-RU"/>
        </w:rPr>
      </w:pPr>
      <w:r>
        <w:rPr>
          <w:color w:val="000000"/>
          <w:lang w:val="uk-UA" w:eastAsia="uk-UA" w:bidi="uk-UA"/>
        </w:rPr>
        <w:t>Які є види незрощень верхньої губи і в чому полягає їх</w:t>
      </w:r>
      <w:r>
        <w:rPr>
          <w:color w:val="000000"/>
          <w:lang w:val="uk-UA" w:eastAsia="uk-UA" w:bidi="uk-UA"/>
        </w:rPr>
        <w:t xml:space="preserve"> суть?</w:t>
      </w:r>
    </w:p>
    <w:p w:rsidR="0054601C" w:rsidRPr="000952AC" w:rsidRDefault="000952AC">
      <w:pPr>
        <w:widowControl w:val="0"/>
        <w:numPr>
          <w:ilvl w:val="0"/>
          <w:numId w:val="26"/>
        </w:numPr>
        <w:tabs>
          <w:tab w:val="left" w:pos="1276"/>
        </w:tabs>
        <w:spacing w:after="0" w:line="240" w:lineRule="auto"/>
        <w:ind w:left="1300" w:hanging="560"/>
        <w:jc w:val="both"/>
        <w:rPr>
          <w:lang w:val="ru-RU"/>
        </w:rPr>
      </w:pPr>
      <w:r>
        <w:rPr>
          <w:color w:val="000000"/>
          <w:lang w:val="uk-UA" w:eastAsia="uk-UA" w:bidi="uk-UA"/>
        </w:rPr>
        <w:t>Які анатомічні та фізіологічні порушення спостерігаються при незрощенні верхньої губи?</w:t>
      </w:r>
    </w:p>
    <w:p w:rsidR="0054601C" w:rsidRPr="000952AC" w:rsidRDefault="000952AC">
      <w:pPr>
        <w:widowControl w:val="0"/>
        <w:numPr>
          <w:ilvl w:val="0"/>
          <w:numId w:val="26"/>
        </w:numPr>
        <w:tabs>
          <w:tab w:val="left" w:pos="1276"/>
        </w:tabs>
        <w:spacing w:after="0" w:line="240" w:lineRule="auto"/>
        <w:ind w:left="0" w:firstLine="740"/>
        <w:jc w:val="both"/>
        <w:rPr>
          <w:lang w:val="ru-RU"/>
        </w:rPr>
      </w:pPr>
      <w:r>
        <w:rPr>
          <w:color w:val="000000"/>
          <w:lang w:val="uk-UA" w:eastAsia="uk-UA" w:bidi="uk-UA"/>
        </w:rPr>
        <w:t>Які є види незрощень піднебіння і в чому полягає їх суть?</w:t>
      </w:r>
    </w:p>
    <w:p w:rsidR="0054601C" w:rsidRPr="000952AC" w:rsidRDefault="000952AC">
      <w:pPr>
        <w:widowControl w:val="0"/>
        <w:numPr>
          <w:ilvl w:val="0"/>
          <w:numId w:val="26"/>
        </w:numPr>
        <w:tabs>
          <w:tab w:val="left" w:pos="1276"/>
        </w:tabs>
        <w:spacing w:after="0" w:line="240" w:lineRule="auto"/>
        <w:ind w:left="1300" w:hanging="560"/>
        <w:jc w:val="both"/>
        <w:rPr>
          <w:lang w:val="ru-RU"/>
        </w:rPr>
      </w:pPr>
      <w:r>
        <w:rPr>
          <w:color w:val="000000"/>
          <w:lang w:val="uk-UA" w:eastAsia="uk-UA" w:bidi="uk-UA"/>
        </w:rPr>
        <w:t>Які анатомічні та фізіологічні порушення спостерігаються при незрощенні піднебіння?</w:t>
      </w:r>
    </w:p>
    <w:p w:rsidR="0054601C" w:rsidRPr="000952AC" w:rsidRDefault="000952AC">
      <w:pPr>
        <w:widowControl w:val="0"/>
        <w:numPr>
          <w:ilvl w:val="0"/>
          <w:numId w:val="26"/>
        </w:numPr>
        <w:tabs>
          <w:tab w:val="left" w:pos="1276"/>
          <w:tab w:val="left" w:pos="1278"/>
          <w:tab w:val="left" w:pos="3032"/>
          <w:tab w:val="left" w:pos="8274"/>
        </w:tabs>
        <w:spacing w:after="0" w:line="240" w:lineRule="auto"/>
        <w:ind w:left="0" w:firstLine="740"/>
        <w:jc w:val="both"/>
        <w:rPr>
          <w:lang w:val="ru-RU"/>
        </w:rPr>
      </w:pPr>
      <w:r>
        <w:rPr>
          <w:color w:val="000000"/>
          <w:lang w:val="uk-UA" w:eastAsia="uk-UA" w:bidi="uk-UA"/>
        </w:rPr>
        <w:t>Організація</w:t>
      </w:r>
      <w:r>
        <w:rPr>
          <w:color w:val="000000"/>
          <w:lang w:val="uk-UA" w:eastAsia="uk-UA" w:bidi="uk-UA"/>
        </w:rPr>
        <w:tab/>
        <w:t>ортодонт</w:t>
      </w:r>
      <w:r>
        <w:rPr>
          <w:color w:val="000000"/>
          <w:lang w:val="uk-UA" w:eastAsia="uk-UA" w:bidi="uk-UA"/>
        </w:rPr>
        <w:t>ичної допомоги дітям з</w:t>
      </w:r>
      <w:r>
        <w:rPr>
          <w:color w:val="000000"/>
          <w:lang w:val="uk-UA" w:eastAsia="uk-UA" w:bidi="uk-UA"/>
        </w:rPr>
        <w:tab/>
        <w:t>вродженим</w:t>
      </w:r>
    </w:p>
    <w:p w:rsidR="0054601C" w:rsidRPr="000952AC" w:rsidRDefault="000952AC">
      <w:pPr>
        <w:widowControl w:val="0"/>
        <w:tabs>
          <w:tab w:val="left" w:pos="3086"/>
          <w:tab w:val="left" w:pos="8366"/>
        </w:tabs>
        <w:spacing w:after="0" w:line="240" w:lineRule="auto"/>
        <w:ind w:left="1300"/>
        <w:jc w:val="both"/>
        <w:rPr>
          <w:lang w:val="ru-RU"/>
        </w:rPr>
      </w:pPr>
      <w:r>
        <w:rPr>
          <w:color w:val="000000"/>
          <w:lang w:val="uk-UA" w:eastAsia="uk-UA" w:bidi="uk-UA"/>
        </w:rPr>
        <w:t>незрощенням</w:t>
      </w:r>
      <w:r>
        <w:rPr>
          <w:color w:val="000000"/>
          <w:lang w:val="uk-UA" w:eastAsia="uk-UA" w:bidi="uk-UA"/>
        </w:rPr>
        <w:tab/>
        <w:t>верхньої губи, альвеолярного відростку,</w:t>
      </w:r>
      <w:r>
        <w:rPr>
          <w:color w:val="000000"/>
          <w:lang w:val="uk-UA" w:eastAsia="uk-UA" w:bidi="uk-UA"/>
        </w:rPr>
        <w:tab/>
        <w:t>твердого і</w:t>
      </w:r>
    </w:p>
    <w:p w:rsidR="0054601C" w:rsidRDefault="000952AC">
      <w:pPr>
        <w:widowControl w:val="0"/>
        <w:spacing w:after="0" w:line="240" w:lineRule="auto"/>
        <w:ind w:left="1300"/>
        <w:jc w:val="both"/>
      </w:pPr>
      <w:r>
        <w:rPr>
          <w:color w:val="000000"/>
          <w:lang w:val="uk-UA" w:eastAsia="uk-UA" w:bidi="uk-UA"/>
        </w:rPr>
        <w:t>м'якого піднебіння.</w:t>
      </w:r>
    </w:p>
    <w:p w:rsidR="0054601C" w:rsidRPr="000952AC" w:rsidRDefault="000952AC">
      <w:pPr>
        <w:widowControl w:val="0"/>
        <w:numPr>
          <w:ilvl w:val="0"/>
          <w:numId w:val="26"/>
        </w:numPr>
        <w:tabs>
          <w:tab w:val="left" w:pos="1276"/>
          <w:tab w:val="left" w:pos="1278"/>
          <w:tab w:val="left" w:pos="3032"/>
          <w:tab w:val="left" w:pos="8274"/>
        </w:tabs>
        <w:spacing w:after="0" w:line="240" w:lineRule="auto"/>
        <w:ind w:left="0" w:firstLine="740"/>
        <w:jc w:val="both"/>
        <w:rPr>
          <w:lang w:val="ru-RU"/>
        </w:rPr>
      </w:pPr>
      <w:r>
        <w:rPr>
          <w:color w:val="000000"/>
          <w:lang w:val="uk-UA" w:eastAsia="uk-UA" w:bidi="uk-UA"/>
        </w:rPr>
        <w:t>Оптимальні</w:t>
      </w:r>
      <w:r>
        <w:rPr>
          <w:color w:val="000000"/>
          <w:lang w:val="uk-UA" w:eastAsia="uk-UA" w:bidi="uk-UA"/>
        </w:rPr>
        <w:tab/>
        <w:t>терміни ортодонтичного лікування</w:t>
      </w:r>
      <w:r>
        <w:rPr>
          <w:color w:val="000000"/>
          <w:lang w:val="uk-UA" w:eastAsia="uk-UA" w:bidi="uk-UA"/>
        </w:rPr>
        <w:tab/>
        <w:t>хворих з</w:t>
      </w:r>
    </w:p>
    <w:p w:rsidR="0054601C" w:rsidRPr="000952AC" w:rsidRDefault="000952AC">
      <w:pPr>
        <w:widowControl w:val="0"/>
        <w:spacing w:after="0" w:line="240" w:lineRule="auto"/>
        <w:ind w:left="1300"/>
        <w:jc w:val="both"/>
        <w:rPr>
          <w:lang w:val="ru-RU"/>
        </w:rPr>
      </w:pPr>
      <w:r>
        <w:rPr>
          <w:color w:val="000000"/>
          <w:lang w:val="uk-UA" w:eastAsia="uk-UA" w:bidi="uk-UA"/>
        </w:rPr>
        <w:t xml:space="preserve">незрощеннями верхньої губи, альвеолярного відростку, твердого і м'якого піднебіння на </w:t>
      </w:r>
      <w:r>
        <w:rPr>
          <w:color w:val="000000"/>
          <w:lang w:val="uk-UA" w:eastAsia="uk-UA" w:bidi="uk-UA"/>
        </w:rPr>
        <w:t>етапах їх реабілітації.</w:t>
      </w:r>
    </w:p>
    <w:p w:rsidR="0054601C" w:rsidRPr="000952AC" w:rsidRDefault="000952AC">
      <w:pPr>
        <w:widowControl w:val="0"/>
        <w:numPr>
          <w:ilvl w:val="0"/>
          <w:numId w:val="26"/>
        </w:numPr>
        <w:tabs>
          <w:tab w:val="left" w:pos="1276"/>
        </w:tabs>
        <w:spacing w:after="0" w:line="240" w:lineRule="auto"/>
        <w:ind w:left="1300" w:hanging="560"/>
        <w:jc w:val="both"/>
        <w:rPr>
          <w:lang w:val="ru-RU"/>
        </w:rPr>
      </w:pPr>
      <w:r>
        <w:rPr>
          <w:color w:val="000000"/>
          <w:lang w:val="uk-UA" w:eastAsia="uk-UA" w:bidi="uk-UA"/>
        </w:rPr>
        <w:t>Значення ортодонтичної підготовки зубів, зубних рядів і щелеп до хірургічного втручання.</w:t>
      </w:r>
    </w:p>
    <w:p w:rsidR="0054601C" w:rsidRPr="000952AC" w:rsidRDefault="000952AC">
      <w:pPr>
        <w:widowControl w:val="0"/>
        <w:numPr>
          <w:ilvl w:val="0"/>
          <w:numId w:val="26"/>
        </w:numPr>
        <w:tabs>
          <w:tab w:val="left" w:pos="1276"/>
        </w:tabs>
        <w:spacing w:after="320" w:line="240" w:lineRule="auto"/>
        <w:ind w:left="1300" w:hanging="560"/>
        <w:jc w:val="both"/>
        <w:rPr>
          <w:lang w:val="ru-RU"/>
        </w:rPr>
      </w:pPr>
      <w:r>
        <w:rPr>
          <w:color w:val="000000"/>
          <w:lang w:val="uk-UA" w:eastAsia="uk-UA" w:bidi="uk-UA"/>
        </w:rPr>
        <w:t>Основні ортодонтичні апарати знімної і незнімної конструкції, які використовуються при лікуванні хворих з даною аномалією розвитку.</w:t>
      </w:r>
    </w:p>
    <w:p w:rsidR="0054601C" w:rsidRPr="000952AC" w:rsidRDefault="000952AC">
      <w:pPr>
        <w:widowControl w:val="0"/>
        <w:numPr>
          <w:ilvl w:val="0"/>
          <w:numId w:val="26"/>
        </w:numPr>
        <w:tabs>
          <w:tab w:val="left" w:pos="1278"/>
        </w:tabs>
        <w:spacing w:after="320" w:line="240" w:lineRule="auto"/>
        <w:ind w:left="1300" w:hanging="560"/>
        <w:rPr>
          <w:lang w:val="ru-RU"/>
        </w:rPr>
      </w:pPr>
      <w:r>
        <w:rPr>
          <w:color w:val="000000"/>
          <w:lang w:val="uk-UA" w:eastAsia="uk-UA" w:bidi="uk-UA"/>
        </w:rPr>
        <w:t>Основні при</w:t>
      </w:r>
      <w:r>
        <w:rPr>
          <w:color w:val="000000"/>
          <w:lang w:val="uk-UA" w:eastAsia="uk-UA" w:bidi="uk-UA"/>
        </w:rPr>
        <w:t>нципи комплексного лікування дітей із вродженими незрощеннями губи та піднебіння.</w:t>
      </w:r>
    </w:p>
    <w:p w:rsidR="0054601C" w:rsidRPr="000952AC" w:rsidRDefault="000952AC">
      <w:pPr>
        <w:keepNext/>
        <w:keepLines/>
        <w:widowControl w:val="0"/>
        <w:spacing w:after="320" w:line="240" w:lineRule="auto"/>
        <w:rPr>
          <w:sz w:val="20"/>
          <w:szCs w:val="20"/>
          <w:lang w:val="ru-RU"/>
        </w:rPr>
      </w:pPr>
      <w:bookmarkStart w:id="8" w:name="bookmark12"/>
      <w:r>
        <w:rPr>
          <w:color w:val="000000"/>
          <w:sz w:val="28"/>
          <w:szCs w:val="28"/>
          <w:u w:val="single"/>
          <w:lang w:val="uk-UA" w:eastAsia="uk-UA" w:bidi="uk-UA"/>
        </w:rPr>
        <w:lastRenderedPageBreak/>
        <w:t>Б. Тестові завдання для самоконтролю репродуктивного рівня теоретичних знань</w:t>
      </w:r>
      <w:r>
        <w:rPr>
          <w:i/>
          <w:iCs/>
          <w:color w:val="000000"/>
          <w:sz w:val="20"/>
          <w:szCs w:val="20"/>
          <w:lang w:val="uk-UA" w:eastAsia="uk-UA" w:bidi="uk-UA"/>
        </w:rPr>
        <w:t>:</w:t>
      </w:r>
      <w:bookmarkEnd w:id="8"/>
    </w:p>
    <w:p w:rsidR="0054601C" w:rsidRPr="000952AC" w:rsidRDefault="000952AC">
      <w:pPr>
        <w:widowControl w:val="0"/>
        <w:spacing w:after="0" w:line="240" w:lineRule="auto"/>
        <w:rPr>
          <w:lang w:val="ru-RU"/>
        </w:rPr>
      </w:pPr>
      <w:r>
        <w:rPr>
          <w:color w:val="000000"/>
          <w:lang w:val="uk-UA" w:eastAsia="uk-UA" w:bidi="uk-UA"/>
        </w:rPr>
        <w:t xml:space="preserve">1. 40-річна жінка від першої вагітності народила дівчинку, у якої верхня губа та альвеолярний </w:t>
      </w:r>
      <w:r>
        <w:rPr>
          <w:color w:val="000000"/>
          <w:lang w:val="uk-UA" w:eastAsia="uk-UA" w:bidi="uk-UA"/>
        </w:rPr>
        <w:t>відросток поділені на 3 фрагменти, середній фрагмент різко зміщений вперед та вгору, крила носа сплощені, піднебіння ціле. Маса тіла дитини при народженні 2700 г. Годування штучне, через відсутність молока у матері.</w:t>
      </w:r>
    </w:p>
    <w:p w:rsidR="0054601C" w:rsidRPr="000952AC" w:rsidRDefault="000952AC">
      <w:pPr>
        <w:widowControl w:val="0"/>
        <w:spacing w:after="320" w:line="240" w:lineRule="auto"/>
        <w:rPr>
          <w:lang w:val="ru-RU"/>
        </w:rPr>
      </w:pPr>
      <w:r>
        <w:rPr>
          <w:color w:val="000000"/>
          <w:lang w:val="uk-UA" w:eastAsia="uk-UA" w:bidi="uk-UA"/>
        </w:rPr>
        <w:t>Назвіть повний клінічний діагноз.</w:t>
      </w:r>
    </w:p>
    <w:p w:rsidR="0054601C" w:rsidRPr="000952AC" w:rsidRDefault="000952AC">
      <w:pPr>
        <w:widowControl w:val="0"/>
        <w:spacing w:after="0" w:line="240" w:lineRule="auto"/>
        <w:rPr>
          <w:lang w:val="ru-RU"/>
        </w:rPr>
      </w:pPr>
      <w:r>
        <w:rPr>
          <w:color w:val="000000"/>
          <w:lang w:val="uk-UA" w:eastAsia="uk-UA" w:bidi="uk-UA"/>
        </w:rPr>
        <w:t>*А. Вр</w:t>
      </w:r>
      <w:r>
        <w:rPr>
          <w:color w:val="000000"/>
          <w:lang w:val="uk-UA" w:eastAsia="uk-UA" w:bidi="uk-UA"/>
        </w:rPr>
        <w:t>оджене двобічне наскрізне незрощення верхньої губи та альвеолярного відростка, протрузія міжщелепної кістки</w:t>
      </w:r>
    </w:p>
    <w:p w:rsidR="0054601C" w:rsidRPr="000952AC" w:rsidRDefault="000952AC">
      <w:pPr>
        <w:widowControl w:val="0"/>
        <w:spacing w:after="0" w:line="240" w:lineRule="auto"/>
        <w:rPr>
          <w:lang w:val="ru-RU"/>
        </w:rPr>
      </w:pPr>
      <w:r>
        <w:rPr>
          <w:smallCaps/>
          <w:color w:val="000000"/>
          <w:lang w:val="uk-UA" w:eastAsia="uk-UA" w:bidi="uk-UA"/>
        </w:rPr>
        <w:t>в.</w:t>
      </w:r>
      <w:r>
        <w:rPr>
          <w:color w:val="000000"/>
          <w:lang w:val="uk-UA" w:eastAsia="uk-UA" w:bidi="uk-UA"/>
        </w:rPr>
        <w:t xml:space="preserve"> Вроджене двобічне наскрізне часткове незрощення верхньої губи та альвеолярного відростка, протрузія міжщелепної кістки</w:t>
      </w:r>
    </w:p>
    <w:p w:rsidR="0054601C" w:rsidRPr="000952AC" w:rsidRDefault="000952AC">
      <w:pPr>
        <w:widowControl w:val="0"/>
        <w:numPr>
          <w:ilvl w:val="0"/>
          <w:numId w:val="27"/>
        </w:numPr>
        <w:tabs>
          <w:tab w:val="left" w:pos="421"/>
        </w:tabs>
        <w:spacing w:after="0" w:line="240" w:lineRule="auto"/>
        <w:ind w:left="0" w:firstLine="0"/>
        <w:rPr>
          <w:lang w:val="ru-RU"/>
        </w:rPr>
      </w:pPr>
      <w:r>
        <w:rPr>
          <w:color w:val="000000"/>
          <w:lang w:val="uk-UA" w:eastAsia="uk-UA" w:bidi="uk-UA"/>
        </w:rPr>
        <w:t xml:space="preserve">Вроджене двобічне </w:t>
      </w:r>
      <w:r>
        <w:rPr>
          <w:color w:val="000000"/>
          <w:lang w:val="uk-UA" w:eastAsia="uk-UA" w:bidi="uk-UA"/>
        </w:rPr>
        <w:t>приховане незрощення верхньої губи та альвеолярного відростка</w:t>
      </w:r>
    </w:p>
    <w:p w:rsidR="0054601C" w:rsidRPr="000952AC" w:rsidRDefault="000952AC">
      <w:pPr>
        <w:widowControl w:val="0"/>
        <w:numPr>
          <w:ilvl w:val="0"/>
          <w:numId w:val="27"/>
        </w:numPr>
        <w:tabs>
          <w:tab w:val="left" w:pos="450"/>
        </w:tabs>
        <w:spacing w:after="0" w:line="240" w:lineRule="auto"/>
        <w:ind w:left="0" w:firstLine="0"/>
        <w:rPr>
          <w:lang w:val="ru-RU"/>
        </w:rPr>
      </w:pPr>
      <w:r>
        <w:rPr>
          <w:color w:val="000000"/>
          <w:lang w:val="uk-UA" w:eastAsia="uk-UA" w:bidi="uk-UA"/>
        </w:rPr>
        <w:t>Вроджене двобічне приховане незрощення верхньої губи, протрузія міжщелепної кістки</w:t>
      </w:r>
    </w:p>
    <w:p w:rsidR="0054601C" w:rsidRPr="000952AC" w:rsidRDefault="000952AC">
      <w:pPr>
        <w:widowControl w:val="0"/>
        <w:numPr>
          <w:ilvl w:val="0"/>
          <w:numId w:val="27"/>
        </w:numPr>
        <w:tabs>
          <w:tab w:val="left" w:pos="416"/>
        </w:tabs>
        <w:spacing w:after="0" w:line="240" w:lineRule="auto"/>
        <w:ind w:left="0" w:firstLine="0"/>
        <w:rPr>
          <w:lang w:val="ru-RU"/>
        </w:rPr>
      </w:pPr>
      <w:r>
        <w:rPr>
          <w:color w:val="000000"/>
          <w:lang w:val="uk-UA" w:eastAsia="uk-UA" w:bidi="uk-UA"/>
        </w:rPr>
        <w:t>Вроджене двобічне часткове незрощення верхньої губи</w:t>
      </w:r>
    </w:p>
    <w:p w:rsidR="0054601C" w:rsidRDefault="000952AC">
      <w:pPr>
        <w:widowControl w:val="0"/>
        <w:numPr>
          <w:ilvl w:val="0"/>
          <w:numId w:val="27"/>
        </w:numPr>
        <w:tabs>
          <w:tab w:val="left" w:pos="387"/>
        </w:tabs>
        <w:spacing w:after="0" w:line="240" w:lineRule="auto"/>
        <w:ind w:left="0" w:firstLine="0"/>
      </w:pPr>
      <w:r>
        <w:rPr>
          <w:color w:val="000000"/>
          <w:lang w:val="uk-UA" w:eastAsia="uk-UA" w:bidi="uk-UA"/>
        </w:rPr>
        <w:t>До дитячого щелепно-лицевого відділення поступила 3-річна д</w:t>
      </w:r>
      <w:r>
        <w:rPr>
          <w:color w:val="000000"/>
          <w:lang w:val="uk-UA" w:eastAsia="uk-UA" w:bidi="uk-UA"/>
        </w:rPr>
        <w:t>івчинка з діагнозом: вроджене незрощення твердого та м'якого піднебіння, полідактилія. Яких спеціалістів потрібно залучити для реабілітації цієї дитини?</w:t>
      </w:r>
    </w:p>
    <w:p w:rsidR="0054601C" w:rsidRPr="000952AC" w:rsidRDefault="000952AC">
      <w:pPr>
        <w:widowControl w:val="0"/>
        <w:spacing w:after="0" w:line="240" w:lineRule="auto"/>
        <w:rPr>
          <w:lang w:val="ru-RU"/>
        </w:rPr>
      </w:pPr>
      <w:r>
        <w:rPr>
          <w:color w:val="000000"/>
          <w:lang w:val="uk-UA" w:eastAsia="uk-UA" w:bidi="uk-UA"/>
        </w:rPr>
        <w:t>*А. Щелепно-лицевого хірурга, педіатра, отоларинголога, логопеда, ортодонта, психолога, хірурга-ортопед</w:t>
      </w:r>
      <w:r>
        <w:rPr>
          <w:color w:val="000000"/>
          <w:lang w:val="uk-UA" w:eastAsia="uk-UA" w:bidi="uk-UA"/>
        </w:rPr>
        <w:t>а</w:t>
      </w:r>
    </w:p>
    <w:p w:rsidR="0054601C" w:rsidRPr="000952AC" w:rsidRDefault="000952AC">
      <w:pPr>
        <w:widowControl w:val="0"/>
        <w:numPr>
          <w:ilvl w:val="0"/>
          <w:numId w:val="28"/>
        </w:numPr>
        <w:tabs>
          <w:tab w:val="left" w:pos="430"/>
        </w:tabs>
        <w:spacing w:after="0" w:line="240" w:lineRule="auto"/>
        <w:ind w:left="0" w:firstLine="0"/>
        <w:rPr>
          <w:lang w:val="ru-RU"/>
        </w:rPr>
      </w:pPr>
      <w:r>
        <w:rPr>
          <w:color w:val="000000"/>
          <w:lang w:val="uk-UA" w:eastAsia="uk-UA" w:bidi="uk-UA"/>
        </w:rPr>
        <w:t>Щелепно-лицевого хірурга, педіатра, логопеда, ортодонта, хірурга- ортопеда</w:t>
      </w:r>
    </w:p>
    <w:p w:rsidR="0054601C" w:rsidRPr="000952AC" w:rsidRDefault="000952AC">
      <w:pPr>
        <w:widowControl w:val="0"/>
        <w:numPr>
          <w:ilvl w:val="0"/>
          <w:numId w:val="28"/>
        </w:numPr>
        <w:tabs>
          <w:tab w:val="left" w:pos="426"/>
        </w:tabs>
        <w:spacing w:after="0" w:line="240" w:lineRule="auto"/>
        <w:ind w:left="0" w:firstLine="0"/>
        <w:rPr>
          <w:lang w:val="ru-RU"/>
        </w:rPr>
      </w:pPr>
      <w:r>
        <w:rPr>
          <w:color w:val="000000"/>
          <w:lang w:val="uk-UA" w:eastAsia="uk-UA" w:bidi="uk-UA"/>
        </w:rPr>
        <w:t>Щелепно-лицевого хірурга, педіатра, отоларинголога, логопеда, психолога</w:t>
      </w:r>
    </w:p>
    <w:p w:rsidR="0054601C" w:rsidRPr="000952AC" w:rsidRDefault="000952AC">
      <w:pPr>
        <w:widowControl w:val="0"/>
        <w:numPr>
          <w:ilvl w:val="0"/>
          <w:numId w:val="28"/>
        </w:numPr>
        <w:tabs>
          <w:tab w:val="left" w:pos="450"/>
        </w:tabs>
        <w:spacing w:after="0" w:line="240" w:lineRule="auto"/>
        <w:ind w:left="0" w:firstLine="0"/>
        <w:rPr>
          <w:lang w:val="ru-RU"/>
        </w:rPr>
      </w:pPr>
      <w:r>
        <w:rPr>
          <w:color w:val="000000"/>
          <w:lang w:val="uk-UA" w:eastAsia="uk-UA" w:bidi="uk-UA"/>
        </w:rPr>
        <w:t>Щелепно-лицевого хірурга, отоларинголога, логопеда, ортодонта</w:t>
      </w:r>
    </w:p>
    <w:p w:rsidR="0054601C" w:rsidRPr="000952AC" w:rsidRDefault="000952AC">
      <w:pPr>
        <w:widowControl w:val="0"/>
        <w:numPr>
          <w:ilvl w:val="0"/>
          <w:numId w:val="28"/>
        </w:numPr>
        <w:tabs>
          <w:tab w:val="left" w:pos="416"/>
        </w:tabs>
        <w:spacing w:after="640" w:line="240" w:lineRule="auto"/>
        <w:ind w:left="0" w:firstLine="0"/>
        <w:rPr>
          <w:lang w:val="ru-RU"/>
        </w:rPr>
      </w:pPr>
      <w:r>
        <w:rPr>
          <w:color w:val="000000"/>
          <w:lang w:val="uk-UA" w:eastAsia="uk-UA" w:bidi="uk-UA"/>
        </w:rPr>
        <w:t xml:space="preserve">Щелепно-лицевого хірурга, психолога, </w:t>
      </w:r>
      <w:r>
        <w:rPr>
          <w:color w:val="000000"/>
          <w:lang w:val="uk-UA" w:eastAsia="uk-UA" w:bidi="uk-UA"/>
        </w:rPr>
        <w:t>ортодонта, хірурга-ортопеда</w:t>
      </w:r>
    </w:p>
    <w:p w:rsidR="0054601C" w:rsidRDefault="000952AC">
      <w:pPr>
        <w:widowControl w:val="0"/>
        <w:numPr>
          <w:ilvl w:val="0"/>
          <w:numId w:val="29"/>
        </w:numPr>
        <w:tabs>
          <w:tab w:val="left" w:pos="387"/>
          <w:tab w:val="left" w:pos="8933"/>
        </w:tabs>
        <w:spacing w:after="0" w:line="240" w:lineRule="auto"/>
        <w:ind w:left="0" w:firstLine="0"/>
      </w:pPr>
      <w:r>
        <w:rPr>
          <w:color w:val="000000"/>
          <w:lang w:val="uk-UA" w:eastAsia="uk-UA" w:bidi="uk-UA"/>
        </w:rPr>
        <w:t>У клініку дитячої хірургічної стоматології звернулися батьки дитини 1,5 місяців, у якої вроджена вада верхньої губи. Об'єктивно:</w:t>
      </w:r>
      <w:r>
        <w:rPr>
          <w:color w:val="000000"/>
          <w:lang w:val="uk-UA" w:eastAsia="uk-UA" w:bidi="uk-UA"/>
        </w:rPr>
        <w:tab/>
        <w:t>повне</w:t>
      </w:r>
    </w:p>
    <w:p w:rsidR="0054601C" w:rsidRPr="000952AC" w:rsidRDefault="000952AC">
      <w:pPr>
        <w:widowControl w:val="0"/>
        <w:spacing w:after="0" w:line="240" w:lineRule="auto"/>
        <w:rPr>
          <w:lang w:val="ru-RU"/>
        </w:rPr>
      </w:pPr>
      <w:r>
        <w:rPr>
          <w:color w:val="000000"/>
          <w:lang w:val="uk-UA" w:eastAsia="uk-UA" w:bidi="uk-UA"/>
        </w:rPr>
        <w:t xml:space="preserve">незрощення верхньої губи зліва, ліве крило носа сплощене, комірковий відросток та піднебіння </w:t>
      </w:r>
      <w:r>
        <w:rPr>
          <w:color w:val="000000"/>
          <w:lang w:val="uk-UA" w:eastAsia="uk-UA" w:bidi="uk-UA"/>
        </w:rPr>
        <w:t>цілі. Дитина соматично здорова, маса при народженні 3050 г. Визначте термін виконання первинної хейлопластики.</w:t>
      </w:r>
    </w:p>
    <w:p w:rsidR="0054601C" w:rsidRPr="000952AC" w:rsidRDefault="000952AC">
      <w:pPr>
        <w:widowControl w:val="0"/>
        <w:spacing w:after="0" w:line="240" w:lineRule="auto"/>
        <w:rPr>
          <w:lang w:val="ru-RU"/>
        </w:rPr>
      </w:pPr>
      <w:r>
        <w:rPr>
          <w:color w:val="000000"/>
          <w:lang w:val="uk-UA" w:eastAsia="uk-UA" w:bidi="uk-UA"/>
        </w:rPr>
        <w:t>*А. 2,5-3 міс</w:t>
      </w:r>
    </w:p>
    <w:p w:rsidR="0054601C" w:rsidRPr="000952AC" w:rsidRDefault="000952AC">
      <w:pPr>
        <w:widowControl w:val="0"/>
        <w:spacing w:after="0" w:line="240" w:lineRule="auto"/>
        <w:rPr>
          <w:lang w:val="ru-RU"/>
        </w:rPr>
      </w:pPr>
      <w:r>
        <w:rPr>
          <w:color w:val="000000"/>
          <w:lang w:val="uk-UA" w:eastAsia="uk-UA" w:bidi="uk-UA"/>
        </w:rPr>
        <w:t>В. 3,5-4 міс</w:t>
      </w:r>
    </w:p>
    <w:p w:rsidR="0054601C" w:rsidRPr="000952AC" w:rsidRDefault="000952AC">
      <w:pPr>
        <w:widowControl w:val="0"/>
        <w:spacing w:after="0" w:line="240" w:lineRule="auto"/>
        <w:rPr>
          <w:lang w:val="ru-RU"/>
        </w:rPr>
      </w:pPr>
      <w:r>
        <w:rPr>
          <w:color w:val="000000"/>
          <w:lang w:val="uk-UA" w:eastAsia="uk-UA" w:bidi="uk-UA"/>
        </w:rPr>
        <w:t>С. 4,5-5 міс</w:t>
      </w:r>
    </w:p>
    <w:p w:rsidR="0054601C" w:rsidRDefault="000952AC">
      <w:pPr>
        <w:widowControl w:val="0"/>
        <w:spacing w:after="0" w:line="240" w:lineRule="auto"/>
      </w:pPr>
      <w:r>
        <w:rPr>
          <w:color w:val="000000"/>
          <w:lang w:val="uk-UA" w:eastAsia="uk-UA" w:bidi="uk-UA"/>
        </w:rPr>
        <w:t>D. 5.5-6 міс</w:t>
      </w:r>
    </w:p>
    <w:p w:rsidR="0054601C" w:rsidRDefault="000952AC">
      <w:pPr>
        <w:widowControl w:val="0"/>
        <w:spacing w:after="0" w:line="240" w:lineRule="auto"/>
      </w:pPr>
      <w:r>
        <w:rPr>
          <w:color w:val="000000"/>
          <w:lang w:val="uk-UA" w:eastAsia="uk-UA" w:bidi="uk-UA"/>
        </w:rPr>
        <w:t>Е. 6,5-7 міс</w:t>
      </w:r>
    </w:p>
    <w:p w:rsidR="0054601C" w:rsidRDefault="000952AC">
      <w:pPr>
        <w:widowControl w:val="0"/>
        <w:numPr>
          <w:ilvl w:val="0"/>
          <w:numId w:val="29"/>
        </w:numPr>
        <w:tabs>
          <w:tab w:val="left" w:pos="387"/>
        </w:tabs>
        <w:spacing w:after="0" w:line="240" w:lineRule="auto"/>
        <w:ind w:left="0" w:firstLine="0"/>
      </w:pPr>
      <w:r>
        <w:rPr>
          <w:color w:val="000000"/>
          <w:lang w:val="uk-UA" w:eastAsia="uk-UA" w:bidi="uk-UA"/>
        </w:rPr>
        <w:t>У новонародженої дитини виявлено дефекти м’яких тканин верхньої губи з обох бок</w:t>
      </w:r>
      <w:r>
        <w:rPr>
          <w:color w:val="000000"/>
          <w:lang w:val="uk-UA" w:eastAsia="uk-UA" w:bidi="uk-UA"/>
        </w:rPr>
        <w:t>ів, які проходять по всій висоті губи та захоплюють нижні носові ходи. Губа розділена на три частини, середня з яких різко вкорочена, червона кайма на ній звужена. Альвеолярний відросток верхньої щелепи також розділений на три частини, міжщелепна кістка ви</w:t>
      </w:r>
      <w:r>
        <w:rPr>
          <w:color w:val="000000"/>
          <w:lang w:val="uk-UA" w:eastAsia="uk-UA" w:bidi="uk-UA"/>
        </w:rPr>
        <w:t>ступає вперед. Встановіть діагноз.</w:t>
      </w:r>
    </w:p>
    <w:p w:rsidR="0054601C" w:rsidRDefault="000952AC">
      <w:pPr>
        <w:widowControl w:val="0"/>
        <w:spacing w:after="0" w:line="240" w:lineRule="auto"/>
      </w:pPr>
      <w:r>
        <w:rPr>
          <w:color w:val="000000"/>
          <w:lang w:val="uk-UA" w:eastAsia="uk-UA" w:bidi="uk-UA"/>
        </w:rPr>
        <w:t>А. Вроджене, повне, двостороннє наскрізне незрощення верхньої губи та коміркового відростка. Протрузія міжщелепної кістки</w:t>
      </w:r>
    </w:p>
    <w:p w:rsidR="0054601C" w:rsidRDefault="000952AC">
      <w:pPr>
        <w:widowControl w:val="0"/>
        <w:numPr>
          <w:ilvl w:val="0"/>
          <w:numId w:val="30"/>
        </w:numPr>
        <w:tabs>
          <w:tab w:val="left" w:pos="435"/>
        </w:tabs>
        <w:spacing w:after="0" w:line="240" w:lineRule="auto"/>
        <w:ind w:left="0" w:firstLine="0"/>
      </w:pPr>
      <w:r>
        <w:rPr>
          <w:color w:val="000000"/>
          <w:lang w:val="uk-UA" w:eastAsia="uk-UA" w:bidi="uk-UA"/>
        </w:rPr>
        <w:t>Часткове незрощення верхньої губи. Протрузія міжщелепної кістки</w:t>
      </w:r>
    </w:p>
    <w:p w:rsidR="0054601C" w:rsidRPr="000952AC" w:rsidRDefault="000952AC">
      <w:pPr>
        <w:widowControl w:val="0"/>
        <w:numPr>
          <w:ilvl w:val="0"/>
          <w:numId w:val="30"/>
        </w:numPr>
        <w:tabs>
          <w:tab w:val="left" w:pos="430"/>
        </w:tabs>
        <w:spacing w:after="0" w:line="240" w:lineRule="auto"/>
        <w:ind w:left="0" w:firstLine="0"/>
        <w:rPr>
          <w:lang w:val="ru-RU"/>
        </w:rPr>
      </w:pPr>
      <w:r>
        <w:rPr>
          <w:color w:val="000000"/>
          <w:lang w:val="uk-UA" w:eastAsia="uk-UA" w:bidi="uk-UA"/>
        </w:rPr>
        <w:t xml:space="preserve">Серединне незрощення верхньої губи </w:t>
      </w:r>
      <w:r>
        <w:rPr>
          <w:color w:val="000000"/>
          <w:lang w:val="uk-UA" w:eastAsia="uk-UA" w:bidi="uk-UA"/>
        </w:rPr>
        <w:t>та піднебіння</w:t>
      </w:r>
    </w:p>
    <w:p w:rsidR="0054601C" w:rsidRDefault="000952AC">
      <w:pPr>
        <w:widowControl w:val="0"/>
        <w:numPr>
          <w:ilvl w:val="0"/>
          <w:numId w:val="30"/>
        </w:numPr>
        <w:tabs>
          <w:tab w:val="left" w:pos="450"/>
        </w:tabs>
        <w:spacing w:after="0" w:line="240" w:lineRule="auto"/>
        <w:ind w:left="0" w:firstLine="0"/>
      </w:pPr>
      <w:r>
        <w:rPr>
          <w:color w:val="000000"/>
          <w:lang w:val="uk-UA" w:eastAsia="uk-UA" w:bidi="uk-UA"/>
        </w:rPr>
        <w:t>Вроджене двостороннє незрощення піднебіння</w:t>
      </w:r>
    </w:p>
    <w:p w:rsidR="0054601C" w:rsidRDefault="000952AC">
      <w:pPr>
        <w:widowControl w:val="0"/>
        <w:numPr>
          <w:ilvl w:val="0"/>
          <w:numId w:val="30"/>
        </w:numPr>
        <w:tabs>
          <w:tab w:val="left" w:pos="411"/>
        </w:tabs>
        <w:spacing w:after="320" w:line="240" w:lineRule="auto"/>
        <w:ind w:left="0" w:firstLine="0"/>
      </w:pPr>
      <w:r>
        <w:rPr>
          <w:color w:val="000000"/>
          <w:lang w:val="uk-UA" w:eastAsia="uk-UA" w:bidi="uk-UA"/>
        </w:rPr>
        <w:t>Двостороннє незрощення альвеолярного відростка</w:t>
      </w:r>
    </w:p>
    <w:p w:rsidR="0054601C" w:rsidRPr="000952AC" w:rsidRDefault="000952AC">
      <w:pPr>
        <w:widowControl w:val="0"/>
        <w:numPr>
          <w:ilvl w:val="0"/>
          <w:numId w:val="31"/>
        </w:numPr>
        <w:tabs>
          <w:tab w:val="left" w:pos="378"/>
        </w:tabs>
        <w:spacing w:after="0" w:line="240" w:lineRule="auto"/>
        <w:ind w:left="0" w:firstLine="0"/>
        <w:rPr>
          <w:lang w:val="ru-RU"/>
        </w:rPr>
      </w:pPr>
      <w:r>
        <w:rPr>
          <w:color w:val="000000"/>
          <w:lang w:val="uk-UA" w:eastAsia="uk-UA" w:bidi="uk-UA"/>
        </w:rPr>
        <w:t>На консультативний прийом у клініку звернулися батьки з дитиною 1 міс. Об'єктивно: двостороннє незрощення верхньої губи, твердого і</w:t>
      </w:r>
    </w:p>
    <w:p w:rsidR="0054601C" w:rsidRPr="000952AC" w:rsidRDefault="000952AC">
      <w:pPr>
        <w:widowControl w:val="0"/>
        <w:spacing w:after="0" w:line="240" w:lineRule="auto"/>
        <w:rPr>
          <w:lang w:val="ru-RU"/>
        </w:rPr>
      </w:pPr>
      <w:r>
        <w:rPr>
          <w:color w:val="000000"/>
          <w:lang w:val="uk-UA" w:eastAsia="uk-UA" w:bidi="uk-UA"/>
        </w:rPr>
        <w:t xml:space="preserve">м'якого піднебіння. </w:t>
      </w:r>
      <w:r>
        <w:rPr>
          <w:color w:val="000000"/>
          <w:lang w:val="uk-UA" w:eastAsia="uk-UA" w:bidi="uk-UA"/>
        </w:rPr>
        <w:t>В які терміни внутрішньоутробного розвитку формується верхня губа і піднебіння?</w:t>
      </w:r>
    </w:p>
    <w:p w:rsidR="0054601C" w:rsidRPr="000952AC" w:rsidRDefault="000952AC">
      <w:pPr>
        <w:widowControl w:val="0"/>
        <w:spacing w:after="0" w:line="240" w:lineRule="auto"/>
        <w:rPr>
          <w:lang w:val="ru-RU"/>
        </w:rPr>
      </w:pPr>
      <w:r>
        <w:rPr>
          <w:color w:val="000000"/>
          <w:lang w:val="uk-UA" w:eastAsia="uk-UA" w:bidi="uk-UA"/>
        </w:rPr>
        <w:t>*А. Верхня губа - кінець 2 міс., піднебіння - 2-3 міс</w:t>
      </w:r>
    </w:p>
    <w:p w:rsidR="0054601C" w:rsidRDefault="000952AC">
      <w:pPr>
        <w:widowControl w:val="0"/>
        <w:numPr>
          <w:ilvl w:val="0"/>
          <w:numId w:val="32"/>
        </w:numPr>
        <w:tabs>
          <w:tab w:val="left" w:pos="430"/>
          <w:tab w:val="left" w:pos="1400"/>
          <w:tab w:val="center" w:pos="2149"/>
          <w:tab w:val="right" w:pos="2791"/>
          <w:tab w:val="left" w:pos="2998"/>
          <w:tab w:val="left" w:pos="4314"/>
          <w:tab w:val="left" w:pos="4467"/>
          <w:tab w:val="right" w:pos="4926"/>
        </w:tabs>
        <w:spacing w:after="0" w:line="240" w:lineRule="auto"/>
        <w:ind w:left="0" w:firstLine="0"/>
      </w:pPr>
      <w:r>
        <w:rPr>
          <w:color w:val="000000"/>
          <w:lang w:val="uk-UA" w:eastAsia="uk-UA" w:bidi="uk-UA"/>
        </w:rPr>
        <w:lastRenderedPageBreak/>
        <w:t>Верхня</w:t>
      </w:r>
      <w:r>
        <w:rPr>
          <w:color w:val="000000"/>
          <w:lang w:val="uk-UA" w:eastAsia="uk-UA" w:bidi="uk-UA"/>
        </w:rPr>
        <w:tab/>
        <w:t>губа -</w:t>
      </w:r>
      <w:r>
        <w:rPr>
          <w:color w:val="000000"/>
          <w:lang w:val="uk-UA" w:eastAsia="uk-UA" w:bidi="uk-UA"/>
        </w:rPr>
        <w:tab/>
        <w:t>1</w:t>
      </w:r>
      <w:r>
        <w:rPr>
          <w:color w:val="000000"/>
          <w:lang w:val="uk-UA" w:eastAsia="uk-UA" w:bidi="uk-UA"/>
        </w:rPr>
        <w:tab/>
        <w:t>міс.,</w:t>
      </w:r>
      <w:r>
        <w:rPr>
          <w:color w:val="000000"/>
          <w:lang w:val="uk-UA" w:eastAsia="uk-UA" w:bidi="uk-UA"/>
        </w:rPr>
        <w:tab/>
        <w:t>піднебіння</w:t>
      </w:r>
      <w:r>
        <w:rPr>
          <w:color w:val="000000"/>
          <w:lang w:val="uk-UA" w:eastAsia="uk-UA" w:bidi="uk-UA"/>
        </w:rPr>
        <w:tab/>
        <w:t>-</w:t>
      </w:r>
      <w:r>
        <w:rPr>
          <w:color w:val="000000"/>
          <w:lang w:val="uk-UA" w:eastAsia="uk-UA" w:bidi="uk-UA"/>
        </w:rPr>
        <w:tab/>
        <w:t>1</w:t>
      </w:r>
      <w:r>
        <w:rPr>
          <w:color w:val="000000"/>
          <w:lang w:val="uk-UA" w:eastAsia="uk-UA" w:bidi="uk-UA"/>
        </w:rPr>
        <w:tab/>
        <w:t>міс</w:t>
      </w:r>
    </w:p>
    <w:p w:rsidR="0054601C" w:rsidRDefault="000952AC">
      <w:pPr>
        <w:widowControl w:val="0"/>
        <w:numPr>
          <w:ilvl w:val="0"/>
          <w:numId w:val="32"/>
        </w:numPr>
        <w:tabs>
          <w:tab w:val="left" w:pos="421"/>
          <w:tab w:val="left" w:pos="1390"/>
          <w:tab w:val="center" w:pos="2139"/>
          <w:tab w:val="right" w:pos="2791"/>
          <w:tab w:val="left" w:pos="2989"/>
          <w:tab w:val="left" w:pos="4304"/>
          <w:tab w:val="left" w:pos="4458"/>
          <w:tab w:val="right" w:pos="4926"/>
        </w:tabs>
        <w:spacing w:after="0" w:line="240" w:lineRule="auto"/>
        <w:ind w:left="0" w:firstLine="0"/>
      </w:pPr>
      <w:r>
        <w:rPr>
          <w:color w:val="000000"/>
          <w:lang w:val="uk-UA" w:eastAsia="uk-UA" w:bidi="uk-UA"/>
        </w:rPr>
        <w:t>Верхня</w:t>
      </w:r>
      <w:r>
        <w:rPr>
          <w:color w:val="000000"/>
          <w:lang w:val="uk-UA" w:eastAsia="uk-UA" w:bidi="uk-UA"/>
        </w:rPr>
        <w:tab/>
        <w:t>губа -</w:t>
      </w:r>
      <w:r>
        <w:rPr>
          <w:color w:val="000000"/>
          <w:lang w:val="uk-UA" w:eastAsia="uk-UA" w:bidi="uk-UA"/>
        </w:rPr>
        <w:tab/>
        <w:t>5</w:t>
      </w:r>
      <w:r>
        <w:rPr>
          <w:color w:val="000000"/>
          <w:lang w:val="uk-UA" w:eastAsia="uk-UA" w:bidi="uk-UA"/>
        </w:rPr>
        <w:tab/>
        <w:t>міс.,</w:t>
      </w:r>
      <w:r>
        <w:rPr>
          <w:color w:val="000000"/>
          <w:lang w:val="uk-UA" w:eastAsia="uk-UA" w:bidi="uk-UA"/>
        </w:rPr>
        <w:tab/>
        <w:t>піднебіння</w:t>
      </w:r>
      <w:r>
        <w:rPr>
          <w:color w:val="000000"/>
          <w:lang w:val="uk-UA" w:eastAsia="uk-UA" w:bidi="uk-UA"/>
        </w:rPr>
        <w:tab/>
        <w:t>-</w:t>
      </w:r>
      <w:r>
        <w:rPr>
          <w:color w:val="000000"/>
          <w:lang w:val="uk-UA" w:eastAsia="uk-UA" w:bidi="uk-UA"/>
        </w:rPr>
        <w:tab/>
        <w:t>6</w:t>
      </w:r>
      <w:r>
        <w:rPr>
          <w:color w:val="000000"/>
          <w:lang w:val="uk-UA" w:eastAsia="uk-UA" w:bidi="uk-UA"/>
        </w:rPr>
        <w:tab/>
        <w:t>міс</w:t>
      </w:r>
    </w:p>
    <w:p w:rsidR="0054601C" w:rsidRDefault="000952AC">
      <w:pPr>
        <w:widowControl w:val="0"/>
        <w:numPr>
          <w:ilvl w:val="0"/>
          <w:numId w:val="32"/>
        </w:numPr>
        <w:tabs>
          <w:tab w:val="left" w:pos="450"/>
          <w:tab w:val="left" w:pos="1414"/>
          <w:tab w:val="center" w:pos="2163"/>
          <w:tab w:val="right" w:pos="2791"/>
          <w:tab w:val="left" w:pos="2998"/>
          <w:tab w:val="left" w:pos="4318"/>
          <w:tab w:val="left" w:pos="4467"/>
          <w:tab w:val="right" w:pos="4926"/>
        </w:tabs>
        <w:spacing w:after="0" w:line="240" w:lineRule="auto"/>
        <w:ind w:left="0" w:firstLine="0"/>
      </w:pPr>
      <w:r>
        <w:rPr>
          <w:color w:val="000000"/>
          <w:lang w:val="uk-UA" w:eastAsia="uk-UA" w:bidi="uk-UA"/>
        </w:rPr>
        <w:t>Верхня</w:t>
      </w:r>
      <w:r>
        <w:rPr>
          <w:color w:val="000000"/>
          <w:lang w:val="uk-UA" w:eastAsia="uk-UA" w:bidi="uk-UA"/>
        </w:rPr>
        <w:tab/>
        <w:t>губа -</w:t>
      </w:r>
      <w:r>
        <w:rPr>
          <w:color w:val="000000"/>
          <w:lang w:val="uk-UA" w:eastAsia="uk-UA" w:bidi="uk-UA"/>
        </w:rPr>
        <w:tab/>
        <w:t>4</w:t>
      </w:r>
      <w:r>
        <w:rPr>
          <w:color w:val="000000"/>
          <w:lang w:val="uk-UA" w:eastAsia="uk-UA" w:bidi="uk-UA"/>
        </w:rPr>
        <w:tab/>
        <w:t>міс.,</w:t>
      </w:r>
      <w:r>
        <w:rPr>
          <w:color w:val="000000"/>
          <w:lang w:val="uk-UA" w:eastAsia="uk-UA" w:bidi="uk-UA"/>
        </w:rPr>
        <w:tab/>
        <w:t>піднебіння</w:t>
      </w:r>
      <w:r>
        <w:rPr>
          <w:color w:val="000000"/>
          <w:lang w:val="uk-UA" w:eastAsia="uk-UA" w:bidi="uk-UA"/>
        </w:rPr>
        <w:tab/>
        <w:t>-</w:t>
      </w:r>
      <w:r>
        <w:rPr>
          <w:color w:val="000000"/>
          <w:lang w:val="uk-UA" w:eastAsia="uk-UA" w:bidi="uk-UA"/>
        </w:rPr>
        <w:tab/>
        <w:t>5</w:t>
      </w:r>
      <w:r>
        <w:rPr>
          <w:color w:val="000000"/>
          <w:lang w:val="uk-UA" w:eastAsia="uk-UA" w:bidi="uk-UA"/>
        </w:rPr>
        <w:tab/>
        <w:t>міс</w:t>
      </w:r>
    </w:p>
    <w:p w:rsidR="0054601C" w:rsidRDefault="000952AC">
      <w:pPr>
        <w:widowControl w:val="0"/>
        <w:numPr>
          <w:ilvl w:val="0"/>
          <w:numId w:val="32"/>
        </w:numPr>
        <w:tabs>
          <w:tab w:val="left" w:pos="416"/>
          <w:tab w:val="left" w:pos="1381"/>
          <w:tab w:val="center" w:pos="2134"/>
          <w:tab w:val="right" w:pos="2791"/>
          <w:tab w:val="left" w:pos="2998"/>
          <w:tab w:val="left" w:pos="4299"/>
          <w:tab w:val="left" w:pos="4458"/>
          <w:tab w:val="right" w:pos="4926"/>
        </w:tabs>
        <w:spacing w:after="0" w:line="240" w:lineRule="auto"/>
        <w:ind w:left="0" w:firstLine="0"/>
      </w:pPr>
      <w:r>
        <w:rPr>
          <w:color w:val="000000"/>
          <w:lang w:val="uk-UA" w:eastAsia="uk-UA" w:bidi="uk-UA"/>
        </w:rPr>
        <w:t>Верхня</w:t>
      </w:r>
      <w:r>
        <w:rPr>
          <w:color w:val="000000"/>
          <w:lang w:val="uk-UA" w:eastAsia="uk-UA" w:bidi="uk-UA"/>
        </w:rPr>
        <w:tab/>
        <w:t>губа -</w:t>
      </w:r>
      <w:r>
        <w:rPr>
          <w:color w:val="000000"/>
          <w:lang w:val="uk-UA" w:eastAsia="uk-UA" w:bidi="uk-UA"/>
        </w:rPr>
        <w:tab/>
        <w:t>8</w:t>
      </w:r>
      <w:r>
        <w:rPr>
          <w:color w:val="000000"/>
          <w:lang w:val="uk-UA" w:eastAsia="uk-UA" w:bidi="uk-UA"/>
        </w:rPr>
        <w:tab/>
        <w:t>міс.,</w:t>
      </w:r>
      <w:r>
        <w:rPr>
          <w:color w:val="000000"/>
          <w:lang w:val="uk-UA" w:eastAsia="uk-UA" w:bidi="uk-UA"/>
        </w:rPr>
        <w:tab/>
        <w:t>піднебіння</w:t>
      </w:r>
      <w:r>
        <w:rPr>
          <w:color w:val="000000"/>
          <w:lang w:val="uk-UA" w:eastAsia="uk-UA" w:bidi="uk-UA"/>
        </w:rPr>
        <w:tab/>
        <w:t>-</w:t>
      </w:r>
      <w:r>
        <w:rPr>
          <w:color w:val="000000"/>
          <w:lang w:val="uk-UA" w:eastAsia="uk-UA" w:bidi="uk-UA"/>
        </w:rPr>
        <w:tab/>
        <w:t>9</w:t>
      </w:r>
      <w:r>
        <w:rPr>
          <w:color w:val="000000"/>
          <w:lang w:val="uk-UA" w:eastAsia="uk-UA" w:bidi="uk-UA"/>
        </w:rPr>
        <w:tab/>
        <w:t>міс</w:t>
      </w:r>
    </w:p>
    <w:p w:rsidR="0054601C" w:rsidRPr="000952AC" w:rsidRDefault="000952AC">
      <w:pPr>
        <w:widowControl w:val="0"/>
        <w:spacing w:after="0" w:line="240" w:lineRule="auto"/>
        <w:rPr>
          <w:lang w:val="ru-RU"/>
        </w:rPr>
      </w:pPr>
      <w:r>
        <w:rPr>
          <w:color w:val="000000"/>
          <w:lang w:val="uk-UA" w:eastAsia="uk-UA" w:bidi="uk-UA"/>
        </w:rPr>
        <w:t>6. На огляд у клініку стоматології прибула дитина 1 міс. Об'єктивно при огляді виявлено щілину, яка розташована в поперечному напрямку від правого кута рота через всю товщу щоки до переднього краю жувального м'язу.</w:t>
      </w:r>
      <w:r>
        <w:rPr>
          <w:color w:val="000000"/>
          <w:lang w:val="uk-UA" w:eastAsia="uk-UA" w:bidi="uk-UA"/>
        </w:rPr>
        <w:t xml:space="preserve"> Поставте діагноз.</w:t>
      </w:r>
    </w:p>
    <w:p w:rsidR="0054601C" w:rsidRPr="000952AC" w:rsidRDefault="000952AC">
      <w:pPr>
        <w:widowControl w:val="0"/>
        <w:spacing w:after="0" w:line="240" w:lineRule="auto"/>
        <w:rPr>
          <w:lang w:val="ru-RU"/>
        </w:rPr>
      </w:pPr>
      <w:r>
        <w:rPr>
          <w:color w:val="000000"/>
          <w:lang w:val="uk-UA" w:eastAsia="uk-UA" w:bidi="uk-UA"/>
        </w:rPr>
        <w:t>*А. Правобічне поперечне незрощення обличчя</w:t>
      </w:r>
    </w:p>
    <w:p w:rsidR="0054601C" w:rsidRPr="000952AC" w:rsidRDefault="000952AC">
      <w:pPr>
        <w:widowControl w:val="0"/>
        <w:spacing w:after="0" w:line="240" w:lineRule="auto"/>
        <w:rPr>
          <w:lang w:val="ru-RU"/>
        </w:rPr>
      </w:pPr>
      <w:r>
        <w:rPr>
          <w:color w:val="000000"/>
          <w:lang w:val="uk-UA" w:eastAsia="uk-UA" w:bidi="uk-UA"/>
        </w:rPr>
        <w:t>В. Правобічне косе незрощення обличчя</w:t>
      </w:r>
    </w:p>
    <w:p w:rsidR="0054601C" w:rsidRDefault="000952AC">
      <w:pPr>
        <w:widowControl w:val="0"/>
        <w:spacing w:after="0" w:line="240" w:lineRule="auto"/>
      </w:pPr>
      <w:r>
        <w:rPr>
          <w:color w:val="000000"/>
          <w:lang w:val="uk-UA" w:eastAsia="uk-UA" w:bidi="uk-UA"/>
        </w:rPr>
        <w:t>С. Незрощення носа</w:t>
      </w:r>
    </w:p>
    <w:p w:rsidR="0054601C" w:rsidRDefault="000952AC">
      <w:pPr>
        <w:widowControl w:val="0"/>
        <w:numPr>
          <w:ilvl w:val="0"/>
          <w:numId w:val="33"/>
        </w:numPr>
        <w:tabs>
          <w:tab w:val="left" w:pos="450"/>
        </w:tabs>
        <w:spacing w:after="0" w:line="240" w:lineRule="auto"/>
        <w:ind w:left="0" w:firstLine="0"/>
      </w:pPr>
      <w:r>
        <w:rPr>
          <w:color w:val="000000"/>
          <w:lang w:val="uk-UA" w:eastAsia="uk-UA" w:bidi="uk-UA"/>
        </w:rPr>
        <w:t>Правобічне незрощення верхньої губи</w:t>
      </w:r>
    </w:p>
    <w:p w:rsidR="0054601C" w:rsidRDefault="000952AC">
      <w:pPr>
        <w:widowControl w:val="0"/>
        <w:numPr>
          <w:ilvl w:val="0"/>
          <w:numId w:val="33"/>
        </w:numPr>
        <w:tabs>
          <w:tab w:val="left" w:pos="416"/>
        </w:tabs>
        <w:spacing w:after="0" w:line="240" w:lineRule="auto"/>
        <w:ind w:left="0" w:firstLine="0"/>
      </w:pPr>
      <w:r>
        <w:rPr>
          <w:color w:val="000000"/>
          <w:lang w:val="uk-UA" w:eastAsia="uk-UA" w:bidi="uk-UA"/>
        </w:rPr>
        <w:t>Незрощення нижньої щелепи</w:t>
      </w:r>
    </w:p>
    <w:p w:rsidR="0054601C" w:rsidRPr="000952AC" w:rsidRDefault="000952AC">
      <w:pPr>
        <w:widowControl w:val="0"/>
        <w:numPr>
          <w:ilvl w:val="0"/>
          <w:numId w:val="34"/>
        </w:numPr>
        <w:tabs>
          <w:tab w:val="left" w:pos="392"/>
        </w:tabs>
        <w:spacing w:after="0" w:line="240" w:lineRule="auto"/>
        <w:ind w:left="0" w:firstLine="0"/>
        <w:rPr>
          <w:lang w:val="uk-UA"/>
        </w:rPr>
      </w:pPr>
      <w:r>
        <w:rPr>
          <w:color w:val="000000"/>
          <w:lang w:val="uk-UA" w:eastAsia="uk-UA" w:bidi="uk-UA"/>
        </w:rPr>
        <w:t>Батьки 2-х місячного хлопчика звернулися з приводу вродженого дефекту верх</w:t>
      </w:r>
      <w:r>
        <w:rPr>
          <w:color w:val="000000"/>
          <w:lang w:val="uk-UA" w:eastAsia="uk-UA" w:bidi="uk-UA"/>
        </w:rPr>
        <w:t>ньої губи. При огляді визначається дефект тканин верхньої губи зліва у формі щілини, що проходить через всі тканини губи і на 4 мм не доходить до носового ходу. Цілісність альвеолярного відростка і твердого піднебіння збережена. Сформулюйте попередній діаг</w:t>
      </w:r>
      <w:r>
        <w:rPr>
          <w:color w:val="000000"/>
          <w:lang w:val="uk-UA" w:eastAsia="uk-UA" w:bidi="uk-UA"/>
        </w:rPr>
        <w:t>ноз.</w:t>
      </w:r>
    </w:p>
    <w:p w:rsidR="0054601C" w:rsidRPr="000952AC" w:rsidRDefault="000952AC">
      <w:pPr>
        <w:widowControl w:val="0"/>
        <w:spacing w:after="0" w:line="240" w:lineRule="auto"/>
        <w:rPr>
          <w:lang w:val="ru-RU"/>
        </w:rPr>
      </w:pPr>
      <w:r>
        <w:rPr>
          <w:color w:val="000000"/>
          <w:lang w:val="uk-UA" w:eastAsia="uk-UA" w:bidi="uk-UA"/>
        </w:rPr>
        <w:t>*А. Вроджене, явне, неповне, лівостороннє незрощення верхньої губи</w:t>
      </w:r>
    </w:p>
    <w:p w:rsidR="0054601C" w:rsidRPr="000952AC" w:rsidRDefault="000952AC">
      <w:pPr>
        <w:widowControl w:val="0"/>
        <w:numPr>
          <w:ilvl w:val="0"/>
          <w:numId w:val="34"/>
        </w:numPr>
        <w:tabs>
          <w:tab w:val="left" w:pos="435"/>
        </w:tabs>
        <w:spacing w:after="0" w:line="240" w:lineRule="auto"/>
        <w:ind w:left="0" w:firstLine="0"/>
        <w:rPr>
          <w:lang w:val="ru-RU"/>
        </w:rPr>
      </w:pPr>
      <w:r>
        <w:rPr>
          <w:color w:val="000000"/>
          <w:lang w:val="uk-UA" w:eastAsia="uk-UA" w:bidi="uk-UA"/>
        </w:rPr>
        <w:t>Вроджене, явне, повне, лівостороннє незрощення верхньої губи</w:t>
      </w:r>
    </w:p>
    <w:p w:rsidR="0054601C" w:rsidRPr="000952AC" w:rsidRDefault="000952AC">
      <w:pPr>
        <w:widowControl w:val="0"/>
        <w:numPr>
          <w:ilvl w:val="0"/>
          <w:numId w:val="34"/>
        </w:numPr>
        <w:tabs>
          <w:tab w:val="left" w:pos="426"/>
        </w:tabs>
        <w:spacing w:after="0" w:line="240" w:lineRule="auto"/>
        <w:ind w:left="0" w:firstLine="0"/>
        <w:rPr>
          <w:lang w:val="ru-RU"/>
        </w:rPr>
      </w:pPr>
      <w:r>
        <w:rPr>
          <w:color w:val="000000"/>
          <w:lang w:val="uk-UA" w:eastAsia="uk-UA" w:bidi="uk-UA"/>
        </w:rPr>
        <w:t>Вроджене, приховане, лівостороннє незрощення верхньої губи</w:t>
      </w:r>
    </w:p>
    <w:p w:rsidR="0054601C" w:rsidRPr="000952AC" w:rsidRDefault="000952AC">
      <w:pPr>
        <w:widowControl w:val="0"/>
        <w:numPr>
          <w:ilvl w:val="0"/>
          <w:numId w:val="34"/>
        </w:numPr>
        <w:tabs>
          <w:tab w:val="left" w:pos="450"/>
        </w:tabs>
        <w:spacing w:after="0" w:line="240" w:lineRule="auto"/>
        <w:ind w:left="0" w:firstLine="0"/>
        <w:rPr>
          <w:lang w:val="ru-RU"/>
        </w:rPr>
      </w:pPr>
      <w:r>
        <w:rPr>
          <w:color w:val="000000"/>
          <w:lang w:val="uk-UA" w:eastAsia="uk-UA" w:bidi="uk-UA"/>
        </w:rPr>
        <w:t>Вроджене, явне, неповне, двостороннє незрощення верхньої губи</w:t>
      </w:r>
    </w:p>
    <w:p w:rsidR="0054601C" w:rsidRPr="000952AC" w:rsidRDefault="000952AC">
      <w:pPr>
        <w:widowControl w:val="0"/>
        <w:numPr>
          <w:ilvl w:val="0"/>
          <w:numId w:val="34"/>
        </w:numPr>
        <w:tabs>
          <w:tab w:val="left" w:pos="421"/>
        </w:tabs>
        <w:spacing w:after="0" w:line="240" w:lineRule="auto"/>
        <w:ind w:left="0" w:firstLine="0"/>
        <w:rPr>
          <w:lang w:val="ru-RU"/>
        </w:rPr>
      </w:pPr>
      <w:r>
        <w:rPr>
          <w:color w:val="000000"/>
          <w:lang w:val="uk-UA" w:eastAsia="uk-UA" w:bidi="uk-UA"/>
        </w:rPr>
        <w:t>Вроджене, явне, повне, лівостороннє незрощення верхньої губи та піднебіння</w:t>
      </w:r>
    </w:p>
    <w:p w:rsidR="0054601C" w:rsidRPr="000952AC" w:rsidRDefault="000952AC">
      <w:pPr>
        <w:widowControl w:val="0"/>
        <w:spacing w:after="0" w:line="240" w:lineRule="auto"/>
        <w:rPr>
          <w:lang w:val="ru-RU"/>
        </w:rPr>
      </w:pPr>
      <w:r>
        <w:rPr>
          <w:color w:val="000000"/>
          <w:lang w:val="uk-UA" w:eastAsia="uk-UA" w:bidi="uk-UA"/>
        </w:rPr>
        <w:t>8. У дитини 1 міс. діагностовано вроджений дефект м'яких тканин верхньої губи зліва. В які терміни формуються вроджені вади верхньої губи</w:t>
      </w:r>
    </w:p>
    <w:p w:rsidR="0054601C" w:rsidRPr="000952AC" w:rsidRDefault="000952AC">
      <w:pPr>
        <w:widowControl w:val="0"/>
        <w:spacing w:after="0" w:line="240" w:lineRule="auto"/>
        <w:rPr>
          <w:lang w:val="ru-RU"/>
        </w:rPr>
      </w:pPr>
      <w:r>
        <w:rPr>
          <w:color w:val="000000"/>
          <w:lang w:val="uk-UA" w:eastAsia="uk-UA" w:bidi="uk-UA"/>
        </w:rPr>
        <w:t>*А. Протягом другого місяця розвитку плоду</w:t>
      </w:r>
    </w:p>
    <w:p w:rsidR="0054601C" w:rsidRDefault="000952AC">
      <w:pPr>
        <w:widowControl w:val="0"/>
        <w:numPr>
          <w:ilvl w:val="0"/>
          <w:numId w:val="35"/>
        </w:numPr>
        <w:tabs>
          <w:tab w:val="left" w:pos="435"/>
        </w:tabs>
        <w:spacing w:after="0" w:line="240" w:lineRule="auto"/>
        <w:ind w:left="0" w:firstLine="0"/>
      </w:pPr>
      <w:r>
        <w:rPr>
          <w:color w:val="000000"/>
          <w:lang w:val="uk-UA" w:eastAsia="uk-UA" w:bidi="uk-UA"/>
        </w:rPr>
        <w:t>Протягом першого місяця розвитку плоду</w:t>
      </w:r>
    </w:p>
    <w:p w:rsidR="0054601C" w:rsidRDefault="000952AC">
      <w:pPr>
        <w:widowControl w:val="0"/>
        <w:numPr>
          <w:ilvl w:val="0"/>
          <w:numId w:val="35"/>
        </w:numPr>
        <w:tabs>
          <w:tab w:val="left" w:pos="426"/>
        </w:tabs>
        <w:spacing w:after="0" w:line="240" w:lineRule="auto"/>
        <w:ind w:left="0" w:firstLine="0"/>
      </w:pPr>
      <w:r>
        <w:rPr>
          <w:color w:val="000000"/>
          <w:lang w:val="uk-UA" w:eastAsia="uk-UA" w:bidi="uk-UA"/>
        </w:rPr>
        <w:t>Протягом третього місяця розвитку плоду</w:t>
      </w:r>
    </w:p>
    <w:p w:rsidR="0054601C" w:rsidRDefault="000952AC">
      <w:pPr>
        <w:widowControl w:val="0"/>
        <w:numPr>
          <w:ilvl w:val="0"/>
          <w:numId w:val="35"/>
        </w:numPr>
        <w:tabs>
          <w:tab w:val="left" w:pos="450"/>
        </w:tabs>
        <w:spacing w:after="0" w:line="240" w:lineRule="auto"/>
        <w:ind w:left="0" w:firstLine="0"/>
      </w:pPr>
      <w:r>
        <w:rPr>
          <w:color w:val="000000"/>
          <w:lang w:val="uk-UA" w:eastAsia="uk-UA" w:bidi="uk-UA"/>
        </w:rPr>
        <w:t>Протягом четвертого місяця розвитку плоду</w:t>
      </w:r>
    </w:p>
    <w:p w:rsidR="0054601C" w:rsidRDefault="000952AC">
      <w:pPr>
        <w:widowControl w:val="0"/>
        <w:numPr>
          <w:ilvl w:val="0"/>
          <w:numId w:val="35"/>
        </w:numPr>
        <w:tabs>
          <w:tab w:val="left" w:pos="416"/>
        </w:tabs>
        <w:spacing w:after="0" w:line="240" w:lineRule="auto"/>
        <w:ind w:left="0" w:firstLine="0"/>
      </w:pPr>
      <w:r>
        <w:rPr>
          <w:color w:val="000000"/>
          <w:lang w:val="uk-UA" w:eastAsia="uk-UA" w:bidi="uk-UA"/>
        </w:rPr>
        <w:t>Протягом п'ятого місяця розвитку плоду</w:t>
      </w:r>
    </w:p>
    <w:p w:rsidR="0054601C" w:rsidRPr="000952AC" w:rsidRDefault="000952AC">
      <w:pPr>
        <w:widowControl w:val="0"/>
        <w:numPr>
          <w:ilvl w:val="0"/>
          <w:numId w:val="36"/>
        </w:numPr>
        <w:tabs>
          <w:tab w:val="left" w:pos="382"/>
        </w:tabs>
        <w:spacing w:after="0" w:line="240" w:lineRule="auto"/>
        <w:ind w:left="0" w:firstLine="0"/>
        <w:rPr>
          <w:lang w:val="ru-RU"/>
        </w:rPr>
      </w:pPr>
      <w:r>
        <w:rPr>
          <w:color w:val="000000"/>
          <w:lang w:val="uk-UA" w:eastAsia="uk-UA" w:bidi="uk-UA"/>
        </w:rPr>
        <w:t xml:space="preserve">У дитини 2-х років наявне незрощення піднебіння, яке захоплює м'яке піднебіння і тверде </w:t>
      </w:r>
      <w:r>
        <w:rPr>
          <w:color w:val="000000"/>
          <w:lang w:val="uk-UA" w:eastAsia="uk-UA" w:bidi="uk-UA"/>
        </w:rPr>
        <w:t>піднебіння, але не проходить через альвеолярний відросток. Як називається пластична операція усунення дефекту твердого та м'якого піднебіння:</w:t>
      </w:r>
    </w:p>
    <w:p w:rsidR="0054601C" w:rsidRPr="000952AC" w:rsidRDefault="000952AC">
      <w:pPr>
        <w:widowControl w:val="0"/>
        <w:spacing w:after="0" w:line="240" w:lineRule="auto"/>
        <w:rPr>
          <w:lang w:val="ru-RU"/>
        </w:rPr>
      </w:pPr>
      <w:r>
        <w:rPr>
          <w:color w:val="000000"/>
          <w:lang w:val="uk-UA" w:eastAsia="uk-UA" w:bidi="uk-UA"/>
        </w:rPr>
        <w:t>*А. Ураностафілопластика</w:t>
      </w:r>
    </w:p>
    <w:p w:rsidR="0054601C" w:rsidRPr="000952AC" w:rsidRDefault="000952AC">
      <w:pPr>
        <w:widowControl w:val="0"/>
        <w:spacing w:after="0" w:line="240" w:lineRule="auto"/>
        <w:rPr>
          <w:lang w:val="ru-RU"/>
        </w:rPr>
      </w:pPr>
      <w:r>
        <w:rPr>
          <w:color w:val="000000"/>
          <w:lang w:val="uk-UA" w:eastAsia="uk-UA" w:bidi="uk-UA"/>
        </w:rPr>
        <w:t>В. Уранопластика</w:t>
      </w:r>
    </w:p>
    <w:p w:rsidR="0054601C" w:rsidRPr="000952AC" w:rsidRDefault="000952AC">
      <w:pPr>
        <w:widowControl w:val="0"/>
        <w:spacing w:after="0" w:line="240" w:lineRule="auto"/>
        <w:rPr>
          <w:lang w:val="ru-RU"/>
        </w:rPr>
      </w:pPr>
      <w:r>
        <w:rPr>
          <w:color w:val="000000"/>
          <w:lang w:val="uk-UA" w:eastAsia="uk-UA" w:bidi="uk-UA"/>
        </w:rPr>
        <w:t>С. Стафілопластика</w:t>
      </w:r>
    </w:p>
    <w:p w:rsidR="0054601C" w:rsidRDefault="000952AC">
      <w:pPr>
        <w:widowControl w:val="0"/>
        <w:spacing w:after="0" w:line="240" w:lineRule="auto"/>
      </w:pPr>
      <w:r>
        <w:rPr>
          <w:color w:val="000000"/>
          <w:lang w:val="uk-UA" w:eastAsia="uk-UA" w:bidi="uk-UA"/>
        </w:rPr>
        <w:t>D. Ураностафілотомія</w:t>
      </w:r>
    </w:p>
    <w:p w:rsidR="0054601C" w:rsidRDefault="000952AC">
      <w:pPr>
        <w:widowControl w:val="0"/>
        <w:spacing w:after="0" w:line="240" w:lineRule="auto"/>
      </w:pPr>
      <w:r>
        <w:rPr>
          <w:color w:val="000000"/>
          <w:lang w:val="uk-UA" w:eastAsia="uk-UA" w:bidi="uk-UA"/>
        </w:rPr>
        <w:t>Е. Френулотомія</w:t>
      </w:r>
    </w:p>
    <w:p w:rsidR="0054601C" w:rsidRPr="000952AC" w:rsidRDefault="000952AC">
      <w:pPr>
        <w:widowControl w:val="0"/>
        <w:numPr>
          <w:ilvl w:val="0"/>
          <w:numId w:val="36"/>
        </w:numPr>
        <w:tabs>
          <w:tab w:val="left" w:pos="522"/>
        </w:tabs>
        <w:spacing w:after="0" w:line="240" w:lineRule="auto"/>
        <w:ind w:left="0" w:firstLine="0"/>
        <w:rPr>
          <w:lang w:val="ru-RU"/>
        </w:rPr>
      </w:pPr>
      <w:r>
        <w:rPr>
          <w:color w:val="000000"/>
          <w:lang w:val="uk-UA" w:eastAsia="uk-UA" w:bidi="uk-UA"/>
        </w:rPr>
        <w:t>У дитини 2-х рок</w:t>
      </w:r>
      <w:r>
        <w:rPr>
          <w:color w:val="000000"/>
          <w:lang w:val="uk-UA" w:eastAsia="uk-UA" w:bidi="uk-UA"/>
        </w:rPr>
        <w:t>ів наявне незрощення піднебіння, яке захоплює м'яке піднебіння і тверде піднебіння, але не проходить через альвеолярний</w:t>
      </w:r>
    </w:p>
    <w:p w:rsidR="0054601C" w:rsidRPr="000952AC" w:rsidRDefault="000952AC">
      <w:pPr>
        <w:widowControl w:val="0"/>
        <w:spacing w:after="0" w:line="240" w:lineRule="auto"/>
        <w:rPr>
          <w:lang w:val="ru-RU"/>
        </w:rPr>
      </w:pPr>
      <w:r>
        <w:rPr>
          <w:color w:val="000000"/>
          <w:lang w:val="uk-UA" w:eastAsia="uk-UA" w:bidi="uk-UA"/>
        </w:rPr>
        <w:t>відросток. Який діагноз ви поставите у даному випадку?</w:t>
      </w:r>
    </w:p>
    <w:p w:rsidR="0054601C" w:rsidRDefault="000952AC">
      <w:pPr>
        <w:widowControl w:val="0"/>
        <w:tabs>
          <w:tab w:val="left" w:pos="1454"/>
          <w:tab w:val="left" w:pos="3802"/>
          <w:tab w:val="left" w:pos="5827"/>
          <w:tab w:val="left" w:pos="8323"/>
        </w:tabs>
        <w:spacing w:after="0" w:line="240" w:lineRule="auto"/>
      </w:pPr>
      <w:r>
        <w:rPr>
          <w:color w:val="000000"/>
          <w:lang w:val="uk-UA" w:eastAsia="uk-UA" w:bidi="uk-UA"/>
        </w:rPr>
        <w:t>*А.</w:t>
      </w:r>
      <w:r>
        <w:rPr>
          <w:color w:val="000000"/>
          <w:lang w:val="uk-UA" w:eastAsia="uk-UA" w:bidi="uk-UA"/>
        </w:rPr>
        <w:tab/>
        <w:t>Ізольоване</w:t>
      </w:r>
      <w:r>
        <w:rPr>
          <w:color w:val="000000"/>
          <w:lang w:val="uk-UA" w:eastAsia="uk-UA" w:bidi="uk-UA"/>
        </w:rPr>
        <w:tab/>
        <w:t>неповне</w:t>
      </w:r>
      <w:r>
        <w:rPr>
          <w:color w:val="000000"/>
          <w:lang w:val="uk-UA" w:eastAsia="uk-UA" w:bidi="uk-UA"/>
        </w:rPr>
        <w:tab/>
        <w:t>незрощення</w:t>
      </w:r>
      <w:r>
        <w:rPr>
          <w:color w:val="000000"/>
          <w:lang w:val="uk-UA" w:eastAsia="uk-UA" w:bidi="uk-UA"/>
        </w:rPr>
        <w:tab/>
        <w:t>піднебіння</w:t>
      </w:r>
    </w:p>
    <w:p w:rsidR="0054601C" w:rsidRDefault="000952AC">
      <w:pPr>
        <w:widowControl w:val="0"/>
        <w:numPr>
          <w:ilvl w:val="0"/>
          <w:numId w:val="37"/>
        </w:numPr>
        <w:tabs>
          <w:tab w:val="left" w:pos="430"/>
        </w:tabs>
        <w:spacing w:after="0" w:line="240" w:lineRule="auto"/>
        <w:ind w:left="0" w:firstLine="0"/>
      </w:pPr>
      <w:r>
        <w:rPr>
          <w:color w:val="000000"/>
          <w:lang w:val="uk-UA" w:eastAsia="uk-UA" w:bidi="uk-UA"/>
        </w:rPr>
        <w:t>Ізольоване повне незрощення піднебін</w:t>
      </w:r>
      <w:r>
        <w:rPr>
          <w:color w:val="000000"/>
          <w:lang w:val="uk-UA" w:eastAsia="uk-UA" w:bidi="uk-UA"/>
        </w:rPr>
        <w:t>ня</w:t>
      </w:r>
    </w:p>
    <w:p w:rsidR="0054601C" w:rsidRDefault="000952AC">
      <w:pPr>
        <w:widowControl w:val="0"/>
        <w:numPr>
          <w:ilvl w:val="0"/>
          <w:numId w:val="37"/>
        </w:numPr>
        <w:tabs>
          <w:tab w:val="left" w:pos="421"/>
        </w:tabs>
        <w:spacing w:after="0" w:line="240" w:lineRule="auto"/>
        <w:ind w:left="0" w:firstLine="0"/>
      </w:pPr>
      <w:r>
        <w:rPr>
          <w:color w:val="000000"/>
          <w:lang w:val="uk-UA" w:eastAsia="uk-UA" w:bidi="uk-UA"/>
        </w:rPr>
        <w:t>Комбіноване незрощення піднебіння</w:t>
      </w:r>
    </w:p>
    <w:p w:rsidR="0054601C" w:rsidRDefault="000952AC">
      <w:pPr>
        <w:widowControl w:val="0"/>
        <w:numPr>
          <w:ilvl w:val="0"/>
          <w:numId w:val="37"/>
        </w:numPr>
        <w:tabs>
          <w:tab w:val="left" w:pos="450"/>
        </w:tabs>
        <w:spacing w:after="0" w:line="240" w:lineRule="auto"/>
        <w:ind w:left="0" w:firstLine="0"/>
      </w:pPr>
      <w:r>
        <w:rPr>
          <w:color w:val="000000"/>
          <w:lang w:val="uk-UA" w:eastAsia="uk-UA" w:bidi="uk-UA"/>
        </w:rPr>
        <w:t>Повне незрощення верхньої губи</w:t>
      </w:r>
    </w:p>
    <w:p w:rsidR="0054601C" w:rsidRDefault="000952AC">
      <w:pPr>
        <w:widowControl w:val="0"/>
        <w:numPr>
          <w:ilvl w:val="0"/>
          <w:numId w:val="37"/>
        </w:numPr>
        <w:tabs>
          <w:tab w:val="left" w:pos="416"/>
        </w:tabs>
        <w:spacing w:after="320" w:line="240" w:lineRule="auto"/>
        <w:ind w:left="0" w:firstLine="0"/>
      </w:pPr>
      <w:r>
        <w:rPr>
          <w:color w:val="000000"/>
          <w:lang w:val="uk-UA" w:eastAsia="uk-UA" w:bidi="uk-UA"/>
        </w:rPr>
        <w:t>Колобома</w:t>
      </w:r>
    </w:p>
    <w:p w:rsidR="0054601C" w:rsidRDefault="000952AC">
      <w:pPr>
        <w:widowControl w:val="0"/>
        <w:spacing w:after="0" w:line="240" w:lineRule="auto"/>
        <w:ind w:firstLine="560"/>
      </w:pPr>
      <w:r>
        <w:rPr>
          <w:b/>
          <w:bCs/>
          <w:color w:val="000000"/>
          <w:u w:val="single"/>
          <w:lang w:val="uk-UA" w:eastAsia="uk-UA" w:bidi="uk-UA"/>
        </w:rPr>
        <w:t>7.Матеріали для аудиторної самостійної роботи</w:t>
      </w:r>
    </w:p>
    <w:p w:rsidR="0054601C" w:rsidRPr="000952AC" w:rsidRDefault="000952AC">
      <w:pPr>
        <w:widowControl w:val="0"/>
        <w:numPr>
          <w:ilvl w:val="1"/>
          <w:numId w:val="38"/>
        </w:numPr>
        <w:tabs>
          <w:tab w:val="left" w:pos="1251"/>
        </w:tabs>
        <w:spacing w:after="1280" w:line="240" w:lineRule="auto"/>
        <w:ind w:left="0" w:firstLine="820"/>
        <w:rPr>
          <w:lang w:val="ru-RU"/>
        </w:rPr>
      </w:pPr>
      <w:r>
        <w:rPr>
          <w:b/>
          <w:bCs/>
          <w:i/>
          <w:iCs/>
          <w:color w:val="000000"/>
          <w:u w:val="single"/>
          <w:lang w:val="uk-UA" w:eastAsia="uk-UA" w:bidi="uk-UA"/>
        </w:rPr>
        <w:t xml:space="preserve">Перелік навчальних практичних завдань, які необхідно виконати на основному етапі практичного заняття для оволодіння практичними </w:t>
      </w:r>
      <w:r>
        <w:rPr>
          <w:b/>
          <w:bCs/>
          <w:i/>
          <w:iCs/>
          <w:color w:val="000000"/>
          <w:u w:val="single"/>
          <w:lang w:val="uk-UA" w:eastAsia="uk-UA" w:bidi="uk-UA"/>
        </w:rPr>
        <w:t>навиками та професійними вміннями, наприклад:</w:t>
      </w:r>
    </w:p>
    <w:p w:rsidR="0054601C" w:rsidRPr="000952AC" w:rsidRDefault="000952AC">
      <w:pPr>
        <w:widowControl w:val="0"/>
        <w:spacing w:after="0" w:line="240" w:lineRule="auto"/>
        <w:jc w:val="center"/>
        <w:rPr>
          <w:lang w:val="ru-RU"/>
        </w:rPr>
      </w:pPr>
      <w:r>
        <w:rPr>
          <w:i/>
          <w:iCs/>
          <w:color w:val="000000"/>
          <w:u w:val="single"/>
          <w:lang w:val="uk-UA" w:eastAsia="uk-UA" w:bidi="uk-UA"/>
        </w:rPr>
        <w:t>7.2 Професійні алгоритми (інструкції) для оволодіння практичними</w:t>
      </w:r>
    </w:p>
    <w:p w:rsidR="0054601C" w:rsidRDefault="000952AC">
      <w:pPr>
        <w:widowControl w:val="0"/>
        <w:spacing w:after="0" w:line="240" w:lineRule="auto"/>
        <w:ind w:left="91"/>
      </w:pPr>
      <w:r>
        <w:rPr>
          <w:i/>
          <w:iCs/>
          <w:color w:val="000000"/>
          <w:u w:val="single"/>
          <w:lang w:val="uk-UA" w:eastAsia="uk-UA" w:bidi="uk-UA"/>
        </w:rPr>
        <w:lastRenderedPageBreak/>
        <w:t>навиками та професійними вміннями</w:t>
      </w:r>
      <w:r>
        <w:rPr>
          <w:i/>
          <w:iCs/>
          <w:color w:val="000000"/>
          <w:u w:val="single"/>
          <w:lang w:val="uk-UA" w:eastAsia="uk-UA" w:bidi="uk-UA"/>
        </w:rPr>
        <w:t>.</w:t>
      </w:r>
    </w:p>
    <w:tbl>
      <w:tblPr>
        <w:tblOverlap w:val="never"/>
        <w:tblW w:w="0" w:type="auto"/>
        <w:jc w:val="center"/>
        <w:tblLayout w:type="fixed"/>
        <w:tblLook w:val="04A0" w:firstRow="1" w:lastRow="0" w:firstColumn="1" w:lastColumn="0" w:noHBand="0" w:noVBand="1"/>
      </w:tblPr>
      <w:tblGrid>
        <w:gridCol w:w="542"/>
        <w:gridCol w:w="2290"/>
        <w:gridCol w:w="5390"/>
        <w:gridCol w:w="1565"/>
      </w:tblGrid>
      <w:tr w:rsidR="0054601C">
        <w:trPr>
          <w:cantSplit/>
          <w:trHeight w:hRule="exact" w:val="370"/>
          <w:jc w:val="center"/>
        </w:trPr>
        <w:tc>
          <w:tcPr>
            <w:tcW w:w="542" w:type="dxa"/>
            <w:tcBorders>
              <w:top w:val="single" w:sz="4" w:space="0" w:color="auto"/>
              <w:lef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w:t>
            </w:r>
          </w:p>
        </w:tc>
        <w:tc>
          <w:tcPr>
            <w:tcW w:w="2290" w:type="dxa"/>
            <w:tcBorders>
              <w:top w:val="single" w:sz="4" w:space="0" w:color="auto"/>
              <w:left w:val="single" w:sz="4" w:space="0" w:color="auto"/>
            </w:tcBorders>
            <w:shd w:val="clear" w:color="auto" w:fill="auto"/>
            <w:vAlign w:val="bottom"/>
          </w:tcPr>
          <w:p w:rsidR="0054601C" w:rsidRDefault="000952AC">
            <w:pPr>
              <w:widowControl w:val="0"/>
              <w:spacing w:after="0" w:line="240" w:lineRule="auto"/>
              <w:jc w:val="center"/>
            </w:pPr>
            <w:r>
              <w:rPr>
                <w:color w:val="000000"/>
                <w:lang w:val="uk-UA" w:eastAsia="uk-UA" w:bidi="uk-UA"/>
              </w:rPr>
              <w:t>Завдання</w:t>
            </w:r>
          </w:p>
        </w:tc>
        <w:tc>
          <w:tcPr>
            <w:tcW w:w="5390" w:type="dxa"/>
            <w:tcBorders>
              <w:top w:val="single" w:sz="4" w:space="0" w:color="auto"/>
              <w:left w:val="single" w:sz="4" w:space="0" w:color="auto"/>
            </w:tcBorders>
            <w:shd w:val="clear" w:color="auto" w:fill="auto"/>
            <w:vAlign w:val="bottom"/>
          </w:tcPr>
          <w:p w:rsidR="0054601C" w:rsidRDefault="000952AC">
            <w:pPr>
              <w:widowControl w:val="0"/>
              <w:spacing w:after="0" w:line="240" w:lineRule="auto"/>
              <w:jc w:val="center"/>
            </w:pPr>
            <w:r>
              <w:rPr>
                <w:color w:val="000000"/>
                <w:lang w:val="uk-UA" w:eastAsia="uk-UA" w:bidi="uk-UA"/>
              </w:rPr>
              <w:t>Вказівки</w:t>
            </w:r>
          </w:p>
        </w:tc>
        <w:tc>
          <w:tcPr>
            <w:tcW w:w="1565" w:type="dxa"/>
            <w:tcBorders>
              <w:top w:val="single" w:sz="4" w:space="0" w:color="auto"/>
              <w:left w:val="single" w:sz="4" w:space="0" w:color="auto"/>
              <w:right w:val="single" w:sz="4" w:space="0" w:color="auto"/>
            </w:tcBorders>
            <w:shd w:val="clear" w:color="auto" w:fill="auto"/>
            <w:vAlign w:val="bottom"/>
          </w:tcPr>
          <w:p w:rsidR="0054601C" w:rsidRDefault="000952AC">
            <w:pPr>
              <w:widowControl w:val="0"/>
              <w:spacing w:after="0" w:line="240" w:lineRule="auto"/>
              <w:jc w:val="center"/>
            </w:pPr>
            <w:r>
              <w:rPr>
                <w:color w:val="000000"/>
                <w:lang w:val="uk-UA" w:eastAsia="uk-UA" w:bidi="uk-UA"/>
              </w:rPr>
              <w:t>Примітки</w:t>
            </w:r>
          </w:p>
        </w:tc>
      </w:tr>
      <w:tr w:rsidR="0054601C" w:rsidRPr="000952AC">
        <w:trPr>
          <w:cantSplit/>
          <w:trHeight w:hRule="exact" w:val="1622"/>
          <w:jc w:val="center"/>
        </w:trPr>
        <w:tc>
          <w:tcPr>
            <w:tcW w:w="542" w:type="dxa"/>
            <w:tcBorders>
              <w:top w:val="single" w:sz="4" w:space="0" w:color="auto"/>
              <w:left w:val="single" w:sz="4" w:space="0" w:color="auto"/>
            </w:tcBorders>
            <w:shd w:val="clear" w:color="auto" w:fill="auto"/>
          </w:tcPr>
          <w:p w:rsidR="0054601C" w:rsidRDefault="000952AC">
            <w:pPr>
              <w:widowControl w:val="0"/>
              <w:spacing w:after="0" w:line="240" w:lineRule="auto"/>
            </w:pPr>
            <w:r>
              <w:rPr>
                <w:color w:val="000000"/>
                <w:lang w:val="uk-UA" w:eastAsia="uk-UA" w:bidi="uk-UA"/>
              </w:rPr>
              <w:t>1</w:t>
            </w:r>
          </w:p>
        </w:tc>
        <w:tc>
          <w:tcPr>
            <w:tcW w:w="2290" w:type="dxa"/>
            <w:tcBorders>
              <w:top w:val="single" w:sz="4" w:space="0" w:color="auto"/>
              <w:left w:val="single" w:sz="4" w:space="0" w:color="auto"/>
            </w:tcBorders>
            <w:shd w:val="clear" w:color="auto" w:fill="auto"/>
          </w:tcPr>
          <w:p w:rsidR="0054601C" w:rsidRPr="000952AC" w:rsidRDefault="000952AC">
            <w:pPr>
              <w:widowControl w:val="0"/>
              <w:spacing w:after="0" w:line="240" w:lineRule="auto"/>
              <w:rPr>
                <w:lang w:val="ru-RU"/>
              </w:rPr>
            </w:pPr>
            <w:r>
              <w:rPr>
                <w:color w:val="000000"/>
                <w:lang w:val="uk-UA" w:eastAsia="uk-UA" w:bidi="uk-UA"/>
              </w:rPr>
              <w:t>Оволодіти навиками обстеження сопр у дітей.</w:t>
            </w:r>
          </w:p>
        </w:tc>
        <w:tc>
          <w:tcPr>
            <w:tcW w:w="5390" w:type="dxa"/>
            <w:tcBorders>
              <w:top w:val="single" w:sz="4" w:space="0" w:color="auto"/>
              <w:left w:val="single" w:sz="4" w:space="0" w:color="auto"/>
            </w:tcBorders>
            <w:shd w:val="clear" w:color="auto" w:fill="auto"/>
            <w:vAlign w:val="bottom"/>
          </w:tcPr>
          <w:p w:rsidR="0054601C" w:rsidRDefault="000952AC">
            <w:pPr>
              <w:widowControl w:val="0"/>
              <w:spacing w:after="0" w:line="240" w:lineRule="auto"/>
            </w:pPr>
            <w:r>
              <w:rPr>
                <w:color w:val="000000"/>
                <w:lang w:val="uk-UA" w:eastAsia="uk-UA" w:bidi="uk-UA"/>
              </w:rPr>
              <w:t xml:space="preserve">Виконувати в такій послідовності </w:t>
            </w:r>
            <w:r>
              <w:rPr>
                <w:color w:val="000000"/>
                <w:lang w:val="uk-UA" w:eastAsia="uk-UA" w:bidi="uk-UA"/>
              </w:rPr>
              <w:t>(дається чіткий покроковий алгоритм виконання): Обстеження стану червоної облямівки губ. Обстеження присінку ротової порожнини. Дослідження стану сопр.</w:t>
            </w:r>
          </w:p>
        </w:tc>
        <w:tc>
          <w:tcPr>
            <w:tcW w:w="1565" w:type="dxa"/>
            <w:tcBorders>
              <w:top w:val="single" w:sz="4" w:space="0" w:color="auto"/>
              <w:left w:val="single" w:sz="4" w:space="0" w:color="auto"/>
              <w:right w:val="single" w:sz="4" w:space="0" w:color="auto"/>
            </w:tcBorders>
            <w:shd w:val="clear" w:color="auto" w:fill="auto"/>
            <w:vAlign w:val="bottom"/>
          </w:tcPr>
          <w:p w:rsidR="0054601C" w:rsidRPr="000952AC" w:rsidRDefault="000952AC">
            <w:pPr>
              <w:widowControl w:val="0"/>
              <w:spacing w:after="0" w:line="240" w:lineRule="auto"/>
              <w:rPr>
                <w:lang w:val="ru-RU"/>
              </w:rPr>
            </w:pPr>
            <w:r>
              <w:rPr>
                <w:color w:val="000000"/>
                <w:lang w:val="uk-UA" w:eastAsia="uk-UA" w:bidi="uk-UA"/>
              </w:rPr>
              <w:t>Обережно! Проконтро лювати стан сопр.</w:t>
            </w:r>
          </w:p>
        </w:tc>
      </w:tr>
      <w:tr w:rsidR="0054601C">
        <w:trPr>
          <w:cantSplit/>
          <w:trHeight w:hRule="exact" w:val="1382"/>
          <w:jc w:val="center"/>
        </w:trPr>
        <w:tc>
          <w:tcPr>
            <w:tcW w:w="542"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pPr>
            <w:r>
              <w:rPr>
                <w:color w:val="000000"/>
                <w:lang w:val="uk-UA" w:eastAsia="uk-UA" w:bidi="uk-UA"/>
              </w:rPr>
              <w:t>2.</w:t>
            </w:r>
          </w:p>
        </w:tc>
        <w:tc>
          <w:tcPr>
            <w:tcW w:w="2290" w:type="dxa"/>
            <w:tcBorders>
              <w:top w:val="single" w:sz="4" w:space="0" w:color="auto"/>
              <w:left w:val="single" w:sz="4" w:space="0" w:color="auto"/>
              <w:bottom w:val="single" w:sz="4" w:space="0" w:color="auto"/>
            </w:tcBorders>
            <w:shd w:val="clear" w:color="auto" w:fill="auto"/>
          </w:tcPr>
          <w:p w:rsidR="0054601C" w:rsidRDefault="000952AC">
            <w:pPr>
              <w:widowControl w:val="0"/>
              <w:spacing w:after="0" w:line="240" w:lineRule="auto"/>
            </w:pPr>
            <w:r>
              <w:rPr>
                <w:color w:val="000000"/>
                <w:lang w:val="uk-UA" w:eastAsia="uk-UA" w:bidi="uk-UA"/>
              </w:rPr>
              <w:t>Провести курацію хворого.</w:t>
            </w:r>
          </w:p>
        </w:tc>
        <w:tc>
          <w:tcPr>
            <w:tcW w:w="5390" w:type="dxa"/>
            <w:tcBorders>
              <w:top w:val="single" w:sz="4" w:space="0" w:color="auto"/>
              <w:left w:val="single" w:sz="4" w:space="0" w:color="auto"/>
              <w:bottom w:val="single" w:sz="4" w:space="0" w:color="auto"/>
            </w:tcBorders>
            <w:shd w:val="clear" w:color="auto" w:fill="auto"/>
            <w:vAlign w:val="center"/>
          </w:tcPr>
          <w:p w:rsidR="0054601C" w:rsidRDefault="000952AC">
            <w:pPr>
              <w:widowControl w:val="0"/>
              <w:spacing w:after="0" w:line="240" w:lineRule="auto"/>
            </w:pPr>
            <w:r>
              <w:rPr>
                <w:color w:val="000000"/>
                <w:lang w:val="uk-UA" w:eastAsia="uk-UA" w:bidi="uk-UA"/>
              </w:rPr>
              <w:t>В ході обстеження виявити:</w:t>
            </w:r>
          </w:p>
          <w:p w:rsidR="0054601C" w:rsidRPr="000952AC" w:rsidRDefault="000952AC">
            <w:pPr>
              <w:widowControl w:val="0"/>
              <w:numPr>
                <w:ilvl w:val="0"/>
                <w:numId w:val="39"/>
              </w:numPr>
              <w:tabs>
                <w:tab w:val="left" w:pos="259"/>
              </w:tabs>
              <w:spacing w:after="0" w:line="240" w:lineRule="auto"/>
              <w:ind w:left="0" w:firstLine="0"/>
              <w:rPr>
                <w:lang w:val="ru-RU"/>
              </w:rPr>
            </w:pPr>
            <w:r>
              <w:rPr>
                <w:color w:val="000000"/>
                <w:lang w:val="uk-UA" w:eastAsia="uk-UA" w:bidi="uk-UA"/>
              </w:rPr>
              <w:t xml:space="preserve">Стан </w:t>
            </w:r>
            <w:r>
              <w:rPr>
                <w:color w:val="000000"/>
                <w:lang w:val="uk-UA" w:eastAsia="uk-UA" w:bidi="uk-UA"/>
              </w:rPr>
              <w:t>слизової оболонки у дітей.</w:t>
            </w:r>
          </w:p>
          <w:p w:rsidR="0054601C" w:rsidRDefault="000952AC">
            <w:pPr>
              <w:widowControl w:val="0"/>
              <w:numPr>
                <w:ilvl w:val="0"/>
                <w:numId w:val="39"/>
              </w:numPr>
              <w:tabs>
                <w:tab w:val="left" w:pos="259"/>
              </w:tabs>
              <w:spacing w:after="0" w:line="240" w:lineRule="auto"/>
              <w:ind w:left="0" w:firstLine="0"/>
            </w:pPr>
            <w:r>
              <w:rPr>
                <w:color w:val="000000"/>
                <w:lang w:val="uk-UA" w:eastAsia="uk-UA" w:bidi="uk-UA"/>
              </w:rPr>
              <w:t>Стан присінку ротової порожнини.</w:t>
            </w:r>
          </w:p>
          <w:p w:rsidR="0054601C" w:rsidRDefault="000952AC">
            <w:pPr>
              <w:widowControl w:val="0"/>
              <w:numPr>
                <w:ilvl w:val="0"/>
                <w:numId w:val="39"/>
              </w:numPr>
              <w:tabs>
                <w:tab w:val="left" w:pos="259"/>
              </w:tabs>
              <w:spacing w:after="0" w:line="240" w:lineRule="auto"/>
              <w:ind w:left="0" w:firstLine="0"/>
            </w:pPr>
            <w:r>
              <w:rPr>
                <w:color w:val="000000"/>
                <w:lang w:val="uk-UA" w:eastAsia="uk-UA" w:bidi="uk-UA"/>
              </w:rPr>
              <w:t>Стан ясен.</w:t>
            </w:r>
          </w:p>
        </w:tc>
        <w:tc>
          <w:tcPr>
            <w:tcW w:w="1565" w:type="dxa"/>
            <w:tcBorders>
              <w:top w:val="single" w:sz="4" w:space="0" w:color="auto"/>
              <w:left w:val="single" w:sz="4" w:space="0" w:color="auto"/>
              <w:bottom w:val="single" w:sz="4" w:space="0" w:color="auto"/>
              <w:right w:val="single" w:sz="4" w:space="0" w:color="auto"/>
            </w:tcBorders>
            <w:shd w:val="clear" w:color="auto" w:fill="auto"/>
          </w:tcPr>
          <w:p w:rsidR="0054601C" w:rsidRDefault="0054601C">
            <w:pPr>
              <w:widowControl w:val="0"/>
              <w:rPr>
                <w:sz w:val="10"/>
                <w:szCs w:val="10"/>
              </w:rPr>
            </w:pPr>
          </w:p>
        </w:tc>
      </w:tr>
    </w:tbl>
    <w:p w:rsidR="0054601C" w:rsidRDefault="0054601C">
      <w:pPr>
        <w:widowControl w:val="0"/>
        <w:spacing w:after="1279" w:line="1" w:lineRule="exact"/>
      </w:pPr>
    </w:p>
    <w:p w:rsidR="0054601C" w:rsidRPr="000952AC" w:rsidRDefault="000952AC">
      <w:pPr>
        <w:widowControl w:val="0"/>
        <w:numPr>
          <w:ilvl w:val="1"/>
          <w:numId w:val="40"/>
        </w:numPr>
        <w:tabs>
          <w:tab w:val="left" w:pos="1948"/>
        </w:tabs>
        <w:spacing w:after="0" w:line="240" w:lineRule="auto"/>
        <w:ind w:left="1240" w:hanging="420"/>
        <w:rPr>
          <w:lang w:val="ru-RU"/>
        </w:rPr>
      </w:pPr>
      <w:r>
        <w:rPr>
          <w:b/>
          <w:bCs/>
          <w:i/>
          <w:iCs/>
          <w:color w:val="000000"/>
          <w:u w:val="single"/>
          <w:lang w:val="uk-UA" w:eastAsia="uk-UA" w:bidi="uk-UA"/>
        </w:rPr>
        <w:t>Методичне забезпечення самостійної роботи студентів на основному етапі практичного заняття:</w:t>
      </w:r>
      <w:r w:rsidRPr="000952AC">
        <w:rPr>
          <w:lang w:val="ru-RU"/>
        </w:rPr>
        <w:br w:type="page"/>
      </w:r>
    </w:p>
    <w:p w:rsidR="0054601C" w:rsidRDefault="000952AC">
      <w:pPr>
        <w:widowControl w:val="0"/>
        <w:rPr>
          <w:sz w:val="2"/>
          <w:szCs w:val="2"/>
        </w:rPr>
      </w:pPr>
      <w:r>
        <w:rPr>
          <w:noProof/>
        </w:rPr>
        <w:lastRenderedPageBreak/>
        <w:drawing>
          <wp:inline distT="0" distB="0" distL="0" distR="0">
            <wp:extent cx="5559425" cy="2578735"/>
            <wp:effectExtent l="0" t="0" r="0" b="0"/>
            <wp:docPr id="10" name="Picut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a:stretch/>
                  </pic:blipFill>
                  <pic:spPr>
                    <a:xfrm>
                      <a:off x="0" y="0"/>
                      <a:ext cx="5559425" cy="2578735"/>
                    </a:xfrm>
                    <a:prstGeom prst="rect">
                      <a:avLst/>
                    </a:prstGeom>
                  </pic:spPr>
                </pic:pic>
              </a:graphicData>
            </a:graphic>
          </wp:inline>
        </w:drawing>
      </w:r>
    </w:p>
    <w:p w:rsidR="0054601C" w:rsidRDefault="0054601C">
      <w:pPr>
        <w:widowControl w:val="0"/>
        <w:spacing w:after="99" w:line="1" w:lineRule="exact"/>
      </w:pPr>
    </w:p>
    <w:p w:rsidR="0054601C" w:rsidRDefault="0054601C">
      <w:pPr>
        <w:widowControl w:val="0"/>
        <w:spacing w:line="1" w:lineRule="exact"/>
      </w:pPr>
    </w:p>
    <w:p w:rsidR="0054601C" w:rsidRPr="000952AC" w:rsidRDefault="000952AC">
      <w:pPr>
        <w:widowControl w:val="0"/>
        <w:spacing w:after="0" w:line="240" w:lineRule="auto"/>
        <w:jc w:val="center"/>
        <w:rPr>
          <w:lang w:val="ru-RU"/>
        </w:rPr>
      </w:pPr>
      <w:r>
        <w:rPr>
          <w:color w:val="000000"/>
          <w:lang w:val="uk-UA" w:eastAsia="uk-UA" w:bidi="uk-UA"/>
        </w:rPr>
        <w:t>Результат ортодонтичного лікування розробленим апаратом пацієнта В., 9 років</w:t>
      </w:r>
    </w:p>
    <w:p w:rsidR="0054601C" w:rsidRDefault="000952AC">
      <w:pPr>
        <w:widowControl w:val="0"/>
        <w:jc w:val="center"/>
        <w:rPr>
          <w:sz w:val="2"/>
          <w:szCs w:val="2"/>
        </w:rPr>
      </w:pPr>
      <w:r>
        <w:rPr>
          <w:noProof/>
        </w:rPr>
        <w:drawing>
          <wp:inline distT="0" distB="0" distL="0" distR="0">
            <wp:extent cx="5864225" cy="4492625"/>
            <wp:effectExtent l="0" t="0" r="0" b="0"/>
            <wp:docPr id="18" name="Picut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a:stretch/>
                  </pic:blipFill>
                  <pic:spPr>
                    <a:xfrm>
                      <a:off x="0" y="0"/>
                      <a:ext cx="5864225" cy="4492625"/>
                    </a:xfrm>
                    <a:prstGeom prst="rect">
                      <a:avLst/>
                    </a:prstGeom>
                  </pic:spPr>
                </pic:pic>
              </a:graphicData>
            </a:graphic>
          </wp:inline>
        </w:drawing>
      </w:r>
    </w:p>
    <w:p w:rsidR="0054601C" w:rsidRPr="000952AC" w:rsidRDefault="000952AC">
      <w:pPr>
        <w:widowControl w:val="0"/>
        <w:spacing w:after="0" w:line="240" w:lineRule="auto"/>
        <w:rPr>
          <w:lang w:val="ru-RU"/>
        </w:rPr>
      </w:pPr>
      <w:r>
        <w:rPr>
          <w:color w:val="000000"/>
          <w:lang w:val="uk-UA" w:eastAsia="uk-UA" w:bidi="uk-UA"/>
        </w:rPr>
        <w:t xml:space="preserve">КДМ </w:t>
      </w:r>
      <w:r>
        <w:rPr>
          <w:color w:val="000000"/>
          <w:lang w:val="uk-UA" w:eastAsia="uk-UA" w:bidi="uk-UA"/>
        </w:rPr>
        <w:t>пацієнта до та після експансії розробленним апаратом</w:t>
      </w:r>
    </w:p>
    <w:p w:rsidR="0054601C" w:rsidRPr="000952AC" w:rsidRDefault="000952AC">
      <w:pPr>
        <w:widowControl w:val="0"/>
        <w:spacing w:line="1" w:lineRule="exact"/>
        <w:rPr>
          <w:lang w:val="ru-RU"/>
        </w:rPr>
      </w:pPr>
      <w:r w:rsidRPr="000952AC">
        <w:rPr>
          <w:lang w:val="ru-RU"/>
        </w:rPr>
        <w:br w:type="page"/>
      </w:r>
    </w:p>
    <w:p w:rsidR="0054601C" w:rsidRDefault="000952AC">
      <w:pPr>
        <w:widowControl w:val="0"/>
        <w:jc w:val="center"/>
        <w:rPr>
          <w:sz w:val="2"/>
          <w:szCs w:val="2"/>
        </w:rPr>
      </w:pPr>
      <w:r>
        <w:rPr>
          <w:noProof/>
        </w:rPr>
        <w:lastRenderedPageBreak/>
        <w:drawing>
          <wp:inline distT="0" distB="0" distL="0" distR="0">
            <wp:extent cx="5828030" cy="2084705"/>
            <wp:effectExtent l="0" t="0" r="0" b="0"/>
            <wp:docPr id="19" name="Picut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a:stretch/>
                  </pic:blipFill>
                  <pic:spPr>
                    <a:xfrm>
                      <a:off x="0" y="0"/>
                      <a:ext cx="5828030" cy="2084705"/>
                    </a:xfrm>
                    <a:prstGeom prst="rect">
                      <a:avLst/>
                    </a:prstGeom>
                  </pic:spPr>
                </pic:pic>
              </a:graphicData>
            </a:graphic>
          </wp:inline>
        </w:drawing>
      </w:r>
    </w:p>
    <w:p w:rsidR="0054601C" w:rsidRDefault="000952AC">
      <w:pPr>
        <w:widowControl w:val="0"/>
        <w:spacing w:after="0" w:line="240" w:lineRule="auto"/>
      </w:pPr>
      <w:r>
        <w:rPr>
          <w:color w:val="000000"/>
          <w:lang w:val="uk-UA" w:eastAsia="uk-UA" w:bidi="uk-UA"/>
        </w:rPr>
        <w:t>Розроблений апарат на КДМ</w:t>
      </w:r>
    </w:p>
    <w:p w:rsidR="0054601C" w:rsidRDefault="0054601C">
      <w:pPr>
        <w:widowControl w:val="0"/>
        <w:spacing w:after="479" w:line="1" w:lineRule="exact"/>
      </w:pPr>
    </w:p>
    <w:p w:rsidR="0054601C" w:rsidRDefault="0054601C">
      <w:pPr>
        <w:widowControl w:val="0"/>
        <w:spacing w:line="1" w:lineRule="exact"/>
      </w:pPr>
    </w:p>
    <w:p w:rsidR="0054601C" w:rsidRDefault="000952AC">
      <w:pPr>
        <w:widowControl w:val="0"/>
        <w:jc w:val="center"/>
        <w:rPr>
          <w:sz w:val="2"/>
          <w:szCs w:val="2"/>
        </w:rPr>
      </w:pPr>
      <w:r>
        <w:rPr>
          <w:noProof/>
        </w:rPr>
        <w:drawing>
          <wp:inline distT="0" distB="0" distL="0" distR="0">
            <wp:extent cx="5821680" cy="2152015"/>
            <wp:effectExtent l="0" t="0" r="0" b="0"/>
            <wp:docPr id="26" name="Picut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a:stretch/>
                  </pic:blipFill>
                  <pic:spPr>
                    <a:xfrm>
                      <a:off x="0" y="0"/>
                      <a:ext cx="5821680" cy="2152015"/>
                    </a:xfrm>
                    <a:prstGeom prst="rect">
                      <a:avLst/>
                    </a:prstGeom>
                  </pic:spPr>
                </pic:pic>
              </a:graphicData>
            </a:graphic>
          </wp:inline>
        </w:drawing>
      </w:r>
    </w:p>
    <w:p w:rsidR="0054601C" w:rsidRDefault="0054601C">
      <w:pPr>
        <w:widowControl w:val="0"/>
        <w:spacing w:after="479" w:line="1" w:lineRule="exact"/>
      </w:pPr>
    </w:p>
    <w:p w:rsidR="0054601C" w:rsidRDefault="0054601C">
      <w:pPr>
        <w:widowControl w:val="0"/>
        <w:spacing w:line="1" w:lineRule="exact"/>
      </w:pPr>
    </w:p>
    <w:p w:rsidR="0054601C" w:rsidRPr="000952AC" w:rsidRDefault="000952AC">
      <w:pPr>
        <w:widowControl w:val="0"/>
        <w:spacing w:after="0" w:line="240" w:lineRule="auto"/>
        <w:jc w:val="center"/>
        <w:rPr>
          <w:lang w:val="ru-RU"/>
        </w:rPr>
      </w:pPr>
      <w:r>
        <w:rPr>
          <w:color w:val="000000"/>
          <w:lang w:val="uk-UA" w:eastAsia="uk-UA" w:bidi="uk-UA"/>
        </w:rPr>
        <w:t>КДМ пацієнта Б., 6 років до та після розширення верхньої щелепи</w:t>
      </w:r>
    </w:p>
    <w:p w:rsidR="0054601C" w:rsidRDefault="000952AC">
      <w:pPr>
        <w:widowControl w:val="0"/>
        <w:jc w:val="center"/>
        <w:rPr>
          <w:sz w:val="2"/>
          <w:szCs w:val="2"/>
        </w:rPr>
      </w:pPr>
      <w:r>
        <w:rPr>
          <w:noProof/>
        </w:rPr>
        <w:drawing>
          <wp:inline distT="0" distB="0" distL="0" distR="0">
            <wp:extent cx="5925185" cy="3035935"/>
            <wp:effectExtent l="0" t="0" r="0" b="0"/>
            <wp:docPr id="27" name="Picut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a:stretch/>
                  </pic:blipFill>
                  <pic:spPr>
                    <a:xfrm>
                      <a:off x="0" y="0"/>
                      <a:ext cx="5925185" cy="3035935"/>
                    </a:xfrm>
                    <a:prstGeom prst="rect">
                      <a:avLst/>
                    </a:prstGeom>
                  </pic:spPr>
                </pic:pic>
              </a:graphicData>
            </a:graphic>
          </wp:inline>
        </w:drawing>
      </w:r>
    </w:p>
    <w:p w:rsidR="0054601C" w:rsidRPr="000952AC" w:rsidRDefault="000952AC">
      <w:pPr>
        <w:widowControl w:val="0"/>
        <w:spacing w:after="0" w:line="240" w:lineRule="auto"/>
        <w:rPr>
          <w:lang w:val="ru-RU"/>
        </w:rPr>
        <w:sectPr w:rsidR="0054601C" w:rsidRPr="000952AC">
          <w:type w:val="continuous"/>
          <w:pgSz w:w="11900" w:h="16840"/>
          <w:pgMar w:top="850" w:right="813" w:bottom="622" w:left="1301" w:header="422" w:footer="194" w:gutter="0"/>
          <w:cols w:space="720"/>
          <w:noEndnote/>
          <w:docGrid w:linePitch="360"/>
        </w:sectPr>
      </w:pPr>
      <w:r>
        <w:rPr>
          <w:color w:val="000000"/>
          <w:lang w:val="uk-UA" w:eastAsia="uk-UA" w:bidi="uk-UA"/>
        </w:rPr>
        <w:t>Результати лікування пацієнта Б., 6 років</w:t>
      </w:r>
    </w:p>
    <w:p w:rsidR="0054601C" w:rsidRPr="000952AC" w:rsidRDefault="000952AC">
      <w:pPr>
        <w:framePr w:w="7406" w:h="350" w:wrap="none" w:hAnchor="page" w:x="1345" w:y="4316"/>
        <w:widowControl w:val="0"/>
        <w:spacing w:after="0" w:line="240" w:lineRule="auto"/>
        <w:rPr>
          <w:lang w:val="ru-RU"/>
        </w:rPr>
      </w:pPr>
      <w:r>
        <w:rPr>
          <w:color w:val="000000"/>
          <w:lang w:val="uk-UA" w:eastAsia="uk-UA" w:bidi="uk-UA"/>
        </w:rPr>
        <w:lastRenderedPageBreak/>
        <w:t xml:space="preserve">Розроблений апарат в ротовой порожнині </w:t>
      </w:r>
      <w:r>
        <w:rPr>
          <w:color w:val="000000"/>
          <w:lang w:val="uk-UA" w:eastAsia="uk-UA" w:bidi="uk-UA"/>
        </w:rPr>
        <w:t>пацієнта Б., 6 років</w:t>
      </w:r>
    </w:p>
    <w:p w:rsidR="0054601C" w:rsidRPr="000952AC" w:rsidRDefault="000952AC">
      <w:pPr>
        <w:framePr w:w="9682" w:h="672" w:wrap="none" w:hAnchor="page" w:x="1393" w:y="7791"/>
        <w:widowControl w:val="0"/>
        <w:spacing w:after="0" w:line="240" w:lineRule="auto"/>
        <w:rPr>
          <w:lang w:val="ru-RU"/>
        </w:rPr>
      </w:pPr>
      <w:r>
        <w:rPr>
          <w:b/>
          <w:bCs/>
          <w:color w:val="000000"/>
          <w:lang w:val="uk-UA" w:eastAsia="uk-UA" w:bidi="uk-UA"/>
        </w:rPr>
        <w:t>Результати лікування пацієнта Г. в найближчі та у віддалені строки спостереження</w:t>
      </w:r>
    </w:p>
    <w:p w:rsidR="0054601C" w:rsidRPr="000952AC" w:rsidRDefault="000952AC">
      <w:pPr>
        <w:widowControl w:val="0"/>
        <w:spacing w:line="360" w:lineRule="exact"/>
        <w:rPr>
          <w:lang w:val="ru-RU"/>
        </w:rPr>
      </w:pPr>
      <w:r>
        <w:rPr>
          <w:noProof/>
        </w:rPr>
        <w:drawing>
          <wp:anchor distT="0" distB="295910" distL="0" distR="0" simplePos="0" relativeHeight="251651072" behindDoc="1" locked="0" layoutInCell="1" allowOverlap="1">
            <wp:simplePos x="0" y="0"/>
            <wp:positionH relativeFrom="page">
              <wp:posOffset>826135</wp:posOffset>
            </wp:positionH>
            <wp:positionV relativeFrom="margin">
              <wp:posOffset>0</wp:posOffset>
            </wp:positionV>
            <wp:extent cx="6004560" cy="2670175"/>
            <wp:effectExtent l="0" t="0" r="0" b="0"/>
            <wp:wrapNone/>
            <wp:docPr id="28" name="Shape 16"/>
            <wp:cNvGraphicFramePr/>
            <a:graphic xmlns:a="http://schemas.openxmlformats.org/drawingml/2006/main">
              <a:graphicData uri="http://schemas.openxmlformats.org/drawingml/2006/picture">
                <pic:pic xmlns:pic="http://schemas.openxmlformats.org/drawingml/2006/picture">
                  <pic:nvPicPr>
                    <pic:cNvPr id="17" name="Picture box 17"/>
                    <pic:cNvPicPr/>
                  </pic:nvPicPr>
                  <pic:blipFill>
                    <a:blip/>
                    <a:stretch/>
                  </pic:blipFill>
                  <pic:spPr>
                    <a:xfrm>
                      <a:off x="0" y="0"/>
                      <a:ext cx="6004560" cy="2670175"/>
                    </a:xfrm>
                    <a:prstGeom prst="rect">
                      <a:avLst/>
                    </a:prstGeom>
                  </pic:spPr>
                </pic:pic>
              </a:graphicData>
            </a:graphic>
          </wp:anchor>
        </w:drawing>
      </w:r>
      <w:r>
        <w:rPr>
          <w:noProof/>
        </w:rPr>
        <w:drawing>
          <wp:anchor distT="0" distB="0" distL="0" distR="0" simplePos="0" relativeHeight="251652096" behindDoc="1" locked="0" layoutInCell="1" allowOverlap="1">
            <wp:simplePos x="0" y="0"/>
            <wp:positionH relativeFrom="page">
              <wp:posOffset>826135</wp:posOffset>
            </wp:positionH>
            <wp:positionV relativeFrom="margin">
              <wp:posOffset>3246120</wp:posOffset>
            </wp:positionV>
            <wp:extent cx="5828030" cy="1633855"/>
            <wp:effectExtent l="0" t="0" r="0" b="0"/>
            <wp:wrapNone/>
            <wp:docPr id="29" name="Shape 18"/>
            <wp:cNvGraphicFramePr/>
            <a:graphic xmlns:a="http://schemas.openxmlformats.org/drawingml/2006/main">
              <a:graphicData uri="http://schemas.openxmlformats.org/drawingml/2006/picture">
                <pic:pic xmlns:pic="http://schemas.openxmlformats.org/drawingml/2006/picture">
                  <pic:nvPicPr>
                    <pic:cNvPr id="19" name="Picture box 19"/>
                    <pic:cNvPicPr/>
                  </pic:nvPicPr>
                  <pic:blipFill>
                    <a:blip/>
                    <a:stretch/>
                  </pic:blipFill>
                  <pic:spPr>
                    <a:xfrm>
                      <a:off x="0" y="0"/>
                      <a:ext cx="5828030" cy="1633855"/>
                    </a:xfrm>
                    <a:prstGeom prst="rect">
                      <a:avLst/>
                    </a:prstGeom>
                  </pic:spPr>
                </pic:pic>
              </a:graphicData>
            </a:graphic>
          </wp:anchor>
        </w:drawing>
      </w:r>
      <w:r>
        <w:rPr>
          <w:noProof/>
        </w:rPr>
        <w:drawing>
          <wp:anchor distT="0" distB="0" distL="0" distR="0" simplePos="0" relativeHeight="251653120" behindDoc="1" locked="0" layoutInCell="1" allowOverlap="1">
            <wp:simplePos x="0" y="0"/>
            <wp:positionH relativeFrom="page">
              <wp:posOffset>899160</wp:posOffset>
            </wp:positionH>
            <wp:positionV relativeFrom="margin">
              <wp:posOffset>5702935</wp:posOffset>
            </wp:positionV>
            <wp:extent cx="6053455" cy="3535680"/>
            <wp:effectExtent l="0" t="0" r="0" b="0"/>
            <wp:wrapNone/>
            <wp:docPr id="30" name="Shape 20"/>
            <wp:cNvGraphicFramePr/>
            <a:graphic xmlns:a="http://schemas.openxmlformats.org/drawingml/2006/main">
              <a:graphicData uri="http://schemas.openxmlformats.org/drawingml/2006/picture">
                <pic:pic xmlns:pic="http://schemas.openxmlformats.org/drawingml/2006/picture">
                  <pic:nvPicPr>
                    <pic:cNvPr id="21" name="Picture box 21"/>
                    <pic:cNvPicPr/>
                  </pic:nvPicPr>
                  <pic:blipFill>
                    <a:blip/>
                    <a:stretch/>
                  </pic:blipFill>
                  <pic:spPr>
                    <a:xfrm>
                      <a:off x="0" y="0"/>
                      <a:ext cx="6053455" cy="3535680"/>
                    </a:xfrm>
                    <a:prstGeom prst="rect">
                      <a:avLst/>
                    </a:prstGeom>
                  </pic:spPr>
                </pic:pic>
              </a:graphicData>
            </a:graphic>
          </wp:anchor>
        </w:drawing>
      </w: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after="508" w:line="1" w:lineRule="exact"/>
        <w:rPr>
          <w:lang w:val="ru-RU"/>
        </w:rPr>
      </w:pPr>
    </w:p>
    <w:p w:rsidR="0054601C" w:rsidRPr="000952AC" w:rsidRDefault="0054601C">
      <w:pPr>
        <w:widowControl w:val="0"/>
        <w:spacing w:line="1" w:lineRule="exact"/>
        <w:rPr>
          <w:lang w:val="ru-RU"/>
        </w:rPr>
        <w:sectPr w:rsidR="0054601C" w:rsidRPr="000952AC">
          <w:pgSz w:w="11900" w:h="16840"/>
          <w:pgMar w:top="846" w:right="826" w:bottom="846" w:left="1301" w:header="418" w:footer="418" w:gutter="0"/>
          <w:cols w:space="720"/>
          <w:noEndnote/>
          <w:docGrid w:linePitch="360"/>
        </w:sectPr>
      </w:pPr>
    </w:p>
    <w:p w:rsidR="0054601C" w:rsidRPr="000952AC" w:rsidRDefault="000952AC">
      <w:pPr>
        <w:framePr w:w="7512" w:h="350" w:wrap="none" w:hAnchor="page" w:x="1278" w:y="1"/>
        <w:widowControl w:val="0"/>
        <w:spacing w:after="0" w:line="240" w:lineRule="auto"/>
        <w:rPr>
          <w:lang w:val="ru-RU"/>
        </w:rPr>
      </w:pPr>
      <w:r>
        <w:rPr>
          <w:color w:val="000000"/>
          <w:lang w:val="uk-UA" w:eastAsia="uk-UA" w:bidi="uk-UA"/>
        </w:rPr>
        <w:lastRenderedPageBreak/>
        <w:t>Рис. 4.1 Розроблений апарат для розширення верхньої щелепи</w:t>
      </w:r>
    </w:p>
    <w:p w:rsidR="0054601C" w:rsidRPr="000952AC" w:rsidRDefault="000952AC">
      <w:pPr>
        <w:widowControl w:val="0"/>
        <w:spacing w:line="360" w:lineRule="exact"/>
        <w:rPr>
          <w:lang w:val="ru-RU"/>
        </w:rPr>
      </w:pPr>
      <w:r>
        <w:rPr>
          <w:noProof/>
        </w:rPr>
        <w:drawing>
          <wp:anchor distT="389890" distB="0" distL="539750" distR="182880" simplePos="0" relativeHeight="251654144" behindDoc="1" locked="0" layoutInCell="1" allowOverlap="1">
            <wp:simplePos x="0" y="0"/>
            <wp:positionH relativeFrom="page">
              <wp:posOffset>1350645</wp:posOffset>
            </wp:positionH>
            <wp:positionV relativeFrom="margin">
              <wp:posOffset>389890</wp:posOffset>
            </wp:positionV>
            <wp:extent cx="4047490" cy="3669665"/>
            <wp:effectExtent l="0" t="0" r="0" b="0"/>
            <wp:wrapNone/>
            <wp:docPr id="31" name="Shape 22"/>
            <wp:cNvGraphicFramePr/>
            <a:graphic xmlns:a="http://schemas.openxmlformats.org/drawingml/2006/main">
              <a:graphicData uri="http://schemas.openxmlformats.org/drawingml/2006/picture">
                <pic:pic xmlns:pic="http://schemas.openxmlformats.org/drawingml/2006/picture">
                  <pic:nvPicPr>
                    <pic:cNvPr id="23" name="Picture box 23"/>
                    <pic:cNvPicPr/>
                  </pic:nvPicPr>
                  <pic:blipFill>
                    <a:blip/>
                    <a:stretch/>
                  </pic:blipFill>
                  <pic:spPr>
                    <a:xfrm>
                      <a:off x="0" y="0"/>
                      <a:ext cx="4047490" cy="3669665"/>
                    </a:xfrm>
                    <a:prstGeom prst="rect">
                      <a:avLst/>
                    </a:prstGeom>
                  </pic:spPr>
                </pic:pic>
              </a:graphicData>
            </a:graphic>
          </wp:anchor>
        </w:drawing>
      </w: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after="633" w:line="1" w:lineRule="exact"/>
        <w:rPr>
          <w:lang w:val="ru-RU"/>
        </w:rPr>
      </w:pPr>
    </w:p>
    <w:p w:rsidR="0054601C" w:rsidRPr="000952AC" w:rsidRDefault="0054601C">
      <w:pPr>
        <w:widowControl w:val="0"/>
        <w:spacing w:line="1" w:lineRule="exact"/>
        <w:rPr>
          <w:lang w:val="ru-RU"/>
        </w:rPr>
        <w:sectPr w:rsidR="0054601C" w:rsidRPr="000952AC">
          <w:pgSz w:w="11900" w:h="16840"/>
          <w:pgMar w:top="855" w:right="835" w:bottom="2949" w:left="1277" w:header="427" w:footer="2521" w:gutter="0"/>
          <w:cols w:space="720"/>
          <w:noEndnote/>
          <w:docGrid w:linePitch="360"/>
        </w:sectPr>
      </w:pPr>
    </w:p>
    <w:p w:rsidR="0054601C" w:rsidRPr="000952AC" w:rsidRDefault="0054601C">
      <w:pPr>
        <w:widowControl w:val="0"/>
        <w:spacing w:before="39" w:after="39" w:line="240" w:lineRule="exact"/>
        <w:rPr>
          <w:sz w:val="19"/>
          <w:szCs w:val="19"/>
          <w:lang w:val="ru-RU"/>
        </w:rPr>
      </w:pPr>
    </w:p>
    <w:p w:rsidR="0054601C" w:rsidRPr="000952AC" w:rsidRDefault="0054601C">
      <w:pPr>
        <w:widowControl w:val="0"/>
        <w:spacing w:line="1" w:lineRule="exact"/>
        <w:rPr>
          <w:lang w:val="ru-RU"/>
        </w:rPr>
        <w:sectPr w:rsidR="0054601C" w:rsidRPr="000952AC">
          <w:type w:val="continuous"/>
          <w:pgSz w:w="11900" w:h="16840"/>
          <w:pgMar w:top="855" w:right="0" w:bottom="2949" w:left="0" w:header="0" w:footer="3" w:gutter="0"/>
          <w:cols w:space="720"/>
          <w:noEndnote/>
          <w:docGrid w:linePitch="360"/>
        </w:sectPr>
      </w:pPr>
    </w:p>
    <w:p w:rsidR="0054601C" w:rsidRPr="000952AC" w:rsidRDefault="000952AC">
      <w:pPr>
        <w:widowControl w:val="0"/>
        <w:spacing w:after="220" w:line="240" w:lineRule="auto"/>
        <w:rPr>
          <w:lang w:val="ru-RU"/>
        </w:rPr>
      </w:pPr>
      <w:r>
        <w:rPr>
          <w:color w:val="000000"/>
          <w:lang w:val="uk-UA" w:eastAsia="uk-UA" w:bidi="uk-UA"/>
        </w:rPr>
        <w:t>Рис.4.3. Схема вигинів пружин силового модуля</w:t>
      </w:r>
    </w:p>
    <w:p w:rsidR="0054601C" w:rsidRPr="000952AC" w:rsidRDefault="000952AC">
      <w:pPr>
        <w:widowControl w:val="0"/>
        <w:spacing w:after="0" w:line="240" w:lineRule="auto"/>
        <w:rPr>
          <w:lang w:val="ru-RU"/>
        </w:rPr>
      </w:pPr>
      <w:r>
        <w:rPr>
          <w:color w:val="000000"/>
          <w:lang w:val="uk-UA" w:eastAsia="uk-UA" w:bidi="uk-UA"/>
        </w:rPr>
        <w:t xml:space="preserve">Имя </w:t>
      </w:r>
      <w:r>
        <w:rPr>
          <w:lang w:val="uk-UA" w:eastAsia="uk-UA" w:bidi="uk-UA"/>
        </w:rPr>
        <w:t>модеми: расчеи</w:t>
      </w:r>
    </w:p>
    <w:p w:rsidR="0054601C" w:rsidRPr="000952AC" w:rsidRDefault="000952AC">
      <w:pPr>
        <w:widowControl w:val="0"/>
        <w:spacing w:after="0" w:line="240" w:lineRule="auto"/>
        <w:rPr>
          <w:lang w:val="ru-RU"/>
        </w:rPr>
      </w:pPr>
      <w:r>
        <w:rPr>
          <w:lang w:val="uk-UA" w:eastAsia="uk-UA" w:bidi="uk-UA"/>
        </w:rPr>
        <w:t>Имя исследования: Статический анализ 1(-По умолчанию-)</w:t>
      </w:r>
    </w:p>
    <w:p w:rsidR="0054601C" w:rsidRPr="000952AC" w:rsidRDefault="000952AC">
      <w:pPr>
        <w:widowControl w:val="0"/>
        <w:spacing w:after="0" w:line="240" w:lineRule="auto"/>
        <w:rPr>
          <w:lang w:val="ru-RU"/>
        </w:rPr>
        <w:sectPr w:rsidR="0054601C" w:rsidRPr="000952AC">
          <w:type w:val="continuous"/>
          <w:pgSz w:w="11900" w:h="16840"/>
          <w:pgMar w:top="855" w:right="4656" w:bottom="2949" w:left="1344" w:header="0" w:footer="3" w:gutter="0"/>
          <w:cols w:space="720"/>
          <w:noEndnote/>
          <w:docGrid w:linePitch="360"/>
        </w:sectPr>
      </w:pPr>
      <w:r>
        <w:rPr>
          <w:lang w:val="uk-UA" w:eastAsia="uk-UA" w:bidi="uk-UA"/>
        </w:rPr>
        <w:t>Типзпюрьі: Статический анализузловое напряжение Напряжениеі</w:t>
      </w:r>
    </w:p>
    <w:p w:rsidR="0054601C" w:rsidRPr="000952AC" w:rsidRDefault="0054601C">
      <w:pPr>
        <w:widowControl w:val="0"/>
        <w:spacing w:before="69" w:after="69" w:line="240" w:lineRule="exact"/>
        <w:rPr>
          <w:sz w:val="19"/>
          <w:szCs w:val="19"/>
          <w:lang w:val="ru-RU"/>
        </w:rPr>
      </w:pPr>
    </w:p>
    <w:p w:rsidR="0054601C" w:rsidRPr="000952AC" w:rsidRDefault="0054601C">
      <w:pPr>
        <w:widowControl w:val="0"/>
        <w:spacing w:line="1" w:lineRule="exact"/>
        <w:rPr>
          <w:lang w:val="ru-RU"/>
        </w:rPr>
        <w:sectPr w:rsidR="0054601C" w:rsidRPr="000952AC">
          <w:type w:val="continuous"/>
          <w:pgSz w:w="11900" w:h="16840"/>
          <w:pgMar w:top="855" w:right="0" w:bottom="2949" w:left="0" w:header="0" w:footer="3" w:gutter="0"/>
          <w:cols w:space="720"/>
          <w:noEndnote/>
          <w:docGrid w:linePitch="360"/>
        </w:sectPr>
      </w:pPr>
    </w:p>
    <w:p w:rsidR="0054601C" w:rsidRPr="000952AC" w:rsidRDefault="000952AC">
      <w:pPr>
        <w:framePr w:w="1080" w:h="3139" w:wrap="none" w:vAnchor="text" w:hAnchor="page" w:x="8934" w:y="21"/>
        <w:widowControl w:val="0"/>
        <w:spacing w:after="0"/>
        <w:rPr>
          <w:lang w:val="ru-RU"/>
        </w:rPr>
      </w:pPr>
      <w:r>
        <w:rPr>
          <w:lang w:val="uk-UA" w:eastAsia="uk-UA" w:bidi="uk-UA"/>
        </w:rPr>
        <w:lastRenderedPageBreak/>
        <w:t>52 (ІМ/т</w:t>
      </w:r>
      <w:r>
        <w:rPr>
          <w:vertAlign w:val="superscript"/>
          <w:lang w:val="uk-UA" w:eastAsia="uk-UA" w:bidi="uk-UA"/>
        </w:rPr>
        <w:t>л</w:t>
      </w:r>
      <w:r>
        <w:rPr>
          <w:lang w:val="uk-UA" w:eastAsia="uk-UA" w:bidi="uk-UA"/>
        </w:rPr>
        <w:t>2)</w:t>
      </w:r>
    </w:p>
    <w:p w:rsidR="0054601C" w:rsidRPr="000952AC" w:rsidRDefault="000952AC">
      <w:pPr>
        <w:framePr w:w="1080" w:h="3139" w:wrap="none" w:vAnchor="text" w:hAnchor="page" w:x="8934" w:y="21"/>
        <w:widowControl w:val="0"/>
        <w:spacing w:after="0"/>
        <w:rPr>
          <w:lang w:val="ru-RU"/>
        </w:rPr>
      </w:pPr>
      <w:r>
        <w:rPr>
          <w:lang w:val="uk-UA" w:eastAsia="uk-UA" w:bidi="uk-UA"/>
        </w:rPr>
        <w:t>. 149 040 736,000</w:t>
      </w:r>
    </w:p>
    <w:p w:rsidR="0054601C" w:rsidRPr="000952AC" w:rsidRDefault="000952AC">
      <w:pPr>
        <w:framePr w:w="1080" w:h="3139" w:wrap="none" w:vAnchor="text" w:hAnchor="page" w:x="8934" w:y="21"/>
        <w:widowControl w:val="0"/>
        <w:spacing w:after="0"/>
        <w:ind w:firstLine="300"/>
        <w:rPr>
          <w:lang w:val="ru-RU"/>
        </w:rPr>
      </w:pPr>
      <w:r>
        <w:rPr>
          <w:lang w:val="uk-UA" w:eastAsia="uk-UA" w:bidi="uk-UA"/>
        </w:rPr>
        <w:t>123 820 992,000</w:t>
      </w:r>
    </w:p>
    <w:p w:rsidR="0054601C" w:rsidRPr="000952AC" w:rsidRDefault="000952AC">
      <w:pPr>
        <w:framePr w:w="1080" w:h="3139" w:wrap="none" w:vAnchor="text" w:hAnchor="page" w:x="8934" w:y="21"/>
        <w:widowControl w:val="0"/>
        <w:spacing w:after="0"/>
        <w:rPr>
          <w:lang w:val="ru-RU"/>
        </w:rPr>
      </w:pPr>
      <w:r>
        <w:rPr>
          <w:lang w:val="uk-UA" w:eastAsia="uk-UA" w:bidi="uk-UA"/>
        </w:rPr>
        <w:t>. 98 601 280,000</w:t>
      </w:r>
    </w:p>
    <w:p w:rsidR="0054601C" w:rsidRPr="000952AC" w:rsidRDefault="000952AC">
      <w:pPr>
        <w:framePr w:w="1080" w:h="3139" w:wrap="none" w:vAnchor="text" w:hAnchor="page" w:x="8934" w:y="21"/>
        <w:widowControl w:val="0"/>
        <w:spacing w:after="0"/>
        <w:rPr>
          <w:lang w:val="ru-RU"/>
        </w:rPr>
      </w:pPr>
      <w:r>
        <w:rPr>
          <w:lang w:val="uk-UA" w:eastAsia="uk-UA" w:bidi="uk-UA"/>
        </w:rPr>
        <w:t>. 73 381 568,000</w:t>
      </w:r>
    </w:p>
    <w:p w:rsidR="0054601C" w:rsidRPr="000952AC" w:rsidRDefault="000952AC">
      <w:pPr>
        <w:framePr w:w="1080" w:h="3139" w:wrap="none" w:vAnchor="text" w:hAnchor="page" w:x="8934" w:y="21"/>
        <w:widowControl w:val="0"/>
        <w:spacing w:after="0"/>
        <w:rPr>
          <w:lang w:val="ru-RU"/>
        </w:rPr>
      </w:pPr>
      <w:r>
        <w:rPr>
          <w:lang w:val="uk-UA" w:eastAsia="uk-UA" w:bidi="uk-UA"/>
        </w:rPr>
        <w:t>. 48 161840,000</w:t>
      </w:r>
    </w:p>
    <w:p w:rsidR="0054601C" w:rsidRPr="000952AC" w:rsidRDefault="000952AC">
      <w:pPr>
        <w:framePr w:w="1080" w:h="3139" w:wrap="none" w:vAnchor="text" w:hAnchor="page" w:x="8934" w:y="21"/>
        <w:widowControl w:val="0"/>
        <w:spacing w:after="0"/>
        <w:jc w:val="both"/>
        <w:rPr>
          <w:lang w:val="ru-RU"/>
        </w:rPr>
      </w:pPr>
      <w:r>
        <w:rPr>
          <w:lang w:val="uk-UA" w:eastAsia="uk-UA" w:bidi="uk-UA"/>
        </w:rPr>
        <w:t>. 22 942 112,000 1?. -2 277 600,000 І . -27 497 328,000</w:t>
      </w:r>
    </w:p>
    <w:p w:rsidR="0054601C" w:rsidRPr="000952AC" w:rsidRDefault="000952AC">
      <w:pPr>
        <w:framePr w:w="1080" w:h="3139" w:wrap="none" w:vAnchor="text" w:hAnchor="page" w:x="8934" w:y="21"/>
        <w:widowControl w:val="0"/>
        <w:spacing w:after="0"/>
        <w:rPr>
          <w:lang w:val="ru-RU"/>
        </w:rPr>
      </w:pPr>
      <w:r>
        <w:rPr>
          <w:lang w:val="uk-UA" w:eastAsia="uk-UA" w:bidi="uk-UA"/>
        </w:rPr>
        <w:t>_ -52 717 048,000</w:t>
      </w:r>
    </w:p>
    <w:p w:rsidR="0054601C" w:rsidRPr="000952AC" w:rsidRDefault="000952AC">
      <w:pPr>
        <w:framePr w:w="1080" w:h="3139" w:wrap="none" w:vAnchor="text" w:hAnchor="page" w:x="8934" w:y="21"/>
        <w:widowControl w:val="0"/>
        <w:spacing w:after="0"/>
        <w:rPr>
          <w:lang w:val="ru-RU"/>
        </w:rPr>
      </w:pPr>
      <w:r>
        <w:rPr>
          <w:lang w:val="uk-UA" w:eastAsia="uk-UA" w:bidi="uk-UA"/>
        </w:rPr>
        <w:t>_ -77 936 768,000</w:t>
      </w:r>
    </w:p>
    <w:p w:rsidR="0054601C" w:rsidRPr="000952AC" w:rsidRDefault="000952AC">
      <w:pPr>
        <w:framePr w:w="1080" w:h="3139" w:wrap="none" w:vAnchor="text" w:hAnchor="page" w:x="8934" w:y="21"/>
        <w:widowControl w:val="0"/>
        <w:spacing w:after="120" w:line="216" w:lineRule="atLeast"/>
        <w:rPr>
          <w:lang w:val="ru-RU"/>
        </w:rPr>
      </w:pPr>
      <w:r>
        <w:rPr>
          <w:b/>
          <w:bCs/>
          <w:color w:val="000000"/>
          <w:sz w:val="28"/>
          <w:szCs w:val="28"/>
          <w:lang w:val="uk-UA" w:eastAsia="uk-UA" w:bidi="uk-UA"/>
        </w:rPr>
        <w:t>1</w:t>
      </w:r>
      <w:r>
        <w:rPr>
          <w:color w:val="056CF2"/>
          <w:sz w:val="88"/>
          <w:szCs w:val="88"/>
          <w:lang w:val="uk-UA" w:eastAsia="uk-UA" w:bidi="uk-UA"/>
        </w:rPr>
        <w:t xml:space="preserve"> </w:t>
      </w:r>
      <w:r>
        <w:rPr>
          <w:lang w:val="uk-UA" w:eastAsia="uk-UA" w:bidi="uk-UA"/>
        </w:rPr>
        <w:t>-103 156 496,000</w:t>
      </w:r>
    </w:p>
    <w:p w:rsidR="0054601C" w:rsidRPr="000952AC" w:rsidRDefault="000952AC">
      <w:pPr>
        <w:framePr w:w="1080" w:h="3139" w:wrap="none" w:vAnchor="text" w:hAnchor="page" w:x="8934" w:y="21"/>
        <w:widowControl w:val="0"/>
        <w:spacing w:after="0"/>
        <w:ind w:firstLine="300"/>
        <w:rPr>
          <w:lang w:val="ru-RU"/>
        </w:rPr>
      </w:pPr>
      <w:r>
        <w:rPr>
          <w:lang w:val="uk-UA" w:eastAsia="uk-UA" w:bidi="uk-UA"/>
        </w:rPr>
        <w:t>-128 376 216,000</w:t>
      </w:r>
    </w:p>
    <w:p w:rsidR="0054601C" w:rsidRPr="000952AC" w:rsidRDefault="000952AC">
      <w:pPr>
        <w:framePr w:w="1080" w:h="3139" w:wrap="none" w:vAnchor="text" w:hAnchor="page" w:x="8934" w:y="21"/>
        <w:widowControl w:val="0"/>
        <w:spacing w:after="0"/>
        <w:ind w:firstLine="300"/>
        <w:rPr>
          <w:lang w:val="ru-RU"/>
        </w:rPr>
      </w:pPr>
      <w:r>
        <w:rPr>
          <w:lang w:val="uk-UA" w:eastAsia="uk-UA" w:bidi="uk-UA"/>
        </w:rPr>
        <w:t>-153 595</w:t>
      </w:r>
      <w:r>
        <w:rPr>
          <w:lang w:val="uk-UA" w:eastAsia="uk-UA" w:bidi="uk-UA"/>
        </w:rPr>
        <w:t xml:space="preserve"> 936,000</w:t>
      </w:r>
    </w:p>
    <w:p w:rsidR="0054601C" w:rsidRPr="000952AC" w:rsidRDefault="000952AC">
      <w:pPr>
        <w:widowControl w:val="0"/>
        <w:spacing w:line="360" w:lineRule="exact"/>
        <w:rPr>
          <w:lang w:val="ru-RU"/>
        </w:rPr>
      </w:pPr>
      <w:r>
        <w:rPr>
          <w:noProof/>
        </w:rPr>
        <w:drawing>
          <wp:anchor distT="0" distB="0" distL="0" distR="0" simplePos="0" relativeHeight="251655168" behindDoc="1" locked="0" layoutInCell="1" allowOverlap="1">
            <wp:simplePos x="0" y="0"/>
            <wp:positionH relativeFrom="page">
              <wp:posOffset>826135</wp:posOffset>
            </wp:positionH>
            <wp:positionV relativeFrom="paragraph">
              <wp:posOffset>60960</wp:posOffset>
            </wp:positionV>
            <wp:extent cx="4663440" cy="2103120"/>
            <wp:effectExtent l="0" t="0" r="0" b="0"/>
            <wp:wrapNone/>
            <wp:docPr id="32" name="Shape 24"/>
            <wp:cNvGraphicFramePr/>
            <a:graphic xmlns:a="http://schemas.openxmlformats.org/drawingml/2006/main">
              <a:graphicData uri="http://schemas.openxmlformats.org/drawingml/2006/picture">
                <pic:pic xmlns:pic="http://schemas.openxmlformats.org/drawingml/2006/picture">
                  <pic:nvPicPr>
                    <pic:cNvPr id="25" name="Picture box 25"/>
                    <pic:cNvPicPr/>
                  </pic:nvPicPr>
                  <pic:blipFill>
                    <a:blip/>
                    <a:stretch/>
                  </pic:blipFill>
                  <pic:spPr>
                    <a:xfrm>
                      <a:off x="0" y="0"/>
                      <a:ext cx="4663440" cy="2103120"/>
                    </a:xfrm>
                    <a:prstGeom prst="rect">
                      <a:avLst/>
                    </a:prstGeom>
                  </pic:spPr>
                </pic:pic>
              </a:graphicData>
            </a:graphic>
          </wp:anchor>
        </w:drawing>
      </w: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line="360" w:lineRule="exact"/>
        <w:rPr>
          <w:lang w:val="ru-RU"/>
        </w:rPr>
      </w:pPr>
    </w:p>
    <w:p w:rsidR="0054601C" w:rsidRPr="000952AC" w:rsidRDefault="0054601C">
      <w:pPr>
        <w:widowControl w:val="0"/>
        <w:spacing w:after="522" w:line="1" w:lineRule="exact"/>
        <w:rPr>
          <w:lang w:val="ru-RU"/>
        </w:rPr>
      </w:pPr>
    </w:p>
    <w:p w:rsidR="0054601C" w:rsidRPr="000952AC" w:rsidRDefault="0054601C">
      <w:pPr>
        <w:widowControl w:val="0"/>
        <w:spacing w:line="1" w:lineRule="exact"/>
        <w:rPr>
          <w:lang w:val="ru-RU"/>
        </w:rPr>
        <w:sectPr w:rsidR="0054601C" w:rsidRPr="000952AC">
          <w:type w:val="continuous"/>
          <w:pgSz w:w="11900" w:h="16840"/>
          <w:pgMar w:top="855" w:right="835" w:bottom="2949" w:left="1277" w:header="0" w:footer="3" w:gutter="0"/>
          <w:cols w:space="720"/>
          <w:noEndnote/>
          <w:docGrid w:linePitch="360"/>
        </w:sectPr>
      </w:pPr>
    </w:p>
    <w:p w:rsidR="0054601C" w:rsidRPr="000952AC" w:rsidRDefault="0054601C">
      <w:pPr>
        <w:widowControl w:val="0"/>
        <w:spacing w:before="89" w:after="89" w:line="240" w:lineRule="exact"/>
        <w:rPr>
          <w:sz w:val="19"/>
          <w:szCs w:val="19"/>
          <w:lang w:val="ru-RU"/>
        </w:rPr>
      </w:pPr>
    </w:p>
    <w:p w:rsidR="0054601C" w:rsidRPr="000952AC" w:rsidRDefault="0054601C">
      <w:pPr>
        <w:widowControl w:val="0"/>
        <w:spacing w:line="1" w:lineRule="exact"/>
        <w:rPr>
          <w:lang w:val="ru-RU"/>
        </w:rPr>
        <w:sectPr w:rsidR="0054601C" w:rsidRPr="000952AC">
          <w:type w:val="continuous"/>
          <w:pgSz w:w="11900" w:h="16840"/>
          <w:pgMar w:top="855" w:right="0" w:bottom="855" w:left="0" w:header="0" w:footer="3" w:gutter="0"/>
          <w:cols w:space="720"/>
          <w:noEndnote/>
          <w:docGrid w:linePitch="360"/>
        </w:sectPr>
      </w:pPr>
    </w:p>
    <w:p w:rsidR="0054601C" w:rsidRPr="000952AC" w:rsidRDefault="000952AC">
      <w:pPr>
        <w:widowControl w:val="0"/>
        <w:spacing w:after="0" w:line="240" w:lineRule="auto"/>
        <w:rPr>
          <w:lang w:val="ru-RU"/>
        </w:rPr>
        <w:sectPr w:rsidR="0054601C" w:rsidRPr="000952AC">
          <w:type w:val="continuous"/>
          <w:pgSz w:w="11900" w:h="16840"/>
          <w:pgMar w:top="855" w:right="835" w:bottom="855" w:left="1277" w:header="0" w:footer="3" w:gutter="0"/>
          <w:cols w:space="720"/>
          <w:noEndnote/>
          <w:docGrid w:linePitch="360"/>
        </w:sectPr>
      </w:pPr>
      <w:r>
        <w:rPr>
          <w:color w:val="000000"/>
          <w:lang w:val="uk-UA" w:eastAsia="uk-UA" w:bidi="uk-UA"/>
        </w:rPr>
        <w:t>Рис. 4.8. Розподіл навантаження в силовому модулі</w:t>
      </w:r>
    </w:p>
    <w:p w:rsidR="0054601C" w:rsidRPr="000952AC" w:rsidRDefault="0054601C">
      <w:pPr>
        <w:widowControl w:val="0"/>
        <w:spacing w:after="719" w:line="1" w:lineRule="exact"/>
        <w:rPr>
          <w:lang w:val="ru-RU"/>
        </w:rPr>
      </w:pPr>
    </w:p>
    <w:p w:rsidR="0054601C" w:rsidRDefault="000952AC">
      <w:pPr>
        <w:widowControl w:val="0"/>
        <w:rPr>
          <w:sz w:val="2"/>
          <w:szCs w:val="2"/>
        </w:rPr>
      </w:pPr>
      <w:r>
        <w:rPr>
          <w:noProof/>
        </w:rPr>
        <w:drawing>
          <wp:inline distT="0" distB="0" distL="0" distR="0">
            <wp:extent cx="5632450" cy="2658110"/>
            <wp:effectExtent l="0" t="0" r="0" b="0"/>
            <wp:docPr id="33" name="Picut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a:stretch/>
                  </pic:blipFill>
                  <pic:spPr>
                    <a:xfrm>
                      <a:off x="0" y="0"/>
                      <a:ext cx="5632450" cy="2658110"/>
                    </a:xfrm>
                    <a:prstGeom prst="rect">
                      <a:avLst/>
                    </a:prstGeom>
                  </pic:spPr>
                </pic:pic>
              </a:graphicData>
            </a:graphic>
          </wp:inline>
        </w:drawing>
      </w:r>
    </w:p>
    <w:p w:rsidR="0054601C" w:rsidRDefault="0054601C">
      <w:pPr>
        <w:widowControl w:val="0"/>
        <w:spacing w:after="839" w:line="1" w:lineRule="exact"/>
      </w:pPr>
    </w:p>
    <w:p w:rsidR="0054601C" w:rsidRPr="000952AC" w:rsidRDefault="000952AC">
      <w:pPr>
        <w:widowControl w:val="0"/>
        <w:spacing w:after="0" w:line="240" w:lineRule="auto"/>
        <w:rPr>
          <w:lang w:val="ru-RU"/>
        </w:rPr>
      </w:pPr>
      <w:r>
        <w:rPr>
          <w:color w:val="000000"/>
          <w:lang w:val="uk-UA" w:eastAsia="uk-UA" w:bidi="uk-UA"/>
        </w:rPr>
        <w:t>Рис. 4.9. 3D модель розробленого ортодонтичного апарата</w:t>
      </w:r>
    </w:p>
    <w:p w:rsidR="0054601C" w:rsidRDefault="000952AC">
      <w:pPr>
        <w:widowControl w:val="0"/>
        <w:jc w:val="center"/>
        <w:rPr>
          <w:sz w:val="2"/>
          <w:szCs w:val="2"/>
        </w:rPr>
      </w:pPr>
      <w:r>
        <w:rPr>
          <w:noProof/>
        </w:rPr>
        <w:drawing>
          <wp:inline distT="0" distB="0" distL="0" distR="0">
            <wp:extent cx="5035550" cy="3261360"/>
            <wp:effectExtent l="0" t="0" r="0" b="0"/>
            <wp:docPr id="34" name="Picut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a:stretch/>
                  </pic:blipFill>
                  <pic:spPr>
                    <a:xfrm>
                      <a:off x="0" y="0"/>
                      <a:ext cx="5035550" cy="3261360"/>
                    </a:xfrm>
                    <a:prstGeom prst="rect">
                      <a:avLst/>
                    </a:prstGeom>
                  </pic:spPr>
                </pic:pic>
              </a:graphicData>
            </a:graphic>
          </wp:inline>
        </w:drawing>
      </w:r>
    </w:p>
    <w:p w:rsidR="0054601C" w:rsidRDefault="0054601C">
      <w:pPr>
        <w:widowControl w:val="0"/>
        <w:spacing w:after="139" w:line="1" w:lineRule="exact"/>
      </w:pPr>
    </w:p>
    <w:p w:rsidR="0054601C" w:rsidRDefault="000952AC">
      <w:pPr>
        <w:widowControl w:val="0"/>
        <w:spacing w:after="140" w:line="240" w:lineRule="auto"/>
        <w:ind w:firstLine="680"/>
      </w:pPr>
      <w:r>
        <w:rPr>
          <w:color w:val="000000"/>
          <w:lang w:val="uk-UA" w:eastAsia="uk-UA" w:bidi="uk-UA"/>
        </w:rPr>
        <w:t>КТ пацієнта з розщілиною піднебіння</w:t>
      </w:r>
    </w:p>
    <w:p w:rsidR="0054601C" w:rsidRDefault="000952AC">
      <w:pPr>
        <w:widowControl w:val="0"/>
        <w:spacing w:after="140" w:line="240" w:lineRule="auto"/>
        <w:ind w:left="1040"/>
      </w:pPr>
      <w:r>
        <w:rPr>
          <w:color w:val="000000"/>
          <w:lang w:val="uk-UA" w:eastAsia="uk-UA" w:bidi="uk-UA"/>
        </w:rPr>
        <w:t xml:space="preserve">Дані, отримані при </w:t>
      </w:r>
      <w:r>
        <w:rPr>
          <w:color w:val="000000"/>
          <w:lang w:val="uk-UA" w:eastAsia="uk-UA" w:bidi="uk-UA"/>
        </w:rPr>
        <w:t>КТ дослідженні, дозволили визначити оптимальну</w:t>
      </w:r>
    </w:p>
    <w:p w:rsidR="0054601C" w:rsidRPr="000952AC" w:rsidRDefault="000952AC">
      <w:pPr>
        <w:widowControl w:val="0"/>
        <w:spacing w:after="140" w:line="240" w:lineRule="auto"/>
        <w:rPr>
          <w:lang w:val="ru-RU"/>
        </w:rPr>
      </w:pPr>
      <w:r>
        <w:rPr>
          <w:color w:val="000000"/>
          <w:lang w:val="uk-UA" w:eastAsia="uk-UA" w:bidi="uk-UA"/>
        </w:rPr>
        <w:t>топографію і напрямок фіксуючих елементів.</w:t>
      </w:r>
      <w:r w:rsidRPr="000952AC">
        <w:rPr>
          <w:lang w:val="ru-RU"/>
        </w:rPr>
        <w:br w:type="page"/>
      </w:r>
    </w:p>
    <w:p w:rsidR="0054601C" w:rsidRDefault="000952AC">
      <w:pPr>
        <w:widowControl w:val="0"/>
        <w:rPr>
          <w:sz w:val="2"/>
          <w:szCs w:val="2"/>
        </w:rPr>
      </w:pPr>
      <w:r>
        <w:rPr>
          <w:noProof/>
        </w:rPr>
        <w:lastRenderedPageBreak/>
        <w:drawing>
          <wp:inline distT="0" distB="0" distL="0" distR="0">
            <wp:extent cx="5394960" cy="4584065"/>
            <wp:effectExtent l="0" t="0" r="0" b="0"/>
            <wp:docPr id="35" name="Picut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a:stretch/>
                  </pic:blipFill>
                  <pic:spPr>
                    <a:xfrm>
                      <a:off x="0" y="0"/>
                      <a:ext cx="5394960" cy="4584065"/>
                    </a:xfrm>
                    <a:prstGeom prst="rect">
                      <a:avLst/>
                    </a:prstGeom>
                  </pic:spPr>
                </pic:pic>
              </a:graphicData>
            </a:graphic>
          </wp:inline>
        </w:drawing>
      </w:r>
    </w:p>
    <w:p w:rsidR="0054601C" w:rsidRDefault="000952AC">
      <w:pPr>
        <w:widowControl w:val="0"/>
        <w:spacing w:after="0" w:line="240" w:lineRule="auto"/>
        <w:ind w:left="53"/>
      </w:pPr>
      <w:r>
        <w:rPr>
          <w:color w:val="000000"/>
          <w:lang w:val="uk-UA" w:eastAsia="uk-UA" w:bidi="uk-UA"/>
        </w:rPr>
        <w:t>3D моделі щелеп пацієнтів</w:t>
      </w:r>
    </w:p>
    <w:p w:rsidR="0054601C" w:rsidRDefault="0054601C">
      <w:pPr>
        <w:widowControl w:val="0"/>
        <w:spacing w:after="459" w:line="1" w:lineRule="exact"/>
      </w:pPr>
    </w:p>
    <w:p w:rsidR="0054601C" w:rsidRDefault="000952AC">
      <w:pPr>
        <w:keepNext/>
        <w:keepLines/>
        <w:widowControl w:val="0"/>
        <w:numPr>
          <w:ilvl w:val="1"/>
          <w:numId w:val="40"/>
        </w:numPr>
        <w:tabs>
          <w:tab w:val="left" w:pos="2128"/>
          <w:tab w:val="left" w:pos="3280"/>
          <w:tab w:val="left" w:pos="4326"/>
        </w:tabs>
        <w:spacing w:after="0" w:line="240" w:lineRule="auto"/>
        <w:ind w:left="0" w:firstLine="1000"/>
        <w:jc w:val="both"/>
      </w:pPr>
      <w:bookmarkStart w:id="9" w:name="bookmark14"/>
      <w:r>
        <w:rPr>
          <w:color w:val="000000"/>
          <w:u w:val="single"/>
          <w:lang w:val="uk-UA" w:eastAsia="uk-UA" w:bidi="uk-UA"/>
        </w:rPr>
        <w:t>Матеріали</w:t>
      </w:r>
      <w:r>
        <w:rPr>
          <w:color w:val="000000"/>
          <w:u w:val="single"/>
          <w:lang w:val="uk-UA" w:eastAsia="uk-UA" w:bidi="uk-UA"/>
        </w:rPr>
        <w:tab/>
        <w:t>для</w:t>
      </w:r>
      <w:r>
        <w:rPr>
          <w:color w:val="000000"/>
          <w:u w:val="single"/>
          <w:lang w:val="uk-UA" w:eastAsia="uk-UA" w:bidi="uk-UA"/>
        </w:rPr>
        <w:tab/>
        <w:t>післяаудиторної самостійної роботи</w:t>
      </w:r>
      <w:bookmarkEnd w:id="9"/>
    </w:p>
    <w:p w:rsidR="0054601C" w:rsidRPr="000952AC" w:rsidRDefault="000952AC">
      <w:pPr>
        <w:widowControl w:val="0"/>
        <w:numPr>
          <w:ilvl w:val="0"/>
          <w:numId w:val="41"/>
        </w:numPr>
        <w:tabs>
          <w:tab w:val="left" w:pos="1691"/>
        </w:tabs>
        <w:spacing w:after="0" w:line="240" w:lineRule="auto"/>
        <w:ind w:left="0" w:firstLine="1000"/>
        <w:jc w:val="both"/>
        <w:rPr>
          <w:lang w:val="ru-RU"/>
        </w:rPr>
      </w:pPr>
      <w:r>
        <w:rPr>
          <w:color w:val="000000"/>
          <w:lang w:val="uk-UA" w:eastAsia="uk-UA" w:bidi="uk-UA"/>
        </w:rPr>
        <w:t>Анатомічні особливості будови щелепно-лицевої ділянки в дітей.</w:t>
      </w:r>
    </w:p>
    <w:p w:rsidR="0054601C" w:rsidRPr="000952AC" w:rsidRDefault="000952AC">
      <w:pPr>
        <w:widowControl w:val="0"/>
        <w:numPr>
          <w:ilvl w:val="0"/>
          <w:numId w:val="41"/>
        </w:numPr>
        <w:tabs>
          <w:tab w:val="left" w:pos="1691"/>
        </w:tabs>
        <w:spacing w:after="0" w:line="240" w:lineRule="auto"/>
        <w:ind w:left="0" w:firstLine="1000"/>
        <w:jc w:val="both"/>
        <w:rPr>
          <w:lang w:val="ru-RU"/>
        </w:rPr>
      </w:pPr>
      <w:r>
        <w:rPr>
          <w:color w:val="000000"/>
          <w:lang w:val="uk-UA" w:eastAsia="uk-UA" w:bidi="uk-UA"/>
        </w:rPr>
        <w:t xml:space="preserve">Як в ембріональному </w:t>
      </w:r>
      <w:r>
        <w:rPr>
          <w:color w:val="000000"/>
          <w:lang w:val="uk-UA" w:eastAsia="uk-UA" w:bidi="uk-UA"/>
        </w:rPr>
        <w:t>періоді розвивається ЩЛД?</w:t>
      </w:r>
    </w:p>
    <w:p w:rsidR="0054601C" w:rsidRPr="000952AC" w:rsidRDefault="000952AC">
      <w:pPr>
        <w:widowControl w:val="0"/>
        <w:numPr>
          <w:ilvl w:val="0"/>
          <w:numId w:val="41"/>
        </w:numPr>
        <w:tabs>
          <w:tab w:val="left" w:pos="1691"/>
        </w:tabs>
        <w:spacing w:after="640" w:line="240" w:lineRule="auto"/>
        <w:ind w:left="0" w:firstLine="1000"/>
        <w:jc w:val="both"/>
        <w:rPr>
          <w:lang w:val="ru-RU"/>
        </w:rPr>
      </w:pPr>
      <w:r>
        <w:rPr>
          <w:color w:val="000000"/>
          <w:lang w:val="uk-UA" w:eastAsia="uk-UA" w:bidi="uk-UA"/>
        </w:rPr>
        <w:t>Емріогенез ротової порожнини, щелеп і зубів.</w:t>
      </w:r>
    </w:p>
    <w:p w:rsidR="0054601C" w:rsidRDefault="000952AC">
      <w:pPr>
        <w:widowControl w:val="0"/>
        <w:numPr>
          <w:ilvl w:val="0"/>
          <w:numId w:val="42"/>
        </w:numPr>
        <w:tabs>
          <w:tab w:val="left" w:pos="1203"/>
        </w:tabs>
        <w:spacing w:after="0" w:line="240" w:lineRule="auto"/>
        <w:ind w:left="0" w:firstLine="840"/>
        <w:jc w:val="both"/>
      </w:pPr>
      <w:r>
        <w:rPr>
          <w:b/>
          <w:bCs/>
          <w:i/>
          <w:iCs/>
          <w:color w:val="000000"/>
          <w:u w:val="single"/>
          <w:lang w:val="uk-UA" w:eastAsia="uk-UA" w:bidi="uk-UA"/>
        </w:rPr>
        <w:t>Список рекомендованої літератури:</w:t>
      </w:r>
    </w:p>
    <w:p w:rsidR="0054601C" w:rsidRDefault="000952AC">
      <w:pPr>
        <w:widowControl w:val="0"/>
        <w:numPr>
          <w:ilvl w:val="0"/>
          <w:numId w:val="43"/>
        </w:numPr>
        <w:tabs>
          <w:tab w:val="left" w:pos="277"/>
        </w:tabs>
        <w:spacing w:after="0" w:line="240" w:lineRule="auto"/>
        <w:ind w:left="300" w:hanging="300"/>
        <w:jc w:val="both"/>
      </w:pPr>
      <w:r>
        <w:rPr>
          <w:color w:val="000000"/>
          <w:lang w:val="uk-UA" w:eastAsia="uk-UA" w:bidi="uk-UA"/>
        </w:rPr>
        <w:t xml:space="preserve">.Біденко Н. В., Борисенко А. В., Васильчук О. В., Волинець В. М., Воловар О. С., Голубєва І. М. та інш. Алгоритми виконання стоматологічних і медичних </w:t>
      </w:r>
      <w:r>
        <w:rPr>
          <w:color w:val="000000"/>
          <w:lang w:val="uk-UA" w:eastAsia="uk-UA" w:bidi="uk-UA"/>
        </w:rPr>
        <w:t>маніпуляцій для підготовки до Державної атестації студентів 5 курсу за спеціальністю «Стоматологія». Київ, «Книга плюс», 2018.- 448 с.</w:t>
      </w:r>
    </w:p>
    <w:p w:rsidR="0054601C" w:rsidRDefault="000952AC">
      <w:pPr>
        <w:widowControl w:val="0"/>
        <w:numPr>
          <w:ilvl w:val="0"/>
          <w:numId w:val="43"/>
        </w:numPr>
        <w:tabs>
          <w:tab w:val="left" w:pos="325"/>
        </w:tabs>
        <w:spacing w:after="0" w:line="240" w:lineRule="auto"/>
        <w:ind w:left="300" w:hanging="300"/>
        <w:jc w:val="both"/>
      </w:pPr>
      <w:r>
        <w:rPr>
          <w:color w:val="000000"/>
          <w:lang w:val="uk-UA" w:eastAsia="uk-UA" w:bidi="uk-UA"/>
        </w:rPr>
        <w:t>. Моделювання анатомічної форми зубів: підручник / П.С. Фліс, Т.М. Банних, А.М. Бібік, С.Б. Костенко. -2019, 352 с.</w:t>
      </w:r>
    </w:p>
    <w:p w:rsidR="0054601C" w:rsidRPr="000952AC" w:rsidRDefault="000952AC">
      <w:pPr>
        <w:widowControl w:val="0"/>
        <w:numPr>
          <w:ilvl w:val="0"/>
          <w:numId w:val="43"/>
        </w:numPr>
        <w:tabs>
          <w:tab w:val="left" w:pos="310"/>
        </w:tabs>
        <w:spacing w:after="0" w:line="240" w:lineRule="auto"/>
        <w:ind w:left="300" w:hanging="300"/>
        <w:jc w:val="both"/>
        <w:rPr>
          <w:lang w:val="ru-RU"/>
        </w:rPr>
      </w:pPr>
      <w:r>
        <w:rPr>
          <w:color w:val="000000"/>
          <w:lang w:val="uk-UA" w:eastAsia="uk-UA" w:bidi="uk-UA"/>
        </w:rPr>
        <w:t xml:space="preserve">. </w:t>
      </w:r>
      <w:r>
        <w:rPr>
          <w:color w:val="000000"/>
          <w:lang w:val="uk-UA" w:eastAsia="uk-UA" w:bidi="uk-UA"/>
        </w:rPr>
        <w:t>Стоматологія у 2х книгах. Книга 2: підручник. Н.Рожко, И.Кириленко, О.Г. Денисенко. -2018, 992 с.</w:t>
      </w:r>
    </w:p>
    <w:p w:rsidR="0054601C" w:rsidRPr="000952AC" w:rsidRDefault="000952AC">
      <w:pPr>
        <w:widowControl w:val="0"/>
        <w:numPr>
          <w:ilvl w:val="0"/>
          <w:numId w:val="43"/>
        </w:numPr>
        <w:tabs>
          <w:tab w:val="left" w:pos="325"/>
        </w:tabs>
        <w:spacing w:after="0" w:line="240" w:lineRule="auto"/>
        <w:ind w:left="300" w:hanging="300"/>
        <w:jc w:val="both"/>
        <w:rPr>
          <w:lang w:val="ru-RU"/>
        </w:rPr>
      </w:pPr>
      <w:r>
        <w:rPr>
          <w:color w:val="000000"/>
          <w:lang w:val="uk-UA" w:eastAsia="uk-UA" w:bidi="uk-UA"/>
        </w:rPr>
        <w:t>.Стоматологія у 2х книгах. Книга 2: підручник. Н.Рожко, И.Кириленко, О.Г. Денисенко. -2018, 992 с.</w:t>
      </w:r>
    </w:p>
    <w:p w:rsidR="0054601C" w:rsidRDefault="000952AC">
      <w:pPr>
        <w:widowControl w:val="0"/>
        <w:numPr>
          <w:ilvl w:val="0"/>
          <w:numId w:val="43"/>
        </w:numPr>
        <w:tabs>
          <w:tab w:val="left" w:pos="310"/>
        </w:tabs>
        <w:spacing w:after="0" w:line="240" w:lineRule="auto"/>
        <w:ind w:left="300" w:hanging="300"/>
        <w:jc w:val="both"/>
      </w:pPr>
      <w:r>
        <w:rPr>
          <w:color w:val="000000"/>
          <w:lang w:val="uk-UA" w:eastAsia="uk-UA" w:bidi="uk-UA"/>
        </w:rPr>
        <w:t xml:space="preserve">. Рожко М.М., Попович В.Д., Куроєдова В.Д. Стоматологія: у </w:t>
      </w:r>
      <w:r>
        <w:rPr>
          <w:color w:val="000000"/>
          <w:lang w:val="uk-UA" w:eastAsia="uk-UA" w:bidi="uk-UA"/>
        </w:rPr>
        <w:t>2 книгах. «Медицина», 2018 р., 992 с.</w:t>
      </w:r>
    </w:p>
    <w:p w:rsidR="0054601C" w:rsidRDefault="000952AC">
      <w:pPr>
        <w:widowControl w:val="0"/>
        <w:numPr>
          <w:ilvl w:val="0"/>
          <w:numId w:val="43"/>
        </w:numPr>
        <w:tabs>
          <w:tab w:val="left" w:pos="320"/>
        </w:tabs>
        <w:spacing w:after="460" w:line="240" w:lineRule="auto"/>
        <w:ind w:left="300" w:hanging="300"/>
        <w:jc w:val="both"/>
      </w:pPr>
      <w:r>
        <w:rPr>
          <w:color w:val="000000"/>
          <w:lang w:val="uk-UA" w:eastAsia="uk-UA" w:bidi="uk-UA"/>
        </w:rPr>
        <w:t xml:space="preserve">. Ілько А.А. Анестезіологія, інтенсивна терапія і реаніматологія: навчальний посібник (ВНЗ </w:t>
      </w:r>
      <w:r>
        <w:rPr>
          <w:color w:val="000000"/>
          <w:lang w:val="uk-UA" w:eastAsia="uk-UA" w:bidi="uk-UA"/>
        </w:rPr>
        <w:lastRenderedPageBreak/>
        <w:t>І-ІІІ р.а.). 2е вид. -2018. - 256 с.</w:t>
      </w:r>
    </w:p>
    <w:p w:rsidR="0054601C" w:rsidRPr="000952AC" w:rsidRDefault="000952AC">
      <w:pPr>
        <w:widowControl w:val="0"/>
        <w:numPr>
          <w:ilvl w:val="0"/>
          <w:numId w:val="43"/>
        </w:numPr>
        <w:tabs>
          <w:tab w:val="left" w:pos="260"/>
        </w:tabs>
        <w:spacing w:after="0" w:line="240" w:lineRule="auto"/>
        <w:ind w:left="300" w:hanging="300"/>
        <w:rPr>
          <w:lang w:val="ru-RU"/>
        </w:rPr>
      </w:pPr>
      <w:r>
        <w:rPr>
          <w:color w:val="000000"/>
          <w:lang w:val="uk-UA" w:eastAsia="uk-UA" w:bidi="uk-UA"/>
        </w:rPr>
        <w:t>.Малик С.В. Хірургія для стоматологічних факультетів. -Нова книга.-2020. -440 с.</w:t>
      </w:r>
    </w:p>
    <w:p w:rsidR="0054601C" w:rsidRDefault="000952AC">
      <w:pPr>
        <w:widowControl w:val="0"/>
        <w:numPr>
          <w:ilvl w:val="0"/>
          <w:numId w:val="43"/>
        </w:numPr>
        <w:tabs>
          <w:tab w:val="left" w:pos="255"/>
        </w:tabs>
        <w:spacing w:after="0" w:line="240" w:lineRule="auto"/>
        <w:ind w:left="300" w:hanging="300"/>
      </w:pPr>
      <w:r>
        <w:rPr>
          <w:color w:val="000000"/>
          <w:lang w:val="uk-UA" w:eastAsia="uk-UA" w:bidi="uk-UA"/>
        </w:rPr>
        <w:t>.Профілак</w:t>
      </w:r>
      <w:r>
        <w:rPr>
          <w:color w:val="000000"/>
          <w:lang w:val="uk-UA" w:eastAsia="uk-UA" w:bidi="uk-UA"/>
        </w:rPr>
        <w:t xml:space="preserve">тика стоматологічних захворювань: підруч. для студ. вищих мед. навч. закл. / Л. Ф. Каськова, Л. І. Амосова, О. О. Карпенко [та ін.]; за ред. проф. Л. Ф. Каськової. — Х.: Факт, 2019. — 392 с.: іл. </w:t>
      </w:r>
      <w:r>
        <w:rPr>
          <w:color w:val="000000"/>
          <w:lang w:bidi="en-US"/>
        </w:rPr>
        <w:t xml:space="preserve">ISBN </w:t>
      </w:r>
      <w:r>
        <w:rPr>
          <w:color w:val="000000"/>
          <w:lang w:val="uk-UA" w:eastAsia="uk-UA" w:bidi="uk-UA"/>
        </w:rPr>
        <w:t>978-966-637-697-1.</w:t>
      </w:r>
    </w:p>
    <w:p w:rsidR="0054601C" w:rsidRDefault="000952AC">
      <w:pPr>
        <w:widowControl w:val="0"/>
        <w:numPr>
          <w:ilvl w:val="0"/>
          <w:numId w:val="43"/>
        </w:numPr>
        <w:tabs>
          <w:tab w:val="left" w:pos="260"/>
        </w:tabs>
        <w:spacing w:after="0" w:line="240" w:lineRule="auto"/>
        <w:ind w:left="300" w:hanging="300"/>
      </w:pPr>
      <w:r>
        <w:rPr>
          <w:color w:val="000000"/>
          <w:lang w:val="uk-UA" w:eastAsia="uk-UA" w:bidi="uk-UA"/>
        </w:rPr>
        <w:t>.Мельник В.С., Горзов Л.Ф., Халак Р.</w:t>
      </w:r>
      <w:r>
        <w:rPr>
          <w:color w:val="000000"/>
          <w:lang w:val="uk-UA" w:eastAsia="uk-UA" w:bidi="uk-UA"/>
        </w:rPr>
        <w:t>О. М 38 Дитяча хірургічна стоматологія: Навчальний посібник. - Ужгород: Видавництво УжНУ «Говерла», 2018. - 92 с.</w:t>
      </w:r>
    </w:p>
    <w:p w:rsidR="0054601C" w:rsidRDefault="000952AC">
      <w:pPr>
        <w:widowControl w:val="0"/>
        <w:numPr>
          <w:ilvl w:val="0"/>
          <w:numId w:val="43"/>
        </w:numPr>
        <w:tabs>
          <w:tab w:val="left" w:pos="380"/>
        </w:tabs>
        <w:spacing w:after="0" w:line="240" w:lineRule="auto"/>
        <w:ind w:left="300" w:hanging="300"/>
      </w:pPr>
      <w:r>
        <w:rPr>
          <w:color w:val="000000"/>
          <w:lang w:val="uk-UA" w:eastAsia="uk-UA" w:bidi="uk-UA"/>
        </w:rPr>
        <w:t>.Казакова Р.В., Мельник В.С., Горзов Л.Ф. Пропедевтика дитячої терапевтичної стоматології : навч. посіб. / під ред. проф. Р.В. Казакової. - Уж</w:t>
      </w:r>
      <w:r>
        <w:rPr>
          <w:color w:val="000000"/>
          <w:lang w:val="uk-UA" w:eastAsia="uk-UA" w:bidi="uk-UA"/>
        </w:rPr>
        <w:t>город : Говерла, 2018. - 128 с.</w:t>
      </w:r>
    </w:p>
    <w:p w:rsidR="0054601C" w:rsidRPr="000952AC" w:rsidRDefault="000952AC">
      <w:pPr>
        <w:widowControl w:val="0"/>
        <w:numPr>
          <w:ilvl w:val="0"/>
          <w:numId w:val="44"/>
        </w:numPr>
        <w:tabs>
          <w:tab w:val="left" w:pos="217"/>
        </w:tabs>
        <w:spacing w:after="0" w:line="240" w:lineRule="auto"/>
        <w:ind w:left="300" w:hanging="300"/>
        <w:rPr>
          <w:lang w:val="uk-UA"/>
        </w:rPr>
      </w:pPr>
      <w:r>
        <w:rPr>
          <w:color w:val="000000"/>
          <w:lang w:val="uk-UA" w:eastAsia="uk-UA" w:bidi="uk-UA"/>
        </w:rPr>
        <w:t xml:space="preserve">1.Обстеження дітей із хірургічними захворюваннями щелепно-лицевої ділянки. Затверджено Вченою Радою Національного медичного університету імені О.О. Богомольця як навчальний посібник для студентів, лікарів-інтернів </w:t>
      </w:r>
      <w:r>
        <w:rPr>
          <w:color w:val="000000"/>
          <w:lang w:val="uk-UA" w:eastAsia="uk-UA" w:bidi="uk-UA"/>
        </w:rPr>
        <w:t>стоматологічного факультету україномовної форми навчання вищих медичних навчальних закладів України ІІІ</w:t>
      </w:r>
      <w:r w:rsidRPr="000952AC">
        <w:rPr>
          <w:color w:val="000000"/>
          <w:lang w:val="uk-UA" w:bidi="en-US"/>
        </w:rPr>
        <w:t>-</w:t>
      </w:r>
      <w:r>
        <w:rPr>
          <w:color w:val="000000"/>
          <w:lang w:bidi="en-US"/>
        </w:rPr>
        <w:t>IV</w:t>
      </w:r>
      <w:r w:rsidRPr="000952AC">
        <w:rPr>
          <w:color w:val="000000"/>
          <w:lang w:val="uk-UA" w:bidi="en-US"/>
        </w:rPr>
        <w:t xml:space="preserve"> </w:t>
      </w:r>
      <w:r>
        <w:rPr>
          <w:color w:val="000000"/>
          <w:lang w:val="uk-UA" w:eastAsia="uk-UA" w:bidi="uk-UA"/>
        </w:rPr>
        <w:t>рівня акредитації, щелепно-лицевих хірургів, хірургів-стоматологів, логопедів та лікарів-ортодонтів (протокол № 13 від 18 червня 2021 року) Автор: Як</w:t>
      </w:r>
      <w:r>
        <w:rPr>
          <w:color w:val="000000"/>
          <w:lang w:val="uk-UA" w:eastAsia="uk-UA" w:bidi="uk-UA"/>
        </w:rPr>
        <w:t>овенко Л.М., Чехова І.Л., Єфименко В.П. 2022р.</w:t>
      </w:r>
    </w:p>
    <w:p w:rsidR="0054601C" w:rsidRDefault="000952AC">
      <w:pPr>
        <w:widowControl w:val="0"/>
        <w:numPr>
          <w:ilvl w:val="0"/>
          <w:numId w:val="45"/>
        </w:numPr>
        <w:tabs>
          <w:tab w:val="left" w:pos="409"/>
        </w:tabs>
        <w:spacing w:after="960" w:line="240" w:lineRule="auto"/>
        <w:ind w:left="0" w:firstLine="0"/>
        <w:jc w:val="both"/>
      </w:pPr>
      <w:r>
        <w:rPr>
          <w:color w:val="000000"/>
          <w:lang w:val="uk-UA" w:eastAsia="uk-UA" w:bidi="uk-UA"/>
        </w:rPr>
        <w:t xml:space="preserve">.Борисенко А. В., Коленко Ю. Г., Мялківський К. О. Мікробна екологія пародонту в осіб молодого віку //Сучасна стоматологія. - 2018. - №. 5. - С. </w:t>
      </w:r>
      <w:r>
        <w:rPr>
          <w:color w:val="000000"/>
          <w:lang w:bidi="en-US"/>
        </w:rPr>
        <w:t>28</w:t>
      </w:r>
      <w:r>
        <w:rPr>
          <w:color w:val="000000"/>
          <w:lang w:bidi="en-US"/>
        </w:rPr>
        <w:softHyphen/>
        <w:t>31.9</w:t>
      </w:r>
    </w:p>
    <w:p w:rsidR="0054601C" w:rsidRDefault="000952AC">
      <w:pPr>
        <w:keepNext/>
        <w:keepLines/>
        <w:widowControl w:val="0"/>
        <w:spacing w:after="0" w:line="240" w:lineRule="auto"/>
        <w:ind w:firstLine="300"/>
      </w:pPr>
      <w:bookmarkStart w:id="10" w:name="bookmark16"/>
      <w:r>
        <w:rPr>
          <w:color w:val="000000"/>
          <w:lang w:val="uk-UA" w:eastAsia="uk-UA" w:bidi="uk-UA"/>
        </w:rPr>
        <w:t>Додаткова література:</w:t>
      </w:r>
      <w:bookmarkEnd w:id="10"/>
    </w:p>
    <w:p w:rsidR="0054601C" w:rsidRPr="000952AC" w:rsidRDefault="000952AC">
      <w:pPr>
        <w:widowControl w:val="0"/>
        <w:numPr>
          <w:ilvl w:val="0"/>
          <w:numId w:val="46"/>
        </w:numPr>
        <w:tabs>
          <w:tab w:val="left" w:pos="1334"/>
        </w:tabs>
        <w:spacing w:after="0" w:line="240" w:lineRule="auto"/>
        <w:ind w:left="1300" w:hanging="360"/>
        <w:jc w:val="both"/>
        <w:rPr>
          <w:lang w:val="ru-RU"/>
        </w:rPr>
      </w:pPr>
      <w:r>
        <w:rPr>
          <w:color w:val="000000"/>
          <w:lang w:val="uk-UA" w:eastAsia="uk-UA" w:bidi="uk-UA"/>
        </w:rPr>
        <w:t>Мочалов Ю.О. Перспективи подальшог</w:t>
      </w:r>
      <w:r>
        <w:rPr>
          <w:color w:val="000000"/>
          <w:lang w:val="uk-UA" w:eastAsia="uk-UA" w:bidi="uk-UA"/>
        </w:rPr>
        <w:t>о вдосконалення стоматологічних фотокомпозитних пломбувальних матеріалів. Медична наука та практика: виклики та сьогодення. Зб.тез міжнар.наук.-практ.конф. (м. Львів, 22-23 серпня 2019 р.). - 2019. -С. 39-41.</w:t>
      </w:r>
    </w:p>
    <w:p w:rsidR="0054601C" w:rsidRPr="000952AC" w:rsidRDefault="000952AC">
      <w:pPr>
        <w:widowControl w:val="0"/>
        <w:numPr>
          <w:ilvl w:val="0"/>
          <w:numId w:val="46"/>
        </w:numPr>
        <w:tabs>
          <w:tab w:val="left" w:pos="1054"/>
        </w:tabs>
        <w:spacing w:after="0" w:line="240" w:lineRule="auto"/>
        <w:ind w:left="1020" w:hanging="360"/>
        <w:rPr>
          <w:lang w:val="ru-RU"/>
        </w:rPr>
      </w:pPr>
      <w:r>
        <w:rPr>
          <w:color w:val="000000"/>
          <w:lang w:val="uk-UA" w:eastAsia="uk-UA" w:bidi="uk-UA"/>
        </w:rPr>
        <w:t>Ашаренкова О.В. Особливості своєчасної діагност</w:t>
      </w:r>
      <w:r>
        <w:rPr>
          <w:color w:val="000000"/>
          <w:lang w:val="uk-UA" w:eastAsia="uk-UA" w:bidi="uk-UA"/>
        </w:rPr>
        <w:t>ики пухлиноподібних новоутворень на альвеолярних паростках щелеп (клінічний випадок) / О.В. Ашаренкова // Науково-практичний журнал Вісник стоматології. - 2020. - Т. 38. - № 4 (113). - С. 60-63.</w:t>
      </w:r>
    </w:p>
    <w:p w:rsidR="0054601C" w:rsidRDefault="000952AC">
      <w:pPr>
        <w:widowControl w:val="0"/>
        <w:numPr>
          <w:ilvl w:val="0"/>
          <w:numId w:val="46"/>
        </w:numPr>
        <w:tabs>
          <w:tab w:val="left" w:pos="1054"/>
        </w:tabs>
        <w:spacing w:after="0" w:line="240" w:lineRule="auto"/>
        <w:ind w:left="1020" w:hanging="360"/>
      </w:pPr>
      <w:r>
        <w:rPr>
          <w:color w:val="000000"/>
          <w:lang w:bidi="en-US"/>
        </w:rPr>
        <w:t xml:space="preserve">Biloklytska Galyna F. Resources to improve the effectiveness </w:t>
      </w:r>
      <w:r>
        <w:rPr>
          <w:color w:val="000000"/>
          <w:lang w:bidi="en-US"/>
        </w:rPr>
        <w:t xml:space="preserve">of periodontal treatment in patients with diabetes mellitus </w:t>
      </w:r>
      <w:r>
        <w:rPr>
          <w:color w:val="000000"/>
          <w:lang w:val="uk-UA" w:eastAsia="uk-UA" w:bidi="uk-UA"/>
        </w:rPr>
        <w:t xml:space="preserve">/ </w:t>
      </w:r>
      <w:r>
        <w:rPr>
          <w:color w:val="000000"/>
          <w:lang w:bidi="en-US"/>
        </w:rPr>
        <w:t xml:space="preserve">Galyna F. Biloklytska, Svitlana Yu. Viala </w:t>
      </w:r>
      <w:r>
        <w:rPr>
          <w:color w:val="000000"/>
          <w:lang w:val="uk-UA" w:eastAsia="uk-UA" w:bidi="uk-UA"/>
        </w:rPr>
        <w:t xml:space="preserve">// </w:t>
      </w:r>
      <w:r>
        <w:rPr>
          <w:color w:val="000000"/>
          <w:lang w:bidi="en-US"/>
        </w:rPr>
        <w:t>Wiadomosci Lekarskie</w:t>
      </w:r>
      <w:r>
        <w:rPr>
          <w:i/>
          <w:iCs/>
          <w:color w:val="000000"/>
          <w:lang w:bidi="en-US"/>
        </w:rPr>
        <w:t>.</w:t>
      </w:r>
      <w:r>
        <w:rPr>
          <w:color w:val="000000"/>
          <w:lang w:bidi="en-US"/>
        </w:rPr>
        <w:t xml:space="preserve"> - 2021. - - LXXIV. - ISSUE - 3. - Part - 2.- P. 702 - 708.</w:t>
      </w:r>
    </w:p>
    <w:p w:rsidR="0054601C" w:rsidRDefault="000952AC">
      <w:pPr>
        <w:widowControl w:val="0"/>
        <w:numPr>
          <w:ilvl w:val="0"/>
          <w:numId w:val="46"/>
        </w:numPr>
        <w:tabs>
          <w:tab w:val="left" w:pos="1054"/>
        </w:tabs>
        <w:spacing w:after="480" w:line="240" w:lineRule="auto"/>
        <w:ind w:left="1020" w:hanging="360"/>
      </w:pPr>
      <w:r>
        <w:rPr>
          <w:color w:val="000000"/>
          <w:lang w:bidi="en-US"/>
        </w:rPr>
        <w:t xml:space="preserve">Kopchak Oksana Improvement of treatment guidelines for patients with gingival fibromatosis considering interdisciplinary approach </w:t>
      </w:r>
      <w:r>
        <w:rPr>
          <w:color w:val="000000"/>
          <w:lang w:val="uk-UA" w:eastAsia="uk-UA" w:bidi="uk-UA"/>
        </w:rPr>
        <w:t xml:space="preserve">/ </w:t>
      </w:r>
      <w:r>
        <w:rPr>
          <w:color w:val="000000"/>
          <w:lang w:bidi="en-US"/>
        </w:rPr>
        <w:t xml:space="preserve">Oksana Kopchak, Oleksii Azarov, Svetlana Cherniak, Olha Asharenkova, Karolina Airapetian </w:t>
      </w:r>
      <w:r>
        <w:rPr>
          <w:color w:val="000000"/>
          <w:lang w:val="uk-UA" w:eastAsia="uk-UA" w:bidi="uk-UA"/>
        </w:rPr>
        <w:t xml:space="preserve">// </w:t>
      </w:r>
      <w:r>
        <w:rPr>
          <w:color w:val="000000"/>
          <w:lang w:bidi="en-US"/>
        </w:rPr>
        <w:t>Stomatologia Wspofczesna. - 2021</w:t>
      </w:r>
      <w:r>
        <w:rPr>
          <w:color w:val="000000"/>
          <w:lang w:bidi="en-US"/>
        </w:rPr>
        <w:t xml:space="preserve">. - Vol. 28. - № 1-2. - </w:t>
      </w:r>
      <w:r>
        <w:rPr>
          <w:color w:val="000000"/>
          <w:lang w:val="uk-UA" w:eastAsia="uk-UA" w:bidi="uk-UA"/>
        </w:rPr>
        <w:t xml:space="preserve">Р. </w:t>
      </w:r>
      <w:r>
        <w:rPr>
          <w:color w:val="000000"/>
          <w:lang w:bidi="en-US"/>
        </w:rPr>
        <w:t>21 - 27.</w:t>
      </w:r>
    </w:p>
    <w:sectPr w:rsidR="0054601C" w:rsidSect="00034616">
      <w:pgSz w:w="12240" w:h="15840"/>
      <w:pgMar w:top="964" w:right="850"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6FAC6660"/>
    <w:multiLevelType w:val="multilevel"/>
    <w:tmpl w:val="857A0C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52AC"/>
    <w:rsid w:val="0015074B"/>
    <w:rsid w:val="0029639D"/>
    <w:rsid w:val="00326F90"/>
    <w:rsid w:val="0054601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89B614D8-953D-4870-BCE8-E64FE81D8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і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і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і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и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и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и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у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а Знак"/>
    <w:basedOn w:val="a2"/>
    <w:link w:val="af5"/>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Насичена цитата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7">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7">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1">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1">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2">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8">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8">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2">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2">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2">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9">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3">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3">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3">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4">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0">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0">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0">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0">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a">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0">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7">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1">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1">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1">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1">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b">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1">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1">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1">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1">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1">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1">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8">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2">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2">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c">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2">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2">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2">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2">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2">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a">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0">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0">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0">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0">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0">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0">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9">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d">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b">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4">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4">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a">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e">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c">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5">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5">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b">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f">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d">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6">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6">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c">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f0">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e">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7">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7">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7">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0162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35E17-9BDD-46D4-B1FB-0B13C00E6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58673</Words>
  <Characters>33444</Characters>
  <Application>Microsoft Office Word</Application>
  <DocSecurity>0</DocSecurity>
  <Lines>278</Lines>
  <Paragraphs>183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91934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Іванов Ростислав Олегович</cp:lastModifiedBy>
  <cp:revision>1</cp:revision>
  <dcterms:created xsi:type="dcterms:W3CDTF">2013-12-23T23:15:00Z</dcterms:created>
  <dcterms:modified xsi:type="dcterms:W3CDTF">2026-09-10T10:09:00Z</dcterms:modified>
  <cp:category/>
</cp:coreProperties>
</file>